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weixinBookingService</w:t>
      </w:r>
    </w:p>
    <w:p>
      <w:pPr>
        <w:pStyle w:val="Heading1"/>
      </w:pPr>
      <w:r>
        <w:t>1、查询微信预约数据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查询微信预约数据</w:t>
        <w:br/>
        <w:t>接口地址（仅做说明使用）：https://api.polyv.net/live/v4/channel/booking/list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testGetBookingStats() throws IOException, NoSuchAlgorithmException {</w:t>
        <w:br/>
        <w:t xml:space="preserve">        LiveGetBookingStatsRequest liveGetBookingStatsRequest = new LiveGetBookingStatsRequest();</w:t>
        <w:br/>
        <w:t xml:space="preserve">        LiveGetBookingStatsResponse liveGetBookingStatsResponse;</w:t>
        <w:br/>
        <w:t xml:space="preserve">        try {</w:t>
        <w:br/>
        <w:t xml:space="preserve">            String channelId = super.getAloneNewChannelId();</w:t>
        <w:br/>
        <w:t xml:space="preserve">            liveGetBookingStatsRequest.setChannelId(channelId);</w:t>
        <w:br/>
        <w:t xml:space="preserve">            liveGetBookingStatsResponse = new ILiveWeixinBookingServiceImpl().getBookingStats(</w:t>
        <w:br/>
        <w:t xml:space="preserve">                    liveGetBookingStatsRequest);</w:t>
        <w:br/>
        <w:t xml:space="preserve">            Assert.assertNotNull(liveGetBookingStatsResponse);</w:t>
        <w:br/>
        <w:t xml:space="preserve">            if (liveGetBookingStatsResponse != null) {</w:t>
        <w:br/>
        <w:t xml:space="preserve">                //to do something ......</w:t>
        <w:br/>
        <w:t xml:space="preserve">                log.debug("测试查询微信预约数据成功 {}", JSON.toJSONString(liveGetBookingStatsResponse));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1、请求正确，返回LiveGetBookingStatsResponse对象，B端依据此对象处理业务逻辑；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BookingStatsList参数描述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BookingStatsList参数描述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用户Id（微信openId）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预约时间，13位毫秒级时间戳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weixinBookingService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