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webMenu</w:t>
      </w:r>
    </w:p>
    <w:p>
      <w:pPr>
        <w:pStyle w:val="Heading1"/>
      </w:pPr>
      <w:r>
        <w:t>1、设置自定义菜单直播介绍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设置自定义菜单中用户设置菜单的直播介绍</w:t>
        <w:br/>
        <w:t>接口地址（仅做说明使用）：https://api.polyv.net/live/v2/channelSetting/%s/%s/set-menu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testUpdateChannelMenu() throws Exception, NoSuchAlgorithmException {</w:t>
        <w:br/>
        <w:t xml:space="preserve">        LiveUpdateChannelMenuRequest liveUpdateChannelMenuRequest = new LiveUpdateChannelMenuRequest();</w:t>
        <w:br/>
        <w:t xml:space="preserve">        Boolean liveUpdateChannelMenuResponse;</w:t>
        <w:br/>
        <w:t xml:space="preserve">        try {</w:t>
        <w:br/>
        <w:t xml:space="preserve">            liveUpdateChannelMenuRequest.setChannelId(createChannel())</w:t>
        <w:br/>
        <w:t xml:space="preserve">                    .setMenuType("desc")</w:t>
        <w:br/>
        <w:t xml:space="preserve">                    .setContent("&lt;html&gt;&lt;body&gt;&lt;h1&gt;hello world&lt;/h1&gt;&lt;/body&gt;&lt;/html&gt;");</w:t>
        <w:br/>
        <w:t xml:space="preserve">            liveUpdateChannelMenuResponse = new LiveWebMenuServiceImpl().updateChannelMenu(</w:t>
        <w:br/>
        <w:t xml:space="preserve">                    liveUpdateChannelMenuRequest);</w:t>
        <w:br/>
        <w:t xml:space="preserve">            Assert.assertNotNull(liveUpdateChannelMenuResponse);</w:t>
        <w:br/>
        <w:t xml:space="preserve">            if (liveUpdateChannelMenuResponse) {</w:t>
        <w:br/>
        <w:t xml:space="preserve">                //to do something ......</w:t>
        <w:br/>
        <w:t xml:space="preserve">                log.debug("测试设置自定义菜单直播介绍成功");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直播介绍的内容（此处可以填html页面的相关内容，如增加图片、增加文字样式等）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菜单类型，目前仅支持取值为desc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2、查询频道的菜单信息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获取频道的菜单信息</w:t>
        <w:br/>
        <w:t>接口地址（仅做说明使用）：https://api.polyv.net/live/v3/channel/menu/list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testListChannelMenu() throws Exception, NoSuchAlgorithmException {</w:t>
        <w:br/>
        <w:t xml:space="preserve">        LiveListChannelMenuRequest liveListChannelMenuRequest = new LiveListChannelMenuRequest();</w:t>
        <w:br/>
        <w:t xml:space="preserve">        LiveListChannelMenuResponse liveListChannelMenuResponse;</w:t>
        <w:br/>
        <w:t xml:space="preserve">        try {</w:t>
        <w:br/>
        <w:t xml:space="preserve">            liveListChannelMenuRequest.setChannelId(createChannel());</w:t>
        <w:br/>
        <w:t xml:space="preserve">            liveListChannelMenuResponse = new LiveWebMenuServiceImpl().listChannelMenu(liveListChannelMenuRequest);</w:t>
        <w:br/>
        <w:t xml:space="preserve">            Assert.assertNotNull(liveListChannelMenuResponse);</w:t>
        <w:br/>
        <w:t xml:space="preserve">            if (liveListChannelMenuResponse != null) {</w:t>
        <w:br/>
        <w:t xml:space="preserve">                //to do something ......</w:t>
        <w:br/>
        <w:t xml:space="preserve">                log.debug("测试查询频道的菜单信息成功,{}", JSON.toJSONString(liveListChannelMenuResponse));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1、请求正确，返回LiveListChannelMenuResponse对象，B端依据此对象处理业务逻辑；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频道号，不传为获取全局设置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channelMenus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频道的菜单信息【详见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ChannelMenu参数描述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ChannelMenu参数描述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菜单类型, desc为直播介绍，chat为聊天室，quiz为咨询提问，iframe为推广外链，text为自定义图文菜单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3、添加频道菜单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添加一个频道菜单</w:t>
        <w:br/>
        <w:t>接口地址（仅做说明使用）：https://api.polyv.net/live/v3/channel/menu/add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2、如果desc类型的菜单已经存在，会抛出“menu already exist”异常。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testAddChannelMenu() throws Exception, NoSuchAlgorithmException {</w:t>
        <w:br/>
        <w:t xml:space="preserve">        LiveAddChannelMenuRequest liveAddChannelMenuRequest = new LiveAddChannelMenuRequest();</w:t>
        <w:br/>
        <w:t xml:space="preserve">        LiveAddChannelMenuResponse liveAddChannelMenuResponse;</w:t>
        <w:br/>
        <w:t xml:space="preserve">        try {</w:t>
        <w:br/>
        <w:t xml:space="preserve">            liveAddChannelMenuRequest.setChannelId(createChannel())</w:t>
        <w:br/>
        <w:t xml:space="preserve">                    .setName("推广2")</w:t>
        <w:br/>
        <w:t xml:space="preserve">                    .setType("iframe")</w:t>
        <w:br/>
        <w:t xml:space="preserve">                    .setContent("http://live.polyv.net")</w:t>
        <w:br/>
        <w:t xml:space="preserve">                    .setLang("zh_CN");</w:t>
        <w:br/>
        <w:t xml:space="preserve">            liveAddChannelMenuResponse = new LiveWebMenuServiceImpl().addChannelMenu(liveAddChannelMenuRequest);</w:t>
        <w:br/>
        <w:t xml:space="preserve">            Assert.assertNotNull(liveAddChannelMenuResponse);</w:t>
        <w:br/>
        <w:t xml:space="preserve">            if (liveAddChannelMenuResponse != null) {</w:t>
        <w:br/>
        <w:t xml:space="preserve">                //to do something ......</w:t>
        <w:br/>
        <w:t xml:space="preserve">                log.debug("测试添加频道菜单成功,{}", JSON.toJSONString(liveAddChannelMenuResponse));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1、请求正确，返回LiveAddChannelMenuResponse对象，B端依据此对象处理业务逻辑；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菜单类型。desc：直播介绍；chat：互动聊天；quiz：咨询提问；text：图文菜单；iframe：推广外链；qa：问答；buy：商品列表；invite：邀请榜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菜单内容。当菜单类型为直播介绍、图文菜单时，该值为菜单的内容。当菜单类型为外链推广时，该值为外链链接地址。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菜单语言类型，默认zh_CNzh_CN：中文EN：英文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菜单类型。desc：直播介绍；chat：互动聊天；quiz：咨询提问；text：图文菜单；iframe：推广外链；qa：问答；buy：商品列表；invite：邀请榜；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菜单顺序，值越小，越靠前。新添加的菜单默认位于最后。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菜单内容。当菜单类型为直播介绍、图文菜单时，该值为菜单的内容。当菜单类型为外链推广时，该值为外链链接地址。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菜单语言类型zh_CN：中文EN：英文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4、设置频道菜单排序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设置直播频道的菜单的顺序</w:t>
        <w:br/>
        <w:t>接口地址（仅做说明使用）：https://api.polyv.net/live/v3/channel/menu/update-rank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2、频道菜单ID列表，必须是完整的列表（不能多也不能少）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testUpdateChannelMenuSort() throws Exception, NoSuchAlgorithmException {</w:t>
        <w:br/>
        <w:t xml:space="preserve">        LiveUpdateChannelMenuSortRequest liveUpdateChannelMenuSortRequest = new LiveUpdateChannelMenuSortRequest();</w:t>
        <w:br/>
        <w:t xml:space="preserve">        Boolean liveUpdateChannelMenuSortResponse;</w:t>
        <w:br/>
        <w:t xml:space="preserve">        try {</w:t>
        <w:br/>
        <w:t xml:space="preserve">            String channelId = super.createChannel();</w:t>
        <w:br/>
        <w:t xml:space="preserve">            List&lt;String&gt; menuIds = listChannelMenuIds(channelId);</w:t>
        <w:br/>
        <w:t xml:space="preserve">            Collections.shuffle(menuIds);</w:t>
        <w:br/>
        <w:t xml:space="preserve">            String menuIdsStr = StringUtils.join(menuIds.toArray(), ",");</w:t>
        <w:br/>
        <w:t xml:space="preserve">            liveUpdateChannelMenuSortRequest.setChannelId(channelId)</w:t>
        <w:br/>
        <w:t xml:space="preserve">                    .setMenuIds(menuIdsStr)</w:t>
        <w:br/>
        <w:t xml:space="preserve">                    .setLang("zh_CN");</w:t>
        <w:br/>
        <w:t xml:space="preserve">            liveUpdateChannelMenuSortResponse = new LiveWebMenuServiceImpl().updateChannelMenuSort(</w:t>
        <w:br/>
        <w:t xml:space="preserve">                    liveUpdateChannelMenuSortRequest);</w:t>
        <w:br/>
        <w:t xml:space="preserve">            Assert.assertNotNull(liveUpdateChannelMenuSortResponse);</w:t>
        <w:br/>
        <w:t xml:space="preserve">            if (liveUpdateChannelMenuSortResponse != null) {</w:t>
        <w:br/>
        <w:t xml:space="preserve">                //to do something ......</w:t>
        <w:br/>
        <w:t xml:space="preserve">                log.debug("测试设置频道菜单排序成功,{}", JSON.toJSONString(liveUpdateChannelMenuSortResponse));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频道菜单ID列表，必须是完整的列表（不能多也不能少），表示按该顺序排列菜单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菜单语言类型 默认zh_CN中文、EN英文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null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5、设置指定菜单id的频道菜单信息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设置指定菜单id的频道菜单信息</w:t>
        <w:br/>
        <w:t>接口地址（仅做说明使用）：https://api.polyv.net/live/v3/channel/menu/update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2、互动聊天或咨询提问的菜单ID不允许设置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testUpdateChannelMenuInfo() throws Exception, NoSuchAlgorithmException {</w:t>
        <w:br/>
        <w:t xml:space="preserve">        LiveUpdateChannelMenuInfoRequest liveUpdateChannelMenuInfoRequest = new LiveUpdateChannelMenuInfoRequest();</w:t>
        <w:br/>
        <w:t xml:space="preserve">        Boolean liveUpdateChannelMenuInfoResponse;</w:t>
        <w:br/>
        <w:t xml:space="preserve">        try {</w:t>
        <w:br/>
        <w:t xml:space="preserve">            //可自行通过 查询频道的菜单信息 获取菜单id</w:t>
        <w:br/>
        <w:t xml:space="preserve">            String menuId = super.getDescMenuId();</w:t>
        <w:br/>
        <w:t xml:space="preserve">            liveUpdateChannelMenuInfoRequest.setMenuId(menuId)</w:t>
        <w:br/>
        <w:t xml:space="preserve">                    .setContent("Mysql 知识精讲(Junit勿删)")</w:t>
        <w:br/>
        <w:t xml:space="preserve">                    .setLang("zh_CN");</w:t>
        <w:br/>
        <w:t xml:space="preserve">            liveUpdateChannelMenuInfoResponse = new LiveWebMenuServiceImpl().updateChannelMenuInfo(</w:t>
        <w:br/>
        <w:t xml:space="preserve">                    liveUpdateChannelMenuInfoRequest);</w:t>
        <w:br/>
        <w:t xml:space="preserve">            Assert.assertNotNull(liveUpdateChannelMenuInfoResponse);</w:t>
        <w:br/>
        <w:t xml:space="preserve">            if (liveUpdateChannelMenuInfoResponse != null) {</w:t>
        <w:br/>
        <w:t xml:space="preserve">                //to do something ......</w:t>
        <w:br/>
        <w:t xml:space="preserve">                log.debug("测试设置指定菜单id的频道菜单信息成功,{}", JSON.toJSONString(liveUpdateChannelMenuInfoResponse));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菜单id（互动聊天或咨询提问的菜单ID不允许设置）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菜单的内容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菜单语言类型 默认zh_CN中文、EN英文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null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6、删除频道菜单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删除指定的频道菜单，支持批量</w:t>
        <w:br/>
        <w:t>接口地址（仅做说明使用）：https://api.polyv.net/live/v3/channel/menu/delete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testDeleteChannelMenu() throws Exception, NoSuchAlgorithmException {</w:t>
        <w:br/>
        <w:t xml:space="preserve">        LiveDeleteChannelMenuRequest liveDeleteChannelMenuRequest = new LiveDeleteChannelMenuRequest();</w:t>
        <w:br/>
        <w:t xml:space="preserve">        Boolean liveDeleteChannelMenuResponse;</w:t>
        <w:br/>
        <w:t xml:space="preserve">        try {</w:t>
        <w:br/>
        <w:t xml:space="preserve">            liveDeleteChannelMenuRequest.setMenuIds("db1663823d,d9ba333cdc");</w:t>
        <w:br/>
        <w:t xml:space="preserve">            liveDeleteChannelMenuResponse = new LiveWebMenuServiceImpl().deleteChannelMenu(</w:t>
        <w:br/>
        <w:t xml:space="preserve">                    liveDeleteChannelMenuRequest);</w:t>
        <w:br/>
        <w:t xml:space="preserve">            Assert.assertTrue(liveDeleteChannelMenuResponse);</w:t>
        <w:br/>
        <w:t xml:space="preserve">            if (liveDeleteChannelMenuResponse) {</w:t>
        <w:br/>
        <w:t xml:space="preserve">                //to do something ......</w:t>
        <w:br/>
        <w:t xml:space="preserve">                log.debug("测试删除频道菜单成功");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菜单id，指定多个以英文逗号,分隔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true为删除成功，false为删除失败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7、设置提问功能显示开关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可以开启或关闭咨询提问功能菜单</w:t>
        <w:br/>
        <w:t>接口地址（仅做说明使用）：https://api.polyv.net/live/v2/channel/menu/%s/update-consulting-enabled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testSetConsultingEnabled() throws Exception, NoSuchAlgorithmException {</w:t>
        <w:br/>
        <w:t xml:space="preserve">        LiveSetConsultingEnabledRequest liveSetConsultingEnabledRequest = new LiveSetConsultingEnabledRequest();</w:t>
        <w:br/>
        <w:t xml:space="preserve">        Boolean liveSetConsultingEnabledResponse;</w:t>
        <w:br/>
        <w:t xml:space="preserve">        try {</w:t>
        <w:br/>
        <w:t xml:space="preserve">            liveSetConsultingEnabledRequest.setChannelId(createChannel())</w:t>
        <w:br/>
        <w:t xml:space="preserve">                    .setEnabled("N");</w:t>
        <w:br/>
        <w:t xml:space="preserve">            liveSetConsultingEnabledResponse = new LiveWebMenuServiceImpl().setConsultingEnabled(</w:t>
        <w:br/>
        <w:t xml:space="preserve">                    liveSetConsultingEnabledRequest);</w:t>
        <w:br/>
        <w:t xml:space="preserve">            Assert.assertTrue(liveSetConsultingEnabledResponse);</w:t>
        <w:br/>
        <w:t xml:space="preserve">            if (liveSetConsultingEnabledResponse) {</w:t>
        <w:br/>
        <w:t xml:space="preserve">                //to do something ......</w:t>
        <w:br/>
        <w:t xml:space="preserve">                log.debug("测试设置提问功能显示开关成功");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咨询提问开关 Y:开启，N：关闭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null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8、查询频道图文内容列表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获取频道图文内容列表</w:t>
        <w:br/>
        <w:t>接口地址（仅做说明使用）：https://api.polyv.net/live/v3/channel/watch/tuwen/list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testGetChannelImageText() throws Exception, NoSuchAlgorithmException {</w:t>
        <w:br/>
        <w:t xml:space="preserve">        LiveGetChannelImageTextRequest liveGetChannelImageTextRequest = new LiveGetChannelImageTextRequest();</w:t>
        <w:br/>
        <w:t xml:space="preserve">        LiveGetChannelImageTextResponse liveGetChannelImageTextResponse;</w:t>
        <w:br/>
        <w:t xml:space="preserve">        try {</w:t>
        <w:br/>
        <w:t xml:space="preserve">            liveGetChannelImageTextRequest.setChannelId(createChannel())</w:t>
        <w:br/>
        <w:t xml:space="preserve">                    .setId(null)</w:t>
        <w:br/>
        <w:t xml:space="preserve">                    .setImageMode("N");</w:t>
        <w:br/>
        <w:t xml:space="preserve">            liveGetChannelImageTextResponse = new LiveWebMenuServiceImpl().getChannelImageText(</w:t>
        <w:br/>
        <w:t xml:space="preserve">                    liveGetChannelImageTextRequest);</w:t>
        <w:br/>
        <w:t xml:space="preserve">            Assert.assertNotNull(liveGetChannelImageTextResponse);</w:t>
        <w:br/>
        <w:t xml:space="preserve">            if (liveGetChannelImageTextResponse != null) {</w:t>
        <w:br/>
        <w:t xml:space="preserve">                //to do something ......</w:t>
        <w:br/>
        <w:t xml:space="preserve">                log.debug("测试查询频道图文内容列表成功，{}",JSON.toJSONString(liveGetChannelImageTextResponse));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1、请求正确，返回LiveGetChannelImageTextResponse对象，B端依据此对象处理业务逻辑；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图文内容的序列号：为空表示获取第一页数据，且同时会返回置顶数据。非空表示获取id比该值小的记录（也就是更早发布的内容），此时不返回置顶列表。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imageMode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是否为图片模式，Y表示为图片模式，N表示文字加图片的模式，默认为N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总的返回结果条数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ImageTextMsg[]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图文消息列表【详见[ImageTextMsg[]参数描述](/live/java/webMenu.md?id=p014eaa534869a6cc05861be6059e9f42)】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topContents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ImageTextMsg[]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置顶图文消息列表【详见[ImageTextMsg[]参数描述](/live/java/webMenu.md?id=p014eaa534869a6cc05861be6059e9f42)】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setting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Setting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ImageTextMsg参数描述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图文内容序列号,可用于查询条件参数id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文本内容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图片地址数组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是否置顶，Y表示是，N表示否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内容发送的时间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设置的序列号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操作人的昵称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操作人的头衔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操作人的头像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webMenu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