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webInteract</w:t>
      </w:r>
    </w:p>
    <w:p>
      <w:pPr>
        <w:pStyle w:val="Heading1"/>
      </w:pPr>
      <w:r>
        <w:t>1、设置道具打赏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设置道具打赏</w:t>
        <w:br/>
        <w:t>接口地址（仅做说明使用）：https://api.polyv.net/live/v3/channel/donate/update-good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testUpdateChannelGood() throws Exception, NoSuchAlgorithmException {</w:t>
        <w:br/>
        <w:t xml:space="preserve">        LiveUpdateChannelGoodRequest liveUpdateChannelGoodRequest = new LiveUpdateChannelGoodRequest();</w:t>
        <w:br/>
        <w:t xml:space="preserve">        Boolean liveUpdateChannelGoodResponse;</w:t>
        <w:br/>
        <w:t xml:space="preserve">        try {</w:t>
        <w:br/>
        <w:t xml:space="preserve">            List&lt;LiveUpdateChannelGoodRequest.ChannelGood&gt; channelGoods =</w:t>
        <w:br/>
        <w:t xml:space="preserve">                    new ArrayList&lt;LiveUpdateChannelGoodRequest.ChannelGood&gt;();</w:t>
        <w:br/>
        <w:t xml:space="preserve">            LiveUpdateChannelGoodRequest.ChannelGood channelGood = new LiveUpdateChannelGoodRequest.ChannelGood();</w:t>
        <w:br/>
        <w:t xml:space="preserve">            channelGood.setGoodName("佛跳墙")</w:t>
        <w:br/>
        <w:t xml:space="preserve">                    .setGoodImg("//livestatic.videocc.net/uploaded/images/webapp/channel/donate/07-diamond.png")</w:t>
        <w:br/>
        <w:t xml:space="preserve">                    .setGoodPrice(9999.99)</w:t>
        <w:br/>
        <w:t xml:space="preserve">                    .setGoodEnabled("Y");</w:t>
        <w:br/>
        <w:t xml:space="preserve">            channelGoods.add(channelGood);</w:t>
        <w:br/>
        <w:t xml:space="preserve">            liveUpdateChannelGoodRequest.setChannelId(createChannel()).setEnabled("Y").setGoods(channelGoods);</w:t>
        <w:br/>
        <w:t xml:space="preserve">            liveUpdateChannelGoodResponse = new LiveWebInteractServiceImpl().updateChannelGood(</w:t>
        <w:br/>
        <w:t xml:space="preserve">                    liveUpdateChannelGoodRequest);</w:t>
        <w:br/>
        <w:t xml:space="preserve">            Assert.assertNotNull(liveUpdateChannelGoodResponse);</w:t>
        <w:br/>
        <w:t xml:space="preserve">            if (liveUpdateChannelGoodResponse) {</w:t>
        <w:br/>
        <w:t xml:space="preserve">                //to do something ......</w:t>
        <w:br/>
        <w:t xml:space="preserve">                log.debug("测试设置道具打赏成功");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频道号，不传为全局设置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请求体参数，道具打赏开关，不传默认开启，值为 Y/N , Y为开启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goods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道具打赏，道具对象数量必须大于0小于10【详见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ChannelGood参数描述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ChannelGood参数描述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goodName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道具名称，不能超过5个字符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goodImg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道具图片，不能超过120个字符（通过上传图片接口上传获取图片地址，或者使用默认地址;鲜花：01-flower.png;咖啡:02-coffee.png;点赞:03-good.png;掌声:04-applaud.png;666:05-666.png;小星星:06-star.png;钻石:07-diamond.png;跑车:08-car.png;火箭:09-rocket.png;前缀统一为：//livestatic.videocc.net/uploaded/images/webapp/channel/donate/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goodPrice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Double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道具打赏价格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goodEnabled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道具开关，值为 Y/N , Y为开启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true代表设置成功，false代表设置失败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2、设置现金打赏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用于设置频道或者全局现金打赏</w:t>
        <w:br/>
        <w:t>接口地址（仅做说明使用）：https://api.polyv.net/live/v3/channel/donate/update-cash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2、带上频道号为设置频道现金打赏，不带频道号默认为全局现金打赏设置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testUpdateChannelCash() throws Exception, NoSuchAlgorithmException {</w:t>
        <w:br/>
        <w:t xml:space="preserve">        LiveUpdateChannelCashRequest liveUpdateChannelCashRequest = new LiveUpdateChannelCashRequest();</w:t>
        <w:br/>
        <w:t xml:space="preserve">        Boolean liveUpdateChannelCashResponse;</w:t>
        <w:br/>
        <w:t xml:space="preserve">        try {</w:t>
        <w:br/>
        <w:t xml:space="preserve">            Double[] floats = {0.88d, 6.66d, 8.88d, 18.11d, 66.60d, 88.89d};</w:t>
        <w:br/>
        <w:t xml:space="preserve">            List&lt;Double&gt; cashes = Arrays.asList(floats);</w:t>
        <w:br/>
        <w:t xml:space="preserve">            liveUpdateChannelCashRequest.setChannelId(createChannel())</w:t>
        <w:br/>
        <w:t xml:space="preserve">                    .setCashes(cashes)</w:t>
        <w:br/>
        <w:t xml:space="preserve">                    .setCashMin(0.02d)</w:t>
        <w:br/>
        <w:t xml:space="preserve">                    .setEnabled("Y");</w:t>
        <w:br/>
        <w:t xml:space="preserve">            liveUpdateChannelCashResponse = new LiveWebInteractServiceImpl().updateChannelCash(</w:t>
        <w:br/>
        <w:t xml:space="preserve">                    liveUpdateChannelCashRequest);</w:t>
        <w:br/>
        <w:t xml:space="preserve">            Assert.assertNotNull(liveUpdateChannelCashResponse);</w:t>
        <w:br/>
        <w:t xml:space="preserve">            if (liveUpdateChannelCashResponse) {</w:t>
        <w:br/>
        <w:t xml:space="preserve">                //to do something ......</w:t>
        <w:br/>
        <w:t xml:space="preserve">                log.debug("测试设置现金打赏成功");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频道号，不传为全局设置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cashes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请求体参数，现金打赏数额数组，数组的长度必须为6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cashMin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Double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请求体参数，现金打赏自定义最小金额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请求体参数，现金打赏开关，不传默认开启，值为 Y/N , Y为开启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true表示设置成功，false表示设置失败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3、查询打赏设置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查询打赏设置</w:t>
        <w:br/>
        <w:t>接口地址（仅做说明使用）：https://api.polyv.net/live/v3/channel/donate/get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testGetChannelDonate() throws Exception, NoSuchAlgorithmException {</w:t>
        <w:br/>
        <w:t xml:space="preserve">        LiveChannelDonateRequest liveChannelDonateRequest = new LiveChannelDonateRequest();</w:t>
        <w:br/>
        <w:t xml:space="preserve">        LiveChannelDonateResponse liveChannelDonateResponse;</w:t>
        <w:br/>
        <w:t xml:space="preserve">        try {</w:t>
        <w:br/>
        <w:t xml:space="preserve">            liveChannelDonateRequest.setChannelId(createChannel());</w:t>
        <w:br/>
        <w:t xml:space="preserve">            liveChannelDonateResponse = new LiveWebInteractServiceImpl().getChannelDonate(liveChannelDonateRequest);</w:t>
        <w:br/>
        <w:t xml:space="preserve">            Assert.assertNotNull(liveChannelDonateResponse);</w:t>
        <w:br/>
        <w:t xml:space="preserve">            if (liveChannelDonateResponse != null) {</w:t>
        <w:br/>
        <w:t xml:space="preserve">                //to do something ......</w:t>
        <w:br/>
        <w:t xml:space="preserve">                log.debug("测试查询打赏设置成功,{}", JSON.toJSONString(liveChannelDonateResponse));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1、请求正确，返回LiveChannelDonateResponse对象，B端依据此对象处理业务逻辑；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频道号，不传为获取全局设置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globalSettingEnabled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是否应用全局设置，获取全局设置时，该值为null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donateCashEnabled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现金打赏开关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donateGoodEnabled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道具打赏开关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donateTips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打赏提示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cashes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请求体参数，现金打赏数额数组，数组的长度必须为6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cashMin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Double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请求体参数，现金打赏自定义最小金额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goods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道具打赏【详见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ChannelGood参数描述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ChannelGood参数描述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goodName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道具名称，不能超过5个字符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goodImg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道具图片，不能超过120个字符（通过上传图片接口上传获取图片地址，或者使用默认地址;鲜花：01-flower.png;咖啡:02-coffee.png;点赞:03-good.png;掌声:04-applaud.png;666:05-666.png;小星星:06-star.png;钻石:07-diamond.png;跑车:08-car.png;火箭:09-rocket.png;前缀统一为：//livestatic.videocc.net/uploaded/images/webapp/channel/donate/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goodPrice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Double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道具打赏价格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goodEnabled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道具开关，值为 Y/N , Y为开启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4、设置频道微信分享信息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用于修改频道的微信分享相关设置</w:t>
        <w:br/>
        <w:t>接口地址（仅做说明使用）：https://api.polyv.net/live/v3/channel/weixin-share/update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testUpdateChannelWxShare() throws Exception, NoSuchAlgorithmException {</w:t>
        <w:br/>
        <w:t xml:space="preserve">        LiveUpdateChannelWxShareRequest liveUpdateChannelWxShareRequest = new LiveUpdateChannelWxShareRequest();</w:t>
        <w:br/>
        <w:t xml:space="preserve">        Boolean liveUpdateChannelWxShareResponse;</w:t>
        <w:br/>
        <w:t xml:space="preserve">        try {</w:t>
        <w:br/>
        <w:t xml:space="preserve">            liveUpdateChannelWxShareRequest.setChannelId(createChannel())</w:t>
        <w:br/>
        <w:t xml:space="preserve">                    .setWxShareTitle("Mysql 知识精讲")</w:t>
        <w:br/>
        <w:t xml:space="preserve">                    .setWxShareDesc("带你走进Mysql的奇妙世界");</w:t>
        <w:br/>
        <w:t xml:space="preserve">            liveUpdateChannelWxShareResponse = new LiveWebInteractServiceImpl().updateChannelWxShare(</w:t>
        <w:br/>
        <w:t xml:space="preserve">                    liveUpdateChannelWxShareRequest);</w:t>
        <w:br/>
        <w:t xml:space="preserve">            Assert.assertTrue(liveUpdateChannelWxShareResponse);</w:t>
        <w:br/>
        <w:t xml:space="preserve">            if (liveUpdateChannelWxShareResponse) {</w:t>
        <w:br/>
        <w:t xml:space="preserve">                //to do something ......</w:t>
        <w:br/>
        <w:t xml:space="preserve">                log.debug("测试设置频道微信分享信息成功");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wxShareTitle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微信分享的标题（30字符内）【对应api文档的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weixinShareTitle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wxShareDesc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微信分享的描述（120字符内）【对应api文档的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weixinShareDesc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true为设置成功，false为设置失败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5、查询频道微信分享信息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获取频道的微信分享设置信息</w:t>
        <w:br/>
        <w:t>接口地址（仅做说明使用）：https://api.polyv.net/live/v3/channel/weixin-share/get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testGetChannelWxShare() throws Exception, NoSuchAlgorithmException {</w:t>
        <w:br/>
        <w:t xml:space="preserve">        LiveGetChannelWxShareRequest liveGetChannelWxShareRequest = new LiveGetChannelWxShareRequest();</w:t>
        <w:br/>
        <w:t xml:space="preserve">        LiveGetChannelWxShareResponse liveGetChannelWxShareResponse;</w:t>
        <w:br/>
        <w:t xml:space="preserve">        try {</w:t>
        <w:br/>
        <w:t xml:space="preserve">            liveGetChannelWxShareRequest.setChannelId(createChannel());</w:t>
        <w:br/>
        <w:t xml:space="preserve">            liveGetChannelWxShareResponse = new LiveWebInteractServiceImpl().getChannelWxShare(</w:t>
        <w:br/>
        <w:t xml:space="preserve">                    liveGetChannelWxShareRequest);</w:t>
        <w:br/>
        <w:t xml:space="preserve">            Assert.assertNotNull(liveGetChannelWxShareResponse);</w:t>
        <w:br/>
        <w:t xml:space="preserve">            if (liveGetChannelWxShareResponse != null) {</w:t>
        <w:br/>
        <w:t xml:space="preserve">                //to do something ......</w:t>
        <w:br/>
        <w:t xml:space="preserve">                log.debug("测试查询频道微信分享信息成功，{}", JSON.toJSONString(liveGetChannelWxShareResponse));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1、请求正确，返回LiveGetChannelWxShareResponse对象，B端依据此对象处理业务逻辑；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coverImg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微信分享图标，即频道的直播图标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wxShareTitle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微信分享的标题【对应api文档的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weixinShareTitle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wxShareDesc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微信分享的描述【对应api文档的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weixinShareDesc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6、查询频道打赏设置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查询频道打赏设置，包括现金打赏、礼物打赏，礼物打赏又分为现金支付和积分支付</w:t>
        <w:br/>
        <w:t>接口地址（仅做说明使用）：https://api.polyv.net/live/v4/user/donate/get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testGetChannelDonateV2() throws IOException, NoSuchAlgorithmException {</w:t>
        <w:br/>
        <w:t xml:space="preserve">        LiveGetChannelDonateRequest liveGetChannelDonateRequest = new LiveGetChannelDonateRequest();</w:t>
        <w:br/>
        <w:t xml:space="preserve">        LiveGetChannelDonateResponse liveGetChannelDonateResponse;</w:t>
        <w:br/>
        <w:t xml:space="preserve">        try {</w:t>
        <w:br/>
        <w:t xml:space="preserve">            String channelId = super.createChannel();</w:t>
        <w:br/>
        <w:t xml:space="preserve">            liveGetChannelDonateRequest.setChannelId(channelId);</w:t>
        <w:br/>
        <w:t xml:space="preserve">            liveGetChannelDonateResponse = new LiveWebInteractServiceImpl().getChannelDonateV2(</w:t>
        <w:br/>
        <w:t xml:space="preserve">                    liveGetChannelDonateRequest);</w:t>
        <w:br/>
        <w:t xml:space="preserve">            Assert.assertNotNull(liveGetChannelDonateResponse);</w:t>
        <w:br/>
        <w:t xml:space="preserve">            if (liveGetChannelDonateResponse != null) {</w:t>
        <w:br/>
        <w:t xml:space="preserve">                //to do something ......</w:t>
        <w:br/>
        <w:t xml:space="preserve">                log.debug("测试查询频道打赏设置成功{}", JSON.toJSONString(liveGetChannelDonateResponse));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1、请求正确，返回LiveGetChannelDonateResponse对象，B端依据此对象处理业务逻辑；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donateCashEnabled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现金红包打赏开关，Y：开启，N：关闭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cashDonate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ChannelCashDonate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现金红包【详见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ChannelCashDonate参数描述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donateGiftEnabled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礼物打赏开关，Y：开启，N：关闭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giftDonate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礼物打赏（现金支付或积分支付）【详见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ChannelGiftDonate参数描述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ChannelCashDonate参数描述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cashes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固定打赏金额，数组长度在1-6，最小值0.01，最大值9999.99【对应api文档的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cashs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cashMin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自定义打赏金额-最低金额，最小值0.01，最大值9999.99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ChannelGiftDonate参数描述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payWay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支付方式，CASH：现金支付，POINT：积分支付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cashUnit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现金单位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pointUnit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积分单位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cashPays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现金支付列表【详见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ChannelGift参数描述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pointPays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积分支付列表【详见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ChannelGift参数描述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ChannelGift参数描述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礼物名称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礼物图片地址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礼物价格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开关，Y：开启，N：关闭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ChannelGift参数描述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礼物名称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礼物图片地址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礼物价格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开关，Y：开启，N：关闭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7、修改频道礼物打赏设置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修改频道礼物打赏设置，礼物打赏又分为现金支付和积分支付</w:t>
        <w:br/>
        <w:t>接口地址（仅做说明使用）：https://api.polyv.net/live/v4/channel/donate/gift/update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testUpdateChannelDonateV2() throws IOException, NoSuchAlgorithmException {</w:t>
        <w:br/>
        <w:t xml:space="preserve">        LiveUpdateChannelDonateRequest liveUpdateChannelDonateRequest = new LiveUpdateChannelDonateRequest();</w:t>
        <w:br/>
        <w:t xml:space="preserve">        Boolean liveUpdateChannelDonateResponse;</w:t>
        <w:br/>
        <w:t xml:space="preserve">        try {</w:t>
        <w:br/>
        <w:t xml:space="preserve">            LiveUpdateChannelDonateRequest.ChannelGiftDonate giftDonate =</w:t>
        <w:br/>
        <w:t xml:space="preserve">                    new LiveUpdateChannelDonateRequest.ChannelGiftDonate();</w:t>
        <w:br/>
        <w:t xml:space="preserve">            List&lt;LiveUpdateChannelDonateRequest.ChannelGift&gt; giftList = new ArrayList&lt;&gt;();</w:t>
        <w:br/>
        <w:t xml:space="preserve">            LiveUpdateChannelDonateRequest.ChannelGift gift1 = new LiveUpdateChannelDonateRequest.ChannelGift();</w:t>
        <w:br/>
        <w:t xml:space="preserve">            gift1.setImg("//liveimages.videocc.net/uploaded/images/2021/11/g41in083xo.png")</w:t>
        <w:br/>
        <w:t xml:space="preserve">                    .setName("现金礼物1")</w:t>
        <w:br/>
        <w:t xml:space="preserve">                    .setPrice(Float.valueOf("66.66"))</w:t>
        <w:br/>
        <w:t xml:space="preserve">                    .setEnabled(LiveConstant.Flag.YES.getFlag());</w:t>
        <w:br/>
        <w:t xml:space="preserve">            giftList.add(gift1);</w:t>
        <w:br/>
        <w:t xml:space="preserve">            List&lt;LiveUpdateChannelDonateRequest.ChannelGift&gt; pointList = new ArrayList&lt;&gt;();</w:t>
        <w:br/>
        <w:t xml:space="preserve">            LiveUpdateChannelDonateRequest.ChannelGift gift2 = new LiveUpdateChannelDonateRequest.ChannelGift();</w:t>
        <w:br/>
        <w:t xml:space="preserve">            gift2.setImg("//s1.videocc.net/default-img/donate/666.png")</w:t>
        <w:br/>
        <w:t xml:space="preserve">                    .setName("积分礼物1")</w:t>
        <w:br/>
        <w:t xml:space="preserve">                    .setPrice(Float.valueOf("88.88"))</w:t>
        <w:br/>
        <w:t xml:space="preserve">                    .setEnabled(LiveConstant.Flag.YES.getFlag());</w:t>
        <w:br/>
        <w:t xml:space="preserve">            pointList.add(gift2);</w:t>
        <w:br/>
        <w:t xml:space="preserve">            giftDonate.setPayWay(LiveConstant.PayWay.CASH.getValue())</w:t>
        <w:br/>
        <w:t xml:space="preserve">                    .setCashPays(giftList)</w:t>
        <w:br/>
        <w:t xml:space="preserve">                    .setPointPays(pointList)</w:t>
        <w:br/>
        <w:t xml:space="preserve">                    .setPointUnit("polyv积分");</w:t>
        <w:br/>
        <w:t xml:space="preserve">            liveUpdateChannelDonateRequest.setGiftDonate(giftDonate);</w:t>
        <w:br/>
        <w:t xml:space="preserve">            liveUpdateChannelDonateRequest.setDonateGiftEnabled(LiveConstant.Flag.YES.getFlag());</w:t>
        <w:br/>
        <w:t xml:space="preserve">            liveUpdateChannelDonateRequest.setChannelId(super.createChannel());</w:t>
        <w:br/>
        <w:t xml:space="preserve">            liveUpdateChannelDonateResponse = new LiveWebInteractServiceImpl().updateChannelDonateV2(</w:t>
        <w:br/>
        <w:t xml:space="preserve">                    liveUpdateChannelDonateRequest);</w:t>
        <w:br/>
        <w:t xml:space="preserve">            Assert.assertTrue(liveUpdateChannelDonateResponse);</w:t>
        <w:br/>
        <w:t xml:space="preserve">            if (liveUpdateChannelDonateResponse) {</w:t>
        <w:br/>
        <w:t xml:space="preserve">                //to do something ......</w:t>
        <w:br/>
        <w:t xml:space="preserve">                log.debug("测试修改频道礼物打赏设置成功");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donateGiftEnabled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礼物打赏开关，Y：开启，N：关闭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giftDonate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ChannelGiftDonate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礼物打赏（现金支付或积分支付）【详见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ChannelGiftDonate参数描述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ChannelGiftDonate参数描述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payWay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支付方式，CASH：现金支付，POINT：积分支付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cashUnit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现金单位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pointUnit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积分单位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cashPays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现金支付列表【详见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ChannelGift参数描述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pointPays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积分支付列表【详见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ChannelGift参数描述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ChannelGift参数描述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礼物名称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礼物图片地址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礼物价格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开关，Y：开启，N：关闭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ChannelGift参数描述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礼物名称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礼物图片地址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礼物价格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开关，Y：开启，N：关闭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修改频道礼物打赏设置返回实体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8、查询频道卡片推送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查询频道卡片推送，对应新版后台的 营销-卡片</w:t>
        <w:br/>
        <w:t>接口地址（仅做说明使用）：https://api.polyv.net/live/v4/channel/card-push/list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testGetChannelCardPush() throws IOException, NoSuchAlgorithmException {</w:t>
        <w:br/>
        <w:t xml:space="preserve">        LiveGetChannelCardPushRequest liveGetChannelCardPushRequest = new LiveGetChannelCardPushRequest();</w:t>
        <w:br/>
        <w:t xml:space="preserve">        List&lt;LiveGetChannelCardPushResponse&gt; liveGetChannelCardPushResponse;</w:t>
        <w:br/>
        <w:t xml:space="preserve">        try {</w:t>
        <w:br/>
        <w:t xml:space="preserve">            String channelId = super.createChannel();</w:t>
        <w:br/>
        <w:t xml:space="preserve">            liveGetChannelCardPushRequest.setChannelId(channelId);</w:t>
        <w:br/>
        <w:t xml:space="preserve">            liveGetChannelCardPushResponse = new LiveWebInteractServiceImpl().getChannelCardPush(</w:t>
        <w:br/>
        <w:t xml:space="preserve">                    liveGetChannelCardPushRequest);</w:t>
        <w:br/>
        <w:t xml:space="preserve">            Assert.assertNotNull(liveGetChannelCardPushResponse);</w:t>
        <w:br/>
        <w:t xml:space="preserve">            if (liveGetChannelCardPushResponse != null) {</w:t>
        <w:br/>
        <w:t xml:space="preserve">                //to do something ......</w:t>
        <w:br/>
        <w:t xml:space="preserve">                log.debug("测试查询频道卡片推送成功{}", JSON.toJSONString(liveGetChannelCardPushResponse));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1、请求正确，返回LiveGetChannelCardPushResponse对象，B端依据此对象处理业务逻辑；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返回对象是List&amp;lt;LiveGetChannelCardPushResponse&amp;gt;，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LiveGetChannelCardPushResponse</w:t>
      </w:r>
      <w:r>
        <w:rPr>
          <w:rFonts w:ascii="Source Han Sans SC" w:hAnsi="Source Han Sans SC" w:eastAsia="Source Han Sans SC" w:cs="Source Han Sans SC" w:hint="eastAsia"/>
          <w:sz w:val="21"/>
        </w:rPr>
        <w:t>具体元素内容如下：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卡片推送主键ID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卡片标题，最多16个字符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卡片样式类型，giftbox：礼物领取样式，redpack：红包样式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卡片倒计时时长，取值：0,5,10,20,30，单位：秒，0为不显示倒计时时长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卡片跳转链接地址，带http://等协议头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pushEndTime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推送结束时间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lastModified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修改时间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pushStatus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推送状态Y.推送中、N.未推送、L.上次推送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pushTime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推送时间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enterEnabled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卡片入口Y.开启、N.关闭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showCondition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弹出方式，PUSH.推送后立即弹出、WATCH.观看后弹出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conditionValue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观看时长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conditionUnit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观看时长单位SECONDS.秒、MINUTES.分钟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countdownMsg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倒计时文案，showCondition为WATCH时生效，最多8个字符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9、创建频道卡片推送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创建频道卡片推送，对应新版后台的 营销-卡片</w:t>
        <w:br/>
        <w:t>接口地址（仅做说明使用）：https://api.polyv.net/live/v4/channel/card-push/create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testCreateChannelCardPush() throws IOException, NoSuchAlgorithmException {</w:t>
        <w:br/>
        <w:t xml:space="preserve">        LiveCreateChannelCardPushRequest liveCreateChannelCardPushRequest = new LiveCreateChannelCardPushRequest();</w:t>
        <w:br/>
        <w:t xml:space="preserve">        LiveCreateChannelCardPushResponse liveCreateChannelCardPushResponse;</w:t>
        <w:br/>
        <w:t xml:space="preserve">        try {</w:t>
        <w:br/>
        <w:t xml:space="preserve">            String channelId = super.createChannel();</w:t>
        <w:br/>
        <w:t xml:space="preserve">            liveCreateChannelCardPushRequest.setChannelId(channelId)</w:t>
        <w:br/>
        <w:t xml:space="preserve">                    .setTitle("测试SDK卡片推送")</w:t>
        <w:br/>
        <w:t xml:space="preserve">                    .setLink("http://polyv.net")</w:t>
        <w:br/>
        <w:t xml:space="preserve">                    .setImageType(LiveConstant.ImageType.GIFT_BOX.getValue())</w:t>
        <w:br/>
        <w:t xml:space="preserve">                    .setDuration(LiveConstant.CardPushDuration.DURATION_TEN.getValue())</w:t>
        <w:br/>
        <w:t xml:space="preserve">                    .setShowCondition(LiveConstant.ShowCondition.WATCH.getValue())</w:t>
        <w:br/>
        <w:t xml:space="preserve">                    .setConditionValue(10)</w:t>
        <w:br/>
        <w:t xml:space="preserve">                    .setConditionUnit(LiveConstant.ConditionUnit.SECONDS.getValue())</w:t>
        <w:br/>
        <w:t xml:space="preserve">                    .setCountdownMsg("倒计时")</w:t>
        <w:br/>
        <w:t xml:space="preserve">                    .setEnterEnabled(LiveConstant.Flag.YES.getFlag());</w:t>
        <w:br/>
        <w:t xml:space="preserve">            liveCreateChannelCardPushResponse = new LiveWebInteractServiceImpl().createChannelCardPush(</w:t>
        <w:br/>
        <w:t xml:space="preserve">                    liveCreateChannelCardPushRequest);</w:t>
        <w:br/>
        <w:t xml:space="preserve">            Assert.assertNotNull(liveCreateChannelCardPushResponse);</w:t>
        <w:br/>
        <w:t xml:space="preserve">            if (liveCreateChannelCardPushResponse != null) {</w:t>
        <w:br/>
        <w:t xml:space="preserve">                //to do something ......</w:t>
        <w:br/>
        <w:t xml:space="preserve">                log.debug("测试创建频道卡片推送成功{}", JSON.toJSONString(liveCreateChannelCardPushResponse));</w:t>
        <w:br/>
        <w:t xml:space="preserve">                //TODO 此处创建完成后删除了卡片推送，正式使用需删除该语句</w:t>
        <w:br/>
        <w:t xml:space="preserve">                super.deleteChannelPushCard(channelId, liveCreateChannelCardPushResponse.getId());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1、请求正确，返回LiveCreateChannelCardPushResponse对象，B端依据此对象处理业务逻辑；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卡片样式类型，giftbox：礼物领取样式，redpack：红包样式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卡片标题，最多16个字符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link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卡片跳转链接地址，需要带http:等协议头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卡片倒计时时长，取值：0,5,10,20,30，单位：秒，0为不显示倒计时时长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showCondition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弹出方式，PUSH：推送后立即弹出、WATCH：观看后弹出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conditionValue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观看后弹出的观看时长，showCondition为WATCH时生效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conditionUnit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观看后弹出的观看时长单位SECONDS.秒、MINUTES.分钟，showCondition为WATCH时，该值生效且必填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countdownMsg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倒计时文案，showCondition为WATCH时生效，最多8个字符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enterEnabled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卡片入口开关Y.开启、N.关闭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卡片推送主键ID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卡片标题，最多16个字符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卡片样式类型，giftbox：礼物领取样式，redpack：红包样式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卡片倒计时时长，取值：0,5,10,20,30，单位：秒，0为不显示倒计时时长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卡片跳转链接地址，带http:等协议头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pushEndTime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推送结束时间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lastModified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修改时间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pushStatus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推送状态Y.推送中、N.未推送、L.上次推送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pushTime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推送时间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enterEnabled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卡片入口Y.开启、N.关闭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showCondition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弹出方式，PUSH.推送后立即弹出、WATCH.观看后弹出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conditionValue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观看时长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conditionUnit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观看时长单位SECONDS.秒、MINUTES.分钟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countdownMsg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倒计时文案，showCondition为WATCH时生效，最多8个字符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10、修改频道卡片推送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修改频道卡片推送，对应新版后台的 营销-卡片</w:t>
        <w:br/>
        <w:t>接口地址（仅做说明使用）：https://api.polyv.net/live/v4/channel/card-push/update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testUpdateChannelCardPush() throws IOException, NoSuchAlgorithmException {</w:t>
        <w:br/>
        <w:t xml:space="preserve">        LiveUpdateChannelCardPushRequest liveUpdateChannelCardPushRequest = new LiveUpdateChannelCardPushRequest();</w:t>
        <w:br/>
        <w:t xml:space="preserve">        Boolean liveUpdateChannelCardPushResponse;</w:t>
        <w:br/>
        <w:t xml:space="preserve">        try {</w:t>
        <w:br/>
        <w:t xml:space="preserve">            String channelId = super.createChannel();</w:t>
        <w:br/>
        <w:t xml:space="preserve">            liveUpdateChannelCardPushRequest.setChannelId(channelId)</w:t>
        <w:br/>
        <w:t xml:space="preserve">                    .setCardPushId(super.getChannelCardPushId(channelId))</w:t>
        <w:br/>
        <w:t xml:space="preserve">                    .setTitle("测试SDK修改卡片推送")</w:t>
        <w:br/>
        <w:t xml:space="preserve">                    .setLink("https://polyv.net");</w:t>
        <w:br/>
        <w:t xml:space="preserve">            liveUpdateChannelCardPushResponse = new LiveWebInteractServiceImpl().updateChannelCardPush(</w:t>
        <w:br/>
        <w:t xml:space="preserve">                    liveUpdateChannelCardPushRequest);</w:t>
        <w:br/>
        <w:t xml:space="preserve">            Assert.assertTrue(liveUpdateChannelCardPushResponse);</w:t>
        <w:br/>
        <w:t xml:space="preserve">            if (liveUpdateChannelCardPushResponse) {</w:t>
        <w:br/>
        <w:t xml:space="preserve">                //to do something ......</w:t>
        <w:br/>
        <w:t xml:space="preserve">                log.debug("测试修改频道卡片推送成功");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cardPushId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卡片推送主键ID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卡片样式类型，giftbox：礼物领取样式，redpack：红包样式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卡片标题，最多16个字符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link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卡片跳转链接地址，需要带http:等协议头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卡片倒计时时长，取值：0,5,10,20,30，单位：秒，0为不显示倒计时时长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showCondition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弹出方式，PUSH：推送后立即弹出、WATCH：观看后弹出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conditionValue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观看后弹出的观看时长，showCondition为WATCH时生效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conditionUnit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观看后弹出的观看时长单位SECONDS.秒、MINUTES.分钟，showCondition为WATCH时，该值生效且必填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countdownMsg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倒计时文案，showCondition为WATCH时生效，最多8个字符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enterEnabled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卡片入口开关Y.开启、N.关闭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修改频道卡片推送返回实体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11、删除卡片推送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删除卡片推送，对应新版后台的 营销-卡片</w:t>
        <w:br/>
        <w:t>接口地址（仅做说明使用）：https://api.polyv.net/live/v4/channel/card-push/delete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testDeleteChannelCardPush() throws IOException, NoSuchAlgorithmException {</w:t>
        <w:br/>
        <w:t xml:space="preserve">        LiveDeleteChannelCardPushRequest liveDeleteChannelCardPushRequest = new LiveDeleteChannelCardPushRequest();</w:t>
        <w:br/>
        <w:t xml:space="preserve">        Boolean liveDeleteChannelCardPushResponse;</w:t>
        <w:br/>
        <w:t xml:space="preserve">        try {</w:t>
        <w:br/>
        <w:t xml:space="preserve">            String channelId = super.createChannel();</w:t>
        <w:br/>
        <w:t xml:space="preserve">            liveDeleteChannelCardPushRequest.setChannelId(channelId)</w:t>
        <w:br/>
        <w:t xml:space="preserve">                    .setCardPushId(super.getChannelCardPushId(channelId));</w:t>
        <w:br/>
        <w:t xml:space="preserve">            liveDeleteChannelCardPushResponse = new LiveWebInteractServiceImpl().deleteChannelCardPush(</w:t>
        <w:br/>
        <w:t xml:space="preserve">                    liveDeleteChannelCardPushRequest);</w:t>
        <w:br/>
        <w:t xml:space="preserve">            Assert.assertTrue(liveDeleteChannelCardPushResponse);</w:t>
        <w:br/>
        <w:t xml:space="preserve">            if (liveDeleteChannelCardPushResponse) {</w:t>
        <w:br/>
        <w:t xml:space="preserve">                //to do something ......</w:t>
        <w:br/>
        <w:t xml:space="preserve">                log.debug("测试删除卡片推送成功");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cardPushId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卡片推送主键ID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删除卡片推送返回实体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12、推送频道卡片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推送频道卡片，对应新版后台的 营销-卡片</w:t>
        <w:br/>
        <w:t>接口地址（仅做说明使用）：https://api.polyv.net/live/v4/channel/card-push/push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testPushChannelCardPush() throws IOException, NoSuchAlgorithmException {</w:t>
        <w:br/>
        <w:t xml:space="preserve">        LivePushChannelCardPushRequest livePushChannelCardPushRequest = new LivePushChannelCardPushRequest();</w:t>
        <w:br/>
        <w:t xml:space="preserve">        Boolean livePushChannelCardPushResponse;</w:t>
        <w:br/>
        <w:t xml:space="preserve">        try {</w:t>
        <w:br/>
        <w:t xml:space="preserve">            String channelId = super.createChannel();</w:t>
        <w:br/>
        <w:t xml:space="preserve">            Long cardPushId = super.getChannelCardPushId(channelId);</w:t>
        <w:br/>
        <w:t xml:space="preserve">            livePushChannelCardPushRequest.setChannelId(channelId).setCardPushId(cardPushId);</w:t>
        <w:br/>
        <w:t xml:space="preserve">            livePushChannelCardPushResponse = new LiveWebInteractServiceImpl().pushChannelCardPush(</w:t>
        <w:br/>
        <w:t xml:space="preserve">                    livePushChannelCardPushRequest);</w:t>
        <w:br/>
        <w:t xml:space="preserve">            Assert.assertTrue(livePushChannelCardPushResponse);</w:t>
        <w:br/>
        <w:t xml:space="preserve">            if (livePushChannelCardPushResponse) {</w:t>
        <w:br/>
        <w:t xml:space="preserve">                //to do something ......</w:t>
        <w:br/>
        <w:t xml:space="preserve">                log.debug("测试推送频道卡片成功");</w:t>
        <w:br/>
        <w:t xml:space="preserve">                //TODO 此处创建完成后删除了卡片推送，正式使用需删除该语句</w:t>
        <w:br/>
        <w:t xml:space="preserve">                super.deleteChannelPushCard(channelId, cardPushId);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cardPushId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卡片推送主键ID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推送频道卡片返回实体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13、取消推送卡片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取消推送卡片，对应新版后台的 营销-卡片</w:t>
        <w:br/>
        <w:t>接口地址（仅做说明使用）：https://api.polyv.net/live/v4/channel/card-push/cancel-push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testCancelPushChannelCardPush() throws IOException, NoSuchAlgorithmException {</w:t>
        <w:br/>
        <w:t xml:space="preserve">        LiveCancelPushChannelCardPushRequest liveCancelPushChannelCardPushRequest =</w:t>
        <w:br/>
        <w:t xml:space="preserve">                new LiveCancelPushChannelCardPushRequest();</w:t>
        <w:br/>
        <w:t xml:space="preserve">        Boolean liveCancelPushChannelCardPushResponse;</w:t>
        <w:br/>
        <w:t xml:space="preserve">        try {</w:t>
        <w:br/>
        <w:t xml:space="preserve">            String channelId = super.createChannel();</w:t>
        <w:br/>
        <w:t xml:space="preserve">            liveCancelPushChannelCardPushRequest.setChannelId(channelId)</w:t>
        <w:br/>
        <w:t xml:space="preserve">                    .setCardPushId(super.getChannelPushingCardId(channelId));</w:t>
        <w:br/>
        <w:t xml:space="preserve">            liveCancelPushChannelCardPushResponse = new LiveWebInteractServiceImpl().cancelPushChannelCardPush(</w:t>
        <w:br/>
        <w:t xml:space="preserve">                    liveCancelPushChannelCardPushRequest);</w:t>
        <w:br/>
        <w:t xml:space="preserve">            Assert.assertTrue(liveCancelPushChannelCardPushResponse);</w:t>
        <w:br/>
        <w:t xml:space="preserve">            if (liveCancelPushChannelCardPushResponse) {</w:t>
        <w:br/>
        <w:t xml:space="preserve">                //to do something ......</w:t>
        <w:br/>
        <w:t xml:space="preserve">                log.debug("测试取消推送卡片成功");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cardPushId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卡片推送主键ID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取消推送卡片返回实体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14、查询频道微信分享信息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查询频道微信分享信息</w:t>
        <w:br/>
        <w:t>接口地址（仅做说明使用）：https://api.polyv.net/live/v4/channel/share/get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testGetChannelShare() throws IOException, NoSuchAlgorithmException {</w:t>
        <w:br/>
        <w:t xml:space="preserve">        LiveGetChannelShareRequest liveGetChannelShareRequest = new LiveGetChannelShareRequest();</w:t>
        <w:br/>
        <w:t xml:space="preserve">        LiveGetChannelShareResponse liveGetChannelShareResponse;</w:t>
        <w:br/>
        <w:t xml:space="preserve">        try {</w:t>
        <w:br/>
        <w:t xml:space="preserve">            String channelId = super.createChannel();</w:t>
        <w:br/>
        <w:t xml:space="preserve">            liveGetChannelShareRequest.setChannelId(channelId);</w:t>
        <w:br/>
        <w:t xml:space="preserve">            liveGetChannelShareResponse = new LiveWebInteractServiceImpl().getChannelShare(liveGetChannelShareRequest);</w:t>
        <w:br/>
        <w:t xml:space="preserve">            Assert.assertNotNull(liveGetChannelShareResponse);</w:t>
        <w:br/>
        <w:t xml:space="preserve">            if (liveGetChannelShareResponse != null) {</w:t>
        <w:br/>
        <w:t xml:space="preserve">                //to do something ......</w:t>
        <w:br/>
        <w:t xml:space="preserve">                log.debug("测试查询频道微信分享信息成功{}", JSON.toJSONString(liveGetChannelShareResponse));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1、请求正确，返回LiveGetChannelShareResponse对象，B端依据此对象处理业务逻辑；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shareBtnEnable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是否开启分享，Y：开启，N：关闭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标题类型follow直播标题、custom自定义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weixinShareTitle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分享标题，最大长度50，标题类型为custom时，该字段生效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weixinShareDesc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分享简介，最大长度120，标题类型为custom时，该字段生效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weixinShareCustomUrl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微信自定义分享地址，最大长度512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webShareCustomUrl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网页观看自定义分享地址，最大长度512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15、修改频道微信分享信息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修改频道微信分享信息，对应新版后台的 营销-分享设置</w:t>
        <w:br/>
        <w:t>接口地址（仅做说明使用）：https://api.polyv.net/live/v4/channel/share/update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testUpdateChannelShare() throws IOException, NoSuchAlgorithmException {</w:t>
        <w:br/>
        <w:t xml:space="preserve">        LiveUpdateChannelShareRequest liveUpdateChannelShareRequest = new LiveUpdateChannelShareRequest();</w:t>
        <w:br/>
        <w:t xml:space="preserve">        Boolean liveUpdateChannelShareResponse;</w:t>
        <w:br/>
        <w:t xml:space="preserve">        try {</w:t>
        <w:br/>
        <w:t xml:space="preserve">            String channelId = super.createChannel();</w:t>
        <w:br/>
        <w:t xml:space="preserve">            liveUpdateChannelShareRequest.setChannelId(channelId)</w:t>
        <w:br/>
        <w:t xml:space="preserve">                    .setShareBtnEnable(LiveConstant.Flag.YES.getFlag())</w:t>
        <w:br/>
        <w:t xml:space="preserve">                    .setTitleType(LiveConstant.TitleType.FOLLOW.getValue());</w:t>
        <w:br/>
        <w:t xml:space="preserve">            liveUpdateChannelShareResponse = new LiveWebInteractServiceImpl().updateChannelShare(</w:t>
        <w:br/>
        <w:t xml:space="preserve">                    liveUpdateChannelShareRequest);</w:t>
        <w:br/>
        <w:t xml:space="preserve">            Assert.assertTrue(liveUpdateChannelShareResponse);</w:t>
        <w:br/>
        <w:t xml:space="preserve">            if (liveUpdateChannelShareResponse) {</w:t>
        <w:br/>
        <w:t xml:space="preserve">                //to do something ......</w:t>
        <w:br/>
        <w:t xml:space="preserve">                log.debug("测试修改频道微信分享信息成功");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shareBtnEnable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是否开启分享，Y：开启，N：关闭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标题类型follow直播标题、custom自定义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weixinShareTitle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分享标题，最大长度50，标题类型为custom时，该字段必填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weixinShareDesc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分享简介，最大长度120，标题类型为custom时，该字段必填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weixinShareCustomUrl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微信自定义分享地址，最大长度512，链接必须带协议，如：https://，链接需要进行encode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webShareCustomUrl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网页观看自定义分享地址，最大长度512，链接必须带协议，如：https://，链接需要进行encode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修改频道微信分享信息返回实体</w:t>
      </w:r>
    </w:p>
    <w:p/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webInteract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