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webInfo</w:t>
      </w:r>
    </w:p>
    <w:p>
      <w:pPr>
        <w:pStyle w:val="Heading1"/>
      </w:pPr>
      <w:r>
        <w:t>1、设置频道名称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设置频道名称</w:t>
        <w:br/>
        <w:t>接口地址（仅做说明使用）：https://api.polyv.net/live/v2/channels/%s/update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testUpdateChannelName() throws Exception, NoSuchAlgorithmException {</w:t>
        <w:br/>
        <w:t xml:space="preserve">        LiveUpdateChannelNameRequest liveUpdateChannelNameRequest = new LiveUpdateChannelNameRequest();</w:t>
        <w:br/>
        <w:t xml:space="preserve">        Boolean liveUpdateChannelNameResponse;</w:t>
        <w:br/>
        <w:t xml:space="preserve">        try {</w:t>
        <w:br/>
        <w:t xml:space="preserve">            liveUpdateChannelNameRequest.setChannelId(createChannel())</w:t>
        <w:br/>
        <w:t xml:space="preserve">                    .setName("Junit测试(勿删)");</w:t>
        <w:br/>
        <w:t xml:space="preserve">            liveUpdateChannelNameResponse = new LiveWebInfoServiceImpl().updateChannelName(</w:t>
        <w:br/>
        <w:t xml:space="preserve">                    liveUpdateChannelNameRequest);</w:t>
        <w:br/>
        <w:t xml:space="preserve">            Assert.assertNotNull(liveUpdateChannelNameResponse);</w:t>
        <w:br/>
        <w:t xml:space="preserve">            if (liveUpdateChannelNameResponse) {</w:t>
        <w:br/>
        <w:t xml:space="preserve">                //to do something ......</w:t>
        <w:br/>
        <w:t xml:space="preserve">                log.debug("测试设置频道名称成功");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修改后的频道名称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true为设置成功，false为设置失败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2、设置主持人姓名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设置主持人姓名</w:t>
        <w:br/>
        <w:t>接口地址（仅做说明使用）：https://api.polyv.net/live/v2/channelSetting/%s/setPublisher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testUpdateChannelPublisher() throws Exception, NoSuchAlgorithmException {</w:t>
        <w:br/>
        <w:t xml:space="preserve">        LiveUpdateChannelPublisherRequest liveUpdateChannelPublisherRequest = new LiveUpdateChannelPublisherRequest();</w:t>
        <w:br/>
        <w:t xml:space="preserve">        Boolean liveUpdateChannelPublisherResponse;</w:t>
        <w:br/>
        <w:t xml:space="preserve">        try {</w:t>
        <w:br/>
        <w:t xml:space="preserve">            liveUpdateChannelPublisherRequest.setChannelId(createChannel())</w:t>
        <w:br/>
        <w:t xml:space="preserve">                    .setPublisher("主讲老师");</w:t>
        <w:br/>
        <w:t xml:space="preserve">            liveUpdateChannelPublisherResponse = new LiveWebInfoServiceImpl().updateChannelPublisher(</w:t>
        <w:br/>
        <w:t xml:space="preserve">                    liveUpdateChannelPublisherRequest);</w:t>
        <w:br/>
        <w:t xml:space="preserve">            Assert.assertNotNull(liveUpdateChannelPublisherResponse);</w:t>
        <w:br/>
        <w:t xml:space="preserve">            if (liveUpdateChannelPublisherResponse) {</w:t>
        <w:br/>
        <w:t xml:space="preserve">                //to do something ......</w:t>
        <w:br/>
        <w:t xml:space="preserve">                log.debug("测试设置主持人姓名成功");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主持人姓名，不超过20个字符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true为设置成功，false为设置失败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3、查询直播引导图开关状态及URL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查询直播引导图开关状态及URL</w:t>
        <w:br/>
        <w:t>接口地址（仅做说明使用）：https://api.polyv.net/live/v2/channelSetting/%s/getSplash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testGetChannelSplash() throws Exception, NoSuchAlgorithmException {</w:t>
        <w:br/>
        <w:t xml:space="preserve">        LiveChannelSplashRequest liveChannelSplashRequest = new LiveChannelSplashRequest();</w:t>
        <w:br/>
        <w:t xml:space="preserve">        LiveChannelSplashResponse liveChannelSplashResponse;</w:t>
        <w:br/>
        <w:t xml:space="preserve">        try {</w:t>
        <w:br/>
        <w:t xml:space="preserve">            liveChannelSplashRequest.setChannelId(createChannel());</w:t>
        <w:br/>
        <w:t xml:space="preserve">            liveChannelSplashResponse = new LiveWebInfoServiceImpl().getChannelSplash(liveChannelSplashRequest);</w:t>
        <w:br/>
        <w:t xml:space="preserve">            Assert.assertNotNull(liveChannelSplashResponse);</w:t>
        <w:br/>
        <w:t xml:space="preserve">            if (liveChannelSplashResponse != null) {</w:t>
        <w:br/>
        <w:t xml:space="preserve">                //to do something ......</w:t>
        <w:br/>
        <w:t xml:space="preserve">                log.debug("测试查询直播引导图开关状态及URL成功,{}", JSON.toJSONString(liveChannelSplashResponse));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1、请求正确，返回LiveChannelSplashResponse对象，B端依据此对象处理业务逻辑；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引导图片url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引导功能开关,Y/N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4、设置频道图标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设置频道图标</w:t>
        <w:br/>
        <w:t>接口地址（仅做说明使用）：https://api.polyv.net/live/v2/channelSetting/%s/setCoverImg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testUpdateChannelLogo() throws Exception, NoSuchAlgorithmException {</w:t>
        <w:br/>
        <w:t xml:space="preserve">        LiveUpdateChannelLogoRequest liveUpdateChannelLogoRequest = new LiveUpdateChannelLogoRequest();</w:t>
        <w:br/>
        <w:t xml:space="preserve">        String liveUpdateChannelLogoResponse;</w:t>
        <w:br/>
        <w:t xml:space="preserve">        try {</w:t>
        <w:br/>
        <w:t xml:space="preserve">            String path = getClass().getResource("/img/elephant.png").getPath();</w:t>
        <w:br/>
        <w:t xml:space="preserve">            liveUpdateChannelLogoRequest.setChannelId(createChannel())</w:t>
        <w:br/>
        <w:t xml:space="preserve">                    .setImgfile(new File(path));</w:t>
        <w:br/>
        <w:t xml:space="preserve">            liveUpdateChannelLogoResponse = new LiveWebInfoServiceImpl().updateChannelLogo(</w:t>
        <w:br/>
        <w:t xml:space="preserve">                    liveUpdateChannelLogoRequest);</w:t>
        <w:br/>
        <w:t xml:space="preserve">            Assert.assertNotNull(liveUpdateChannelLogoResponse);</w:t>
        <w:br/>
        <w:t xml:space="preserve">            if (liveUpdateChannelLogoResponse != null) {</w:t>
        <w:br/>
        <w:t xml:space="preserve">                //to do something ......</w:t>
        <w:br/>
        <w:t xml:space="preserve">                log.debug("测试设置频道图标成功,{}", liveUpdateChannelLogoResponse);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1、请求正确，返回String对象，B端依据此对象处理业务逻辑；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imgfile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图片为大小为2MB的JPG、JPEG、PNG图片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成功返回图标地址，如://livestatic.videocc.net/uploaded/images/2017/03/******.jpg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5、设置引导开关以及引导图片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设置引导开关以及引导图片</w:t>
        <w:br/>
        <w:t>接口地址（仅做说明使用）：https://api.polyv.net/live/v2/channelSetting/%s/setSplash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testUpdateChannelSplash() throws Exception, NoSuchAlgorithmException {</w:t>
        <w:br/>
        <w:t xml:space="preserve">        LiveUpdateChannelSplashRequest liveUpdateChannelSplashRequest = new LiveUpdateChannelSplashRequest();</w:t>
        <w:br/>
        <w:t xml:space="preserve">        String liveUpdateChannelSplashResponse;</w:t>
        <w:br/>
        <w:t xml:space="preserve">        try {</w:t>
        <w:br/>
        <w:t xml:space="preserve">            String path = getClass().getResource("/img/elephant.png").getPath();</w:t>
        <w:br/>
        <w:t xml:space="preserve">            liveUpdateChannelSplashRequest.setChannelId(createChannel())</w:t>
        <w:br/>
        <w:t>//                    .setImgfile(new File(path))</w:t>
        <w:br/>
        <w:t xml:space="preserve">                    .setSplashEnabled("Y");</w:t>
        <w:br/>
        <w:t xml:space="preserve">            liveUpdateChannelSplashResponse = new LiveWebInfoServiceImpl().updateChannelSplash(</w:t>
        <w:br/>
        <w:t xml:space="preserve">                    liveUpdateChannelSplashRequest);</w:t>
        <w:br/>
        <w:t xml:space="preserve">            Assert.assertNotNull(liveUpdateChannelSplashResponse);</w:t>
        <w:br/>
        <w:t xml:space="preserve">            if (liveUpdateChannelSplashResponse != null) {</w:t>
        <w:br/>
        <w:t xml:space="preserve">                log.debug("设置引导开关以及引导图片成功,{}", liveUpdateChannelSplashResponse);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1、请求正确，返回String对象，B端依据此对象处理业务逻辑；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设置开启或关闭引导页Y或N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imgfile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支持jpg、jpeg、png三种格式，大小不能超过4Mb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设置引导页未上传图片，成功返回success；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设置引导页同时上传图片;成功返回地址，如：//xxx.videocc.net/uploaded/images/2017/03/******.jpg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6、查询频道点赞数和观众热度值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查询频道点赞数和观众热度值</w:t>
        <w:br/>
        <w:t>接口地址（仅做说明使用）：https://api.polyv.net/live/v2/channels/live-likes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testGetChannelLikes() throws Exception, NoSuchAlgorithmException {</w:t>
        <w:br/>
        <w:t xml:space="preserve">        LiveChannelLikesRequest liveChannelLikesRequest = new LiveChannelLikesRequest();</w:t>
        <w:br/>
        <w:t xml:space="preserve">        LiveChannelLikesResponse liveChannelLikesResponse;</w:t>
        <w:br/>
        <w:t xml:space="preserve">        try {</w:t>
        <w:br/>
        <w:t xml:space="preserve">            liveChannelLikesRequest.setChannelIds("1965681");</w:t>
        <w:br/>
        <w:t xml:space="preserve">            liveChannelLikesResponse = new LiveWebInfoServiceImpl().getChannelLikes(liveChannelLikesRequest);</w:t>
        <w:br/>
        <w:t xml:space="preserve">            Assert.assertNotNull(liveChannelLikesResponse);</w:t>
        <w:br/>
        <w:t xml:space="preserve">            if (liveChannelLikesResponse != null) {</w:t>
        <w:br/>
        <w:t xml:space="preserve">                //to do something ......</w:t>
        <w:br/>
        <w:t xml:space="preserve">                log.debug("测试查询频道点赞数和观众热度值成功,{}", JSON.toJSONString(liveChannelLikesResponse));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1、请求正确，返回LiveChannelLikesResponse对象，B端依据此对象处理业务逻辑；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用逗号隔开的频道号，如：10000,100001最多20个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channelLikes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频道点赞数和观众热度值【详见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ChannelLikes参数描述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ChannelLikes参数描述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likes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频道点赞数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频道观看热度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7、设置频道直播倒计时信息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设置频道直播倒计时信息</w:t>
        <w:br/>
        <w:t>接口地址（仅做说明使用）：https://api.polyv.net/live/v2/channelSetting/%s/set-countdown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testUpdateChannelCountDown() throws Exception, NoSuchAlgorithmException {</w:t>
        <w:br/>
        <w:t xml:space="preserve">        LiveUpdateChannelCountDownRequest liveUpdateChannelCountDownRequest = new LiveUpdateChannelCountDownRequest();</w:t>
        <w:br/>
        <w:t xml:space="preserve">        Boolean liveUpdateChannelCountDownResponse;</w:t>
        <w:br/>
        <w:t xml:space="preserve">        try {</w:t>
        <w:br/>
        <w:t xml:space="preserve">            liveUpdateChannelCountDownRequest.setChannelId(createChannel())</w:t>
        <w:br/>
        <w:t xml:space="preserve">                    .setBookingEnabled("Y")</w:t>
        <w:br/>
        <w:t xml:space="preserve">                    .setStartTime(getDate(2020, 11, 11, 11, 11, 11));</w:t>
        <w:br/>
        <w:t xml:space="preserve">            liveUpdateChannelCountDownResponse = new LiveWebInfoServiceImpl().updateChannelCountDown(</w:t>
        <w:br/>
        <w:t xml:space="preserve">                    liveUpdateChannelCountDownRequest);</w:t>
        <w:br/>
        <w:t xml:space="preserve">            Assert.assertTrue(liveUpdateChannelCountDownResponse);</w:t>
        <w:br/>
        <w:t xml:space="preserve">            if (liveUpdateChannelCountDownResponse) {</w:t>
        <w:br/>
        <w:t xml:space="preserve">                //to do something ......</w:t>
        <w:br/>
        <w:t xml:space="preserve">                log.debug("测试设置频道直播倒计时信息成功");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bookingEnabled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预约观看开关Y或N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直播开始时间，如果不传该值，表示不显示直播时间和倒计时（yyyy-MM-dd HH:mm:ss）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true为设置成功，false为设置失败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8、查询频道直播倒计时信息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查询频道直播倒计时信息</w:t>
        <w:br/>
        <w:t>接口地址（仅做说明使用）：https://api.polyv.net/live/v2/channelSetting/%s/get-countdown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testGetChannelCountDown() throws Exception, NoSuchAlgorithmException {</w:t>
        <w:br/>
        <w:t xml:space="preserve">        LiveChannelCountDownRequest liveChannelCountDownRequest = new LiveChannelCountDownRequest();</w:t>
        <w:br/>
        <w:t xml:space="preserve">        LiveChannelCountDownResponse liveChannelCountDownResponse;</w:t>
        <w:br/>
        <w:t xml:space="preserve">        try {</w:t>
        <w:br/>
        <w:t xml:space="preserve">            liveChannelCountDownRequest.setChannelId(createChannel());</w:t>
        <w:br/>
        <w:t xml:space="preserve">            liveChannelCountDownResponse = new LiveWebInfoServiceImpl().getChannelCountDown(</w:t>
        <w:br/>
        <w:t xml:space="preserve">                    liveChannelCountDownRequest);</w:t>
        <w:br/>
        <w:t xml:space="preserve">            Assert.assertNotNull(liveChannelCountDownResponse);</w:t>
        <w:br/>
        <w:t xml:space="preserve">            if (liveChannelCountDownResponse != null) {</w:t>
        <w:br/>
        <w:t xml:space="preserve">                //to do something ......</w:t>
        <w:br/>
        <w:t xml:space="preserve">                log.debug("测试查询频道直播倒计时信息成功,{}", JSON.toJSONString(liveChannelCountDownResponse));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1、请求正确，返回LiveChannelCountDownResponse对象，B端依据此对象处理业务逻辑；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bookingEnabled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预约观看开关Y或N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直播开始时间,为空则没有直播开始时间</w:t>
            </w:r>
          </w:p>
        </w:tc>
      </w:tr>
    </w:tbl>
    <w:p>
      <w:pPr>
        <w:spacing w:after="40"/>
      </w:pP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webInfo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