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webAuth</w:t>
      </w:r>
    </w:p>
    <w:p>
      <w:pPr>
        <w:pStyle w:val="Heading1"/>
      </w:pPr>
      <w:r>
        <w:t>1、添加单个白名单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添加单个白名单</w:t>
        <w:br/>
        <w:t>接口地址（仅做说明使用）：https://api.polyv.net/live/v3/channel/auth/add-white-list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testCreateChannelWhiteList() throws Exception, NoSuchAlgorithmException {</w:t>
        <w:br/>
        <w:t xml:space="preserve">        LiveCreateChannelWhiteListRequest liveCreateChannelWhiteListRequest = new LiveCreateChannelWhiteListRequest();</w:t>
        <w:br/>
        <w:t xml:space="preserve">        Boolean liveCreateChannelWhiteListResponse;</w:t>
        <w:br/>
        <w:t xml:space="preserve">        try {</w:t>
        <w:br/>
        <w:t xml:space="preserve">            liveCreateChannelWhiteListRequest.setRank(1)</w:t>
        <w:br/>
        <w:t xml:space="preserve">                    .setCode(String.valueOf(System.currentTimeMillis()))</w:t>
        <w:br/>
        <w:t xml:space="preserve">                    .setName("学员1");</w:t>
        <w:br/>
        <w:t xml:space="preserve">            liveCreateChannelWhiteListResponse = new LiveWebAuthServiceImpl().createChannelWhiteList(</w:t>
        <w:br/>
        <w:t xml:space="preserve">                    liveCreateChannelWhiteListRequest);</w:t>
        <w:br/>
        <w:t xml:space="preserve">            Assert.assertNotNull(liveCreateChannelWhiteListResponse);</w:t>
        <w:br/>
        <w:t xml:space="preserve">            if (liveCreateChannelWhiteListResponse) {</w:t>
        <w:br/>
        <w:t xml:space="preserve">                //to do something ......</w:t>
        <w:br/>
        <w:t xml:space="preserve">                log.debug("测试添加单个白名单-全局白名单成功");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频道号（传频道号则添加频道观看白名单，不传频道号则添加全局观看白名单）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主要观看条件为1,次要观看条件为2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会员码（最多为50个字符）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昵称（最多为50个字符）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true为添加成功，false为添加失败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2、查询频道观看白名单列表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查询频道观看白名单列表</w:t>
        <w:br/>
        <w:t>接口地址（仅做说明使用）：https://api.polyv.net/live/v3/channel/auth/get-white-list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testGetChannelWhiteList() throws Exception, NoSuchAlgorithmException {</w:t>
        <w:br/>
        <w:t xml:space="preserve">        LiveChannelWhiteListRequest liveChannelWhiteListRequest = new LiveChannelWhiteListRequest();</w:t>
        <w:br/>
        <w:t xml:space="preserve">        LiveChannelWhiteListResponse liveChannelWhiteListResponse;</w:t>
        <w:br/>
        <w:t xml:space="preserve">        try {</w:t>
        <w:br/>
        <w:t xml:space="preserve">            liveChannelWhiteListRequest.setChannelId(null)</w:t>
        <w:br/>
        <w:t xml:space="preserve">                    .setRank(1)</w:t>
        <w:br/>
        <w:t xml:space="preserve">                    .setKeyword(null)</w:t>
        <w:br/>
        <w:t xml:space="preserve">                    .setPageSize(1);</w:t>
        <w:br/>
        <w:t xml:space="preserve">            liveChannelWhiteListResponse = new LiveWebAuthServiceImpl().getChannelWhiteList(</w:t>
        <w:br/>
        <w:t xml:space="preserve">                    liveChannelWhiteListRequest);</w:t>
        <w:br/>
        <w:t xml:space="preserve">            Assert.assertNotNull(liveChannelWhiteListResponse);</w:t>
        <w:br/>
        <w:t xml:space="preserve">            if (liveChannelWhiteListResponse != null) {</w:t>
        <w:br/>
        <w:t xml:space="preserve">                //to do something ......</w:t>
        <w:br/>
        <w:t xml:space="preserve">                log.debug("测试查询频道观看白名单列表成功,{}", JSON.toJSONString(liveChannelWhiteListResponse));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1、请求正确，返回LiveChannelWhiteListResponse对象，B端依据此对象处理业务逻辑；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频道号，不传为获取全局设置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1为首要条件，2为次要条件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关键词，可根据会员码和名称查询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ChannelWhiteList参数描述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ChannelWhiteList参数描述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昵称(或备注)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phone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会员码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3、查询直播频道观看条件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查询直播频道观看条件</w:t>
        <w:br/>
        <w:t>接口地址（仅做说明使用）：https://api.polyv.net/live/v3/channel/auth/get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testGetChannelAuth() throws Exception, NoSuchAlgorithmException {</w:t>
        <w:br/>
        <w:t xml:space="preserve">        LiveChannelAuthRequest liveChannelAuthRequest = new LiveChannelAuthRequest();</w:t>
        <w:br/>
        <w:t xml:space="preserve">        LiveChannelAuthResponse liveChannelAuthResponse;</w:t>
        <w:br/>
        <w:t xml:space="preserve">        try {</w:t>
        <w:br/>
        <w:t xml:space="preserve">            liveChannelAuthRequest.setChannelId(createChannel());</w:t>
        <w:br/>
        <w:t xml:space="preserve">            liveChannelAuthResponse = new LiveWebAuthServiceImpl().getChannelAuth(liveChannelAuthRequest);</w:t>
        <w:br/>
        <w:t xml:space="preserve">            Assert.assertNotNull(liveChannelAuthResponse);</w:t>
        <w:br/>
        <w:t xml:space="preserve">            if (liveChannelAuthResponse != null) {</w:t>
        <w:br/>
        <w:t xml:space="preserve">                //to do something ......</w:t>
        <w:br/>
        <w:t xml:space="preserve">                log.debug("测试查询直播频道观看条件成功,{}", JSON.toJSONString(liveChannelAuthResponse));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1、请求正确，返回LiveChannelAuthResponse对象，B端依据此对象处理业务逻辑；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频道号,不填获取全局观看条件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AuthSetting参数描述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通用参数：主要观看条件为1，次要观看条件为2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通用参数：是否开启，Y为开启，N为关闭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通用参数：付费观看-pay，验证码观看-code，白名单观看-phone，登记观看-info，自定义授权观看-custom，外部授权-external,直接授权-direct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authType为none时对应的值，public-公开观看，wx-微信授权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wxAuthExpireValue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subAuthType为wx时，对应的微信授权有效期，例如: 3d表示3天，3h表示3小时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付费观看参数：欢迎语标题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付费观看参数：价格，单位为元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付费观看参数：付费有效截止日期。当watchEndTime和validTimePeriod都为空时，表示付费永久有效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付费观看参数：付费有效时长，单位天。当watchEndTime和validTimePeriod都为空时，表示付费永久有效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验证码观看参数：验证码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验证码观看参数：提示文案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验证码观看参数：公众号二维码地址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当authType为phone时，设置参数，非必填。提示文案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当authType为phone时，设置参数，非必填。白名单入口文案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whiteListInputTips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当authType为phone时，设置参数，非必填。白名单输入提示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infoFields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登记观看参数,上限为5个【详见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InfoField参数描述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当authType为info时，设置参数，非必填。欢迎标题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当authType为info时，设置参数，非必填。入口文本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外部授权参数：SecretKey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外部授权参数：自定义url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外部授权参数：跳转地址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外部授权观看，入口文本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externalButtonEnabled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外部授权观看，登录按钮。Y为开启，N为关闭。开启后用户访问链接时，引导页面将显示登录按钮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自定义授权参数：SecretKey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自定义授权参数：自定义url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直接授权参数：直接授权SecretKey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密码观看条件提示信息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密码观看入口文本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付费入口文本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expectedArrivalEnabled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白名单观看到勤名单开关，Y-开, N-关，默认为N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onceWhitelistEnabled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白名单观看不允许重复使用，默认为N，Y:是、N:否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是否开启隐私声明，Y-开, N-关，默认为N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inviteWatchAuditEnabled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邀请观看审核开关，Y-开, N-关，默认为N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InfoField参数描述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登记信息名，最多为8字符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登记类型，姓名-name，文本-text，手机号码-mobile，数字-number，下拉选项-option，登记观看时该字段必填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下拉选项时，下拉的选项值，以英文逗号分割。选项个数上限为8个；选项内容最多为8字符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placeholder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文本框输入提示，最多为8字符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短信验证开关，Y 开启，N 关闭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4、设置观看条件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设置观看条件</w:t>
        <w:br/>
        <w:t>接口地址（仅做说明使用）：https://api.polyv.net/live/v3/channel/auth/update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testUpdateChannelAuth() throws Exception, NoSuchAlgorithmException {</w:t>
        <w:br/>
        <w:t xml:space="preserve">        LiveUpdateChannelAuthRequest liveUpdateChannelAuthRequest = new LiveUpdateChannelAuthRequest();</w:t>
        <w:br/>
        <w:t xml:space="preserve">        Boolean liveUpdateChannelAuthResponse;</w:t>
        <w:br/>
        <w:t xml:space="preserve">        try {</w:t>
        <w:br/>
        <w:t xml:space="preserve">            LiveChannelSettingRequest.AuthSetting authSetting = new LiveChannelSettingRequest.AuthSetting().setAuthType(</w:t>
        <w:br/>
        <w:t xml:space="preserve">                    LiveConstant.AuthType.CODE.getDesc())</w:t>
        <w:br/>
        <w:t xml:space="preserve">                    .setRank(1)</w:t>
        <w:br/>
        <w:t xml:space="preserve">                    .setEnabled("Y")</w:t>
        <w:br/>
        <w:t xml:space="preserve">                    .setAuthCode("123456")</w:t>
        <w:br/>
        <w:t xml:space="preserve">                    .setQcodeTips("提示文案测试2")</w:t>
        <w:br/>
        <w:t xml:space="preserve">                    .setQcodeImg("https://live.polyv.net/static/images/live-header-logo.png");</w:t>
        <w:br/>
        <w:t xml:space="preserve">            List&lt;LiveChannelSettingRequest.AuthSetting&gt; authSettings =</w:t>
        <w:br/>
        <w:t xml:space="preserve">                    new ArrayList&lt;LiveChannelSettingRequest.AuthSetting&gt;();</w:t>
        <w:br/>
        <w:t xml:space="preserve">            authSettings.add(authSetting);</w:t>
        <w:br/>
        <w:t xml:space="preserve">            LiveChannelSettingRequest.AuthSetting authSetting2 = new LiveChannelSettingRequest.AuthSetting().setAuthType(</w:t>
        <w:br/>
        <w:t xml:space="preserve">                    LiveConstant.AuthType.DIRECT.getDesc())</w:t>
        <w:br/>
        <w:t xml:space="preserve">                    .setRank(2)</w:t>
        <w:br/>
        <w:t xml:space="preserve">                    .setEnabled("N")</w:t>
        <w:br/>
        <w:t xml:space="preserve">                    //此处随机生成独立授权秘钥，对接时根据实际情况设置</w:t>
        <w:br/>
        <w:t xml:space="preserve">                    .setDirectKey(super.getRandomString(10));</w:t>
        <w:br/>
        <w:t xml:space="preserve">            authSettings.add(authSetting2);</w:t>
        <w:br/>
        <w:t xml:space="preserve">            liveUpdateChannelAuthRequest.setChannelId(createChannel())</w:t>
        <w:br/>
        <w:t xml:space="preserve">                    .setAuthSettings(authSettings);</w:t>
        <w:br/>
        <w:t xml:space="preserve">            liveUpdateChannelAuthResponse = new LiveWebAuthServiceImpl().updateChannelAuth(</w:t>
        <w:br/>
        <w:t xml:space="preserve">                    liveUpdateChannelAuthRequest);</w:t>
        <w:br/>
        <w:t xml:space="preserve">            Assert.assertNotNull(liveUpdateChannelAuthResponse);</w:t>
        <w:br/>
        <w:t xml:space="preserve">            if (liveUpdateChannelAuthResponse) {</w:t>
        <w:br/>
        <w:t xml:space="preserve">                log.debug("测试设置观看条件成功");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频道号，不传为全局设置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AuthSetting参数描述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通用参数：主要观看条件为1，次要观看条件为2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通用参数：是否开启，Y为开启，N为关闭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通用参数：付费观看-pay，验证码观看-code，白名单观看-phone，登记观看-info，自定义授权观看-custom，外部授权-external,直接授权-direct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authType为none时对应的值，public-公开观看，wx-微信授权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wxAuthExpireValue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subAuthType为wx时，对应的微信授权有效期，例如: 3d表示3天，3h表示3小时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付费观看参数：欢迎语标题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付费观看参数：价格，单位为元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付费观看参数：付费有效截止日期。当watchEndTime和validTimePeriod都为空时，表示付费永久有效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付费观看参数：付费有效时长，单位天。当watchEndTime和validTimePeriod都为空时，表示付费永久有效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验证码观看参数：验证码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验证码观看参数：提示文案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验证码观看参数：公众号二维码地址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当authType为phone时，设置参数，非必填。提示文案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当authType为phone时，设置参数，非必填。白名单入口文案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whiteListInputTips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当authType为phone时，设置参数，非必填。白名单输入提示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infoFields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登记观看参数,上限为5个【详见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InfoField参数描述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当authType为info时，设置参数，非必填。欢迎标题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当authType为info时，设置参数，非必填。提示信息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当authType为info时，设置参数，非必填。入口文本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外部授权参数：SecretKey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外部授权参数：自定义url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外部授权参数：跳转地址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外部授权观看，入口文本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externalButtonEnabled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外部授权观看，登录按钮。Y为开启，N为关闭。开启后用户访问链接时，引导页面将显示登录按钮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自定义授权参数：SecretKey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自定义授权参数：自定义url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独立授权：授权SecretKey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directRedirectUri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独立授权参数：授权失败地址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密码观看条件提示信息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密码观看入口文本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付费入口文本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expectedArrivalEnabled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白名单观看到勤名单开关，Y-开, N-关，默认为N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onceWhitelistEnabled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白名单观看不允许重复使用，默认为N，Y:是、N:否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是否开启隐私声明，Y-开, N-关，默认为N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inviteWatchAuditEnabled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邀请观看审核开关，Y-开, N-关，默认为N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InfoField参数描述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登记信息名，最多为8字符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登记类型，姓名-name，文本-text，手机号码-mobile，数字-number，下拉选项-option，登记观看时该字段必填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下拉选项时，下拉的选项值，以英文逗号分割。选项个数上限为8个；选项内容最多为8字符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placeholder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文本框输入提示，最多为8字符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短信验证开关，Y 开启，N 关闭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true为设置观看条件成功，false为设置失败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5、通过接口设置外部授权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通过接口设置外部授权</w:t>
        <w:br/>
        <w:t>接口地址（仅做说明使用）：https://api.polyv.net/live/v2/channelSetting/%s/auth-external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testUpdateChannelAuthExternal() throws Exception, NoSuchAlgorithmException {</w:t>
        <w:br/>
        <w:t xml:space="preserve">        LiveChannelAuthExternalRequest liveChannelAuthExternalRequest = new LiveChannelAuthExternalRequest();</w:t>
        <w:br/>
        <w:t xml:space="preserve">        LiveChannelAuthExternalResponse liveChannelAuthExternalResponse;</w:t>
        <w:br/>
        <w:t xml:space="preserve">        try {</w:t>
        <w:br/>
        <w:t xml:space="preserve">            liveChannelAuthExternalRequest.setChannelId(createChannel())</w:t>
        <w:br/>
        <w:t xml:space="preserve">                    .setExternalUri("https://help.polyv.net/");</w:t>
        <w:br/>
        <w:t xml:space="preserve">            liveChannelAuthExternalResponse = new LiveWebAuthServiceImpl().updateChannelAuthExternal(</w:t>
        <w:br/>
        <w:t xml:space="preserve">                    liveChannelAuthExternalRequest);</w:t>
        <w:br/>
        <w:t xml:space="preserve">            Assert.assertNotNull(liveChannelAuthExternalResponse);</w:t>
        <w:br/>
        <w:t xml:space="preserve">            if (liveChannelAuthExternalResponse != null) {</w:t>
        <w:br/>
        <w:t xml:space="preserve">                //to do something ......</w:t>
        <w:br/>
        <w:t xml:space="preserve">                log.debug("测试通过接口设置外部授权成功,{}", JSON.toJSONString(liveChannelAuthExternalResponse));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1、请求正确，返回LiveChannelAuthExternalResponse对象，B端依据此对象处理业务逻辑；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频道号，提交后对某频道号设置，不提交则对账号下所有频道号进行设置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获取用户信息接口地址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channelAuthExternals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ChannelAuthExternal参数描述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ChannelAuthExternal参数描述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设置的频道号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频道号对应外部授权的secretKey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6、设置自定义授权地址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设置自定义授权地址</w:t>
        <w:br/>
        <w:t>接口地址（仅做说明使用）：https://api.polyv.net/live/v2/channelSetting/%s/oauth-custom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testUpdateChannelAuthCustom() throws Exception, NoSuchAlgorithmException {</w:t>
        <w:br/>
        <w:t xml:space="preserve">        LiveChannelAuthCustomRequest liveChannelAuthCustomRequest = new LiveChannelAuthCustomRequest();</w:t>
        <w:br/>
        <w:t xml:space="preserve">        LiveChannelAuthCustomResponse liveChannelAuthCustomResponse;</w:t>
        <w:br/>
        <w:t xml:space="preserve">        try {</w:t>
        <w:br/>
        <w:t xml:space="preserve">            liveChannelAuthCustomRequest.setChannelId(createChannel())</w:t>
        <w:br/>
        <w:t xml:space="preserve">                    .setCustomUri("https://help.polyv.net/");</w:t>
        <w:br/>
        <w:t xml:space="preserve">            liveChannelAuthCustomResponse = new LiveWebAuthServiceImpl().updateChannelAuthCustom(</w:t>
        <w:br/>
        <w:t xml:space="preserve">                    liveChannelAuthCustomRequest);</w:t>
        <w:br/>
        <w:t xml:space="preserve">            Assert.assertNotNull(liveChannelAuthCustomResponse);</w:t>
        <w:br/>
        <w:t xml:space="preserve">            if (liveChannelAuthCustomResponse != null) {</w:t>
        <w:br/>
        <w:t xml:space="preserve">                //to do something ......</w:t>
        <w:br/>
        <w:t xml:space="preserve">                log.debug("测试设置自定义授权地址成功,{}", JSON.toJSONString(liveChannelAuthCustomResponse));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1、请求正确，返回LiveChannelAuthCustomResponse对象，B端依据此对象处理业务逻辑；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频道号，提交后对某频道号设置，不提交则对账号下所有频道号进行设置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channelAuthExternals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ChannelAuthExternal参数描述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ChannelAuthExternal参数描述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设置的频道号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频道号对应自定义授权的secretKey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7、设置授权认证URL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设置授权认证URL</w:t>
        <w:br/>
        <w:t>接口地址（仅做说明使用）：https://api.polyv.net/live/v3/channel/restrict/update-auth-url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testUpdateChannelAuthUrl() throws Exception, NoSuchAlgorithmException {</w:t>
        <w:br/>
        <w:t xml:space="preserve">        LiveUpdateChannelAuthUrlRequest liveUpdateChannelAuthUrlRequest = new LiveUpdateChannelAuthUrlRequest();</w:t>
        <w:br/>
        <w:t xml:space="preserve">        Boolean liveUpdateChannelAuthUrlResponse;</w:t>
        <w:br/>
        <w:t xml:space="preserve">        try {</w:t>
        <w:br/>
        <w:t xml:space="preserve">            liveUpdateChannelAuthUrlRequest.setChannelId(createChannel())</w:t>
        <w:br/>
        <w:t xml:space="preserve">                    .setUrl("http://www.polyv.net");</w:t>
        <w:br/>
        <w:t xml:space="preserve">            liveUpdateChannelAuthUrlResponse = new LiveWebAuthServiceImpl().updateChannelAuthUrl(</w:t>
        <w:br/>
        <w:t xml:space="preserve">                    liveUpdateChannelAuthUrlRequest);</w:t>
        <w:br/>
        <w:t xml:space="preserve">            Assert.assertNotNull(liveUpdateChannelAuthUrlResponse);</w:t>
        <w:br/>
        <w:t xml:space="preserve">            if (liveUpdateChannelAuthUrlResponse != null) {</w:t>
        <w:br/>
        <w:t xml:space="preserve">                //to do something ......</w:t>
        <w:br/>
        <w:t xml:space="preserve">                log.debug("测试设置授权认证URL成功");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频道号，无该参数为全局设置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授权认证url，为空时清除设置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8、设置授权观看类型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设置授权观看类型</w:t>
        <w:br/>
        <w:t>接口地址（仅做说明使用）：https://api.polyv.net/live/v2/channelSetting/%s/set-auth-type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testUpdateChannelAuthType() throws Exception, NoSuchAlgorithmException {</w:t>
        <w:br/>
        <w:t xml:space="preserve">        LiveChannelAuthTypeRequest liveChannelAuthTypeRequest = new LiveChannelAuthTypeRequest();</w:t>
        <w:br/>
        <w:t xml:space="preserve">        Boolean liveChannelAuthTypeResponse;</w:t>
        <w:br/>
        <w:t xml:space="preserve">        try {</w:t>
        <w:br/>
        <w:t xml:space="preserve">            liveChannelAuthTypeRequest.setChannelId(createChannel())</w:t>
        <w:br/>
        <w:t xml:space="preserve">                    .setAuthType("none");</w:t>
        <w:br/>
        <w:t xml:space="preserve">            liveChannelAuthTypeResponse = new LiveWebAuthServiceImpl().updateChannelAuthType(</w:t>
        <w:br/>
        <w:t xml:space="preserve">                    liveChannelAuthTypeRequest);</w:t>
        <w:br/>
        <w:t xml:space="preserve">            Assert.assertTrue(liveChannelAuthTypeResponse);</w:t>
        <w:br/>
        <w:t xml:space="preserve">            if (liveChannelAuthTypeResponse) {</w:t>
        <w:br/>
        <w:t xml:space="preserve">                //to do something ......</w:t>
        <w:br/>
        <w:t xml:space="preserve">                log.debug("测试设置授权观看类型成功");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观看条件类型,默认取值为none(关闭观看条件)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true为授权成功，false为授权失败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9、更新白名单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更新白名单</w:t>
        <w:br/>
        <w:t>接口地址（仅做说明使用）：https://api.polyv.net/live/v3/channel/auth/update-white-list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testUpdateChannelWhiteList() throws Exception, NoSuchAlgorithmException {</w:t>
        <w:br/>
        <w:t xml:space="preserve">        LiveUpdateChannelWhiteListRequest liveUpdateChannelWhiteListRequest = new LiveUpdateChannelWhiteListRequest();</w:t>
        <w:br/>
        <w:t xml:space="preserve">        Boolean liveUpdateChannelWhiteListResponse;</w:t>
        <w:br/>
        <w:t xml:space="preserve">        try {</w:t>
        <w:br/>
        <w:t xml:space="preserve">            liveUpdateChannelWhiteListRequest.setChannelId(null)</w:t>
        <w:br/>
        <w:t xml:space="preserve">                    .setRank(1)</w:t>
        <w:br/>
        <w:t xml:space="preserve">                    .setOldCode("1605067278063")</w:t>
        <w:br/>
        <w:t xml:space="preserve">                    .setCode("1605067278063")</w:t>
        <w:br/>
        <w:t xml:space="preserve">                    .setName("学员2");</w:t>
        <w:br/>
        <w:t xml:space="preserve">            liveUpdateChannelWhiteListResponse = new LiveWebAuthServiceImpl().updateChannelWhiteList(</w:t>
        <w:br/>
        <w:t xml:space="preserve">                    liveUpdateChannelWhiteListRequest);</w:t>
        <w:br/>
        <w:t xml:space="preserve">            Assert.assertNotNull(liveUpdateChannelWhiteListResponse);</w:t>
        <w:br/>
        <w:t xml:space="preserve">            if (liveUpdateChannelWhiteListResponse) {</w:t>
        <w:br/>
        <w:t xml:space="preserve">                //to do something ......</w:t>
        <w:br/>
        <w:t xml:space="preserve">                log.debug("测试更新白名单成功");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频道号（传频道号则修改频道观看白名单，不传频道号则修改全局观看白名单）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主要观看条件为1,次要观看条件为2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oldCode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旧会员码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会员码（最多为50个字符）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昵称（最多为50个字符）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true为更新成功，false为失败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10、删除白名单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用于删除指定观看白名单（支持一键清空）</w:t>
        <w:br/>
        <w:t>接口地址（仅做说明使用）：https://api.polyv.net/live/v3/channel/auth/delete-white-list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testDeleteChannelWhiteList() throws Exception, NoSuchAlgorithmException {</w:t>
        <w:br/>
        <w:t xml:space="preserve">        LiveDeleteChannelWhiteListRequest liveDeleteChannelWhiteListRequest = new LiveDeleteChannelWhiteListRequest();</w:t>
        <w:br/>
        <w:t xml:space="preserve">        Boolean liveDeleteChannelWhiteListResponse;</w:t>
        <w:br/>
        <w:t xml:space="preserve">        try {</w:t>
        <w:br/>
        <w:t xml:space="preserve">            liveDeleteChannelWhiteListRequest.setChannelId(null)</w:t>
        <w:br/>
        <w:t xml:space="preserve">                    .setRank(1)</w:t>
        <w:br/>
        <w:t xml:space="preserve">                    .setIsClear("N")</w:t>
        <w:br/>
        <w:t xml:space="preserve">                    .setCode("1605052902421");</w:t>
        <w:br/>
        <w:t xml:space="preserve">            liveDeleteChannelWhiteListResponse = new LiveWebAuthServiceImpl().deleteChannelWhiteList(</w:t>
        <w:br/>
        <w:t xml:space="preserve">                    liveDeleteChannelWhiteListRequest);</w:t>
        <w:br/>
        <w:t xml:space="preserve">            Assert.assertNotNull(liveDeleteChannelWhiteListResponse);</w:t>
        <w:br/>
        <w:t xml:space="preserve">            if (liveDeleteChannelWhiteListResponse) {</w:t>
        <w:br/>
        <w:t xml:space="preserve">                //to do something ......</w:t>
        <w:br/>
        <w:t xml:space="preserve">                log.debug("测试删除白名单成功");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频道号（传频道号则修改频道观看白名单，不传频道号则修改全局观看白名单）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主要观看条件为1,次要观看条件为2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isClear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是否一键清空白名单Y：清空白名单N：根据请求参数code删除白名单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会员码（isClear 为N时为必传参数）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true为删除成功，false为失败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11、查询频道或全局登记观看字段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查询频道或全局登记观看字段</w:t>
        <w:br/>
        <w:t>接口地址（仅做说明使用）：https://api.polyv.net/live/v3/channel/auth/get-record-field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testGetChannelAuthField() throws Exception, NoSuchAlgorithmException {</w:t>
        <w:br/>
        <w:t xml:space="preserve">        LiveChannelAuthFieldRequest liveChannelAuthFieldRequest = new LiveChannelAuthFieldRequest();</w:t>
        <w:br/>
        <w:t xml:space="preserve">        LiveChannelAuthFieldResponse liveChannelAuthFieldResponse;</w:t>
        <w:br/>
        <w:t xml:space="preserve">        try {</w:t>
        <w:br/>
        <w:t xml:space="preserve">            liveChannelAuthFieldRequest.setChannelId(createChannel())</w:t>
        <w:br/>
        <w:t xml:space="preserve">                    .setRank(1);</w:t>
        <w:br/>
        <w:t xml:space="preserve">            liveChannelAuthFieldResponse = new LiveWebAuthServiceImpl().getChannelAuthField(</w:t>
        <w:br/>
        <w:t xml:space="preserve">                    liveChannelAuthFieldRequest);</w:t>
        <w:br/>
        <w:t xml:space="preserve">            Assert.assertNotNull(liveChannelAuthFieldResponse);</w:t>
        <w:br/>
        <w:t xml:space="preserve">            if (liveChannelAuthFieldResponse != null) {</w:t>
        <w:br/>
        <w:t xml:space="preserve">                //to do something ......</w:t>
        <w:br/>
        <w:t xml:space="preserve">                log.debug("测试查询频道或全局登记观看字段成功,{}", JSON.toJSONString(liveChannelAuthFieldResponse));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1、请求正确，返回LiveChannelAuthFieldResponse对象，B端依据此对象处理业务逻辑；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主要观看条件为1,次要观看条件为2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频道号，不填为获取全局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channelAuthFields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登记观看字段【详见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ChannelAuthField参数描述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ChannelAuthField参数描述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登记观看类型。name-姓名；mobile-手机号码；number-数字；option-下拉选择；text-文本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登记观看信息标题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placeholder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登记观看信息描述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登记观看为下拉选择时的选项，选项值以英文逗号分隔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12、查询页面登记观看列表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查询页面登记观看列表</w:t>
        <w:br/>
        <w:t>接口地址（仅做说明使用）：https://api.polyv.net/live/v3/channel/auth/get-record-info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testGetChannelAuthInfo() throws Exception, NoSuchAlgorithmException {</w:t>
        <w:br/>
        <w:t xml:space="preserve">        LiveChannelAuthInfoRequest liveChannelAuthInfoRequest = new LiveChannelAuthInfoRequest();</w:t>
        <w:br/>
        <w:t xml:space="preserve">        LiveChannelAuthInfoResponse liveChannelAuthInfoResponse;</w:t>
        <w:br/>
        <w:t xml:space="preserve">        try {</w:t>
        <w:br/>
        <w:t xml:space="preserve">            liveChannelAuthInfoRequest.setChannelId(createChannel());</w:t>
        <w:br/>
        <w:t xml:space="preserve">            liveChannelAuthInfoResponse = new LiveWebAuthServiceImpl().getChannelAuthInfo(liveChannelAuthInfoRequest);</w:t>
        <w:br/>
        <w:t xml:space="preserve">            Assert.assertNotNull(liveChannelAuthInfoResponse);</w:t>
        <w:br/>
        <w:t xml:space="preserve">            if (liveChannelAuthInfoResponse != null) {</w:t>
        <w:br/>
        <w:t xml:space="preserve">                //to do something ......</w:t>
        <w:br/>
        <w:t xml:space="preserve">                log.debug("测试查询页面登记观看列表成功,{}", JSON.toJSONString(liveChannelAuthInfoResponse));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1、请求正确，返回LiveChannelAuthInfoResponse对象，B端依据此对象处理业务逻辑；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页面登记记录【详见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ChannelAuthInfo参数描述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ChannelAuthInfo参数描述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登记的内容数据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13、下载频道登记观看记录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接口用于下载频道的登记观看列表，包含登记观看记录字段和数据内容</w:t>
        <w:br/>
        <w:t>接口地址（仅做说明使用）：https://api.polyv.net/live/v3/channel/auth/download-record-info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testDownloadChannelAuthInfo() throws Exception, NoSuchAlgorithmException {</w:t>
        <w:br/>
        <w:t xml:space="preserve">        LiveDownloadChannelAuthInfoRequest liveDownloadChannelAuthInfoRequest =</w:t>
        <w:br/>
        <w:t xml:space="preserve">                new LiveDownloadChannelAuthInfoRequest();</w:t>
        <w:br/>
        <w:t xml:space="preserve">        byte[] liveDownloadChannelAuthInfoResponse;</w:t>
        <w:br/>
        <w:t xml:space="preserve">        try {</w:t>
        <w:br/>
        <w:t xml:space="preserve">            //path设置为下载文件路径</w:t>
        <w:br/>
        <w:t xml:space="preserve">            String path = Paths.get(getClass().getResource("/file/").toURI()).toString() + "downLoad.xlsx";</w:t>
        <w:br/>
        <w:t xml:space="preserve">            liveDownloadChannelAuthInfoRequest.setChannelId(createChannel())</w:t>
        <w:br/>
        <w:t xml:space="preserve">                    .setRank(1);</w:t>
        <w:br/>
        <w:t xml:space="preserve">            liveDownloadChannelAuthInfoResponse = new LiveWebAuthServiceImpl().downloadChannelAuthInfo(</w:t>
        <w:br/>
        <w:t xml:space="preserve">                    liveDownloadChannelAuthInfoRequest);</w:t>
        <w:br/>
        <w:t xml:space="preserve">            Assert.assertNotNull(liveDownloadChannelAuthInfoResponse);</w:t>
        <w:br/>
        <w:t xml:space="preserve">            if (liveDownloadChannelAuthInfoResponse != null) {</w:t>
        <w:br/>
        <w:t xml:space="preserve">                FileUtil.writeFile(liveDownloadChannelAuthInfoResponse, path);</w:t>
        <w:br/>
        <w:t xml:space="preserve">                //to do something ......</w:t>
        <w:br/>
        <w:t xml:space="preserve">                log.debug("测试下载频道登记观看记录成功, 文件长度 {}", liveDownloadChannelAuthInfoResponse.length);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1、请求正确，返回byte[]对象，B端依据此对象处理业务逻辑；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1为首要条件，2为次要条件。影响导出的表格表头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返回的byte[]可以按照单元测试示例进行保存，也可以自行处理。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14、新增白名单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用于设置频道或全局观看条件中的白名单列表</w:t>
        <w:br/>
        <w:t>接口地址（仅做说明使用）：https://api.polyv.net/live/v3/channel/auth/upload-white-list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testUploadWhiteList() throws Exception, NoSuchAlgorithmException {</w:t>
        <w:br/>
        <w:t xml:space="preserve">        LiveUploadWhiteListRequest liveUploadWhiteListRequest = new LiveUploadWhiteListRequest();</w:t>
        <w:br/>
        <w:t xml:space="preserve">        Boolean liveUploadWhiteListResponse;</w:t>
        <w:br/>
        <w:t xml:space="preserve">        try {</w:t>
        <w:br/>
        <w:t xml:space="preserve">            //path设置为模板文件路径(已填写完数据)</w:t>
        <w:br/>
        <w:t xml:space="preserve">            String path = getClass().getResource("/file/WhiteListTemplate.xls").getPath();</w:t>
        <w:br/>
        <w:t xml:space="preserve">            liveUploadWhiteListRequest.setChannelId(createChannel())</w:t>
        <w:br/>
        <w:t xml:space="preserve">                    .setRank(1)</w:t>
        <w:br/>
        <w:t xml:space="preserve">                    .setFile(new File(path));</w:t>
        <w:br/>
        <w:t xml:space="preserve">            liveUploadWhiteListResponse = new LiveWebAuthServiceImpl().uploadWhiteList(liveUploadWhiteListRequest);</w:t>
        <w:br/>
        <w:t xml:space="preserve">            Assert.assertTrue(liveUploadWhiteListResponse);</w:t>
        <w:br/>
        <w:t xml:space="preserve">            if (liveUploadWhiteListResponse) {</w:t>
        <w:br/>
        <w:t xml:space="preserve">                //to do something ......</w:t>
        <w:br/>
        <w:t xml:space="preserve">                log.debug("测试新增白名单成功");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频道号，无该参数为全局设置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主要观看条件为1,次要观看条件为2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白名单文件（白名单模板）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如导入数据与现有列表数据会员码一致，则会以导入昵称覆盖现有昵称。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15、下载频道观看白名单列表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用于下载全局或频道的观看条件白名单列表</w:t>
        <w:br/>
        <w:t>接口地址（仅做说明使用）：https://api.polyv.net/live/v3/channel/auth/download-white-list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testDownloadChannelWhiteList() throws Exception, NoSuchAlgorithmException {</w:t>
        <w:br/>
        <w:t xml:space="preserve">       LiveDownloadChannelWhiteListRequest liveDownloadChannelWhiteListRequest = new LiveDownloadChannelWhiteListRequest();</w:t>
        <w:br/>
        <w:t xml:space="preserve">        byte[] liveDownloadChannelWhiteListResponse;</w:t>
        <w:br/>
        <w:t xml:space="preserve">        try {</w:t>
        <w:br/>
        <w:t xml:space="preserve">            //path设置为下载文件路径</w:t>
        <w:br/>
        <w:t xml:space="preserve">            String path = Paths.get(getClass().getResource("/file/").toURI()).toString() + "downLoadWhiteList.xlsx";</w:t>
        <w:br/>
        <w:t xml:space="preserve">            liveDownloadChannelWhiteListRequest.setChannelId(createChannel())</w:t>
        <w:br/>
        <w:t xml:space="preserve">                    .setRank(1);</w:t>
        <w:br/>
        <w:t xml:space="preserve">            liveDownloadChannelWhiteListResponse = new LiveWebAuthServiceImpl().downloadChannelWhiteList(</w:t>
        <w:br/>
        <w:t xml:space="preserve">                    liveDownloadChannelWhiteListRequest);</w:t>
        <w:br/>
        <w:t xml:space="preserve">            Assert.assertNotNull(liveDownloadChannelWhiteListResponse);</w:t>
        <w:br/>
        <w:t xml:space="preserve">            if (liveDownloadChannelWhiteListResponse != null) {</w:t>
        <w:br/>
        <w:t xml:space="preserve">                FileUtil.writeFile(liveDownloadChannelWhiteListResponse, path);</w:t>
        <w:br/>
        <w:t xml:space="preserve">                //to do something ......</w:t>
        <w:br/>
        <w:t xml:space="preserve">                log.debug("测试下载频道观看白名单列表成功, 文件长度 {}", liveDownloadChannelWhiteListResponse.length);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1、请求正确，返回byte[]对象，B端依据此对象处理业务逻辑；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频道号，要下载的频道号，不传为全局设置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1为首要条件，2为次要条件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返回的byte[]可以按照单元测试示例进行保存，也可以自行处理。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webAuth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