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升级日志</w:t>
      </w:r>
    </w:p>
    <w:p>
      <w:pPr>
        <w:pStyle w:val="Heading1"/>
      </w:pPr>
      <w:r>
        <w:t>直播SDK更新日志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更新日期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更新历史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升级注意事项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2026-07-31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1、JAVA SDK fastjson依赖版本升级到1.2.83_noneautotype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2.2.8.1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2026-07-07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2026-03-12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2026-02-06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2026-01-27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2026-01-15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2.2.4.2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2025-10-31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1、完善商品库功能，添加、修改商品信息时，支持传递商品标签等信息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2025-10-21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1、设置独立授权时，支持请求参数配置授权失败链接（directRedirectUri）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2025-10-16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2025-10-11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1、优化部分代码；【依据指定直播场次sessionId查询签到场次信息】响应参数增加【是否强制签到】、【是否回放中签到】增加postJsonBodyV2方法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2025-09-10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1、支持多账号调用。初始化方法为：LiveGlobalConfig.initMultiAccount();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2.1.17.1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2025-08-28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1、优化部分情况下不能拉取到包的问题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2025-06-24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修改频道的相关设置】请求参数增加【外部授权入口文本】、【外部授权登录按钮开关】、【密码观看入口文本】等参数【查询直播频道观看条件】响应参数增加【外部授权入口文本】、【外部授权登录按钮开关】、【密码观看入口文本】等参数【查询频道答题卡答题结果】响应参数【corrent】更正为【correct】2、添加若干接口；【获取讲师信息】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【查询频道答题卡答题结果】响应参数【corrent】更正为【correct】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2.1.14.1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2025-04-21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1、优化部分代码；【修改频道商品信息】请求参数【商品购买价格】、【商品封面链接】修改为非必填2、添加若干接口；3、完善注释和文档；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2025-04-21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添加频道商品】请求参数增加【平台商品id】等参数，响应参数增加【商品详情】等参数【批量创建角色】请求参数【passwd】、actor】、【avatar】修改为非必填2、添加若干接口；【查询用户账单使用详情数据】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2.1.13.1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2025-02-13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1、优化部分代码；【发送自定义消息】请求参数【是否为重要消息】由Integer修改为String2、完善注释和文档；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【发送自定义消息】请求参数【是否为重要消息】由Integer修改为String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2025-02-12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1、优化部分代码；【创建并初始化频道】请求参数增加【回放设置】【查询频道连麦详情数据】返回参数增加【连麦时长(分钟数)】【发送自定义消息】请求参数增加【是否为重要消息】2、完善注释和文档；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2024-12-17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1、优化部分代码；【创建频道】请求参数增加【频道仅可上下课一次】2、完善注释和文档；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2024-12-13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分页查询频道观看日志】请求参数增加【直播点播日志类型】、【场次ID】、【自定义参数】2、添加若干接口；【查询抽奖活动】、【创建抽奖活动】、【更新抽奖活动】、【删除抽奖活动】、【查询抽奖活动列表】、【查询账号观看记录】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2024-09-19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2024-04-12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分页查询频道观看日志】响应参数增加【进入时间】、【退出时间】修复【查询后台频道统计信息】返回对象问题2、添加若干接口；【更新聊天审核开关】、【发送开播端弹窗消息】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1、【查询后台频道统计信息】返回对象已被修改2、HttpClients定期回收空闲连接时间从120秒优化为30秒，连接存活时间从120秒优化为60秒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2024-01-15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1、优化部分代码；【修改实时字幕语言类型枚举】请求参数【实时字幕显示数量限制开关】修改为非必填修复【查询频道实时并发数据】、【查询时间范围内频道直播观看详情数据】返回非Java SDK对象的问题2、添加若干接口；【获取频道聊天室的在线人数】、【结束伪直播】、【查询后台频道统计信息】3、完善注释和文档；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2023-11-29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查询频道字幕配置信息】响应参数增加【实时字幕显示数量限制开关】、【实时字幕最多显示数量】【修改频道字幕配置信息】请求参数增加【实时字幕显示数量限制开关】、【实时字幕最多显示数量】【修改频道的相关设置】请求参数增加【自定义讲师ID】、【标签id数组】【分页查询账号直播观看详情数据】响应参数增加【进入页面时间】、【退出页面时间】【查询频道信息】响应参数增加【频道连麦人数限制】、【创建者账号id】、【创建者账号邮箱】、【创建时间】、【客户端模版背景图URL】、【视频混流背景图URL】、【标签id数组】2、添加若干接口；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2023-09-22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修改频道的相关设置】请求参数增加【白名单入口文案】、【白名单输入提示】2、添加若干接口；【查询频道实时字幕配置】、【查询频道实时字幕配置】、【查询字幕语言类型枚举】、【管理员发送聊天信息】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2023-07-13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【直播】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添加若干接口；【查询默认模板防录屏设置】、【查询默认模板回放设置】、【修改默认模板防录屏设置】、【修改默认模板回放设置】、【查询频道实时并发数据】、【删除账号严禁词】、【查询账号禁言列表】、【禁言/解禁用户】、【账号设置禁言/解禁用户】、【创建邀请者】、【查询多个频道抽奖记录】、【查询投诉反馈】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1、【修改频道装修设置(新版)】请求参数减少【封面图片-coverImageUrl】，由player.warmUpImageUrl代替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2023-06-28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将点播中的视频添加到视频库】请求参数增加【置顶、置顶】【修改频道设置】请求参数增加【直播结束时间】【创建角色】请求参数【头衔】限制修改为10字符，【昵称】限制修改为15字符【修改角色信息】请求参数【头衔】限制修改为10字符，【昵称】限制修改为15字符【查询频道信息】返回对象增加【直播结束时间】2、添加若干接口；【查询观看页默认模板设置】、【修改观看页默认模板设置】、【查询所有频道的回放视频】、【讲师文档关系管理】、【删除重制课件任务】、【获取频道关注公众号设置信息】、【批量删除频道多条聊天记录】、【修改频道关注公众号设置信息】、【裁剪录制文件】、【查询频道回放设置】、【查询频道场次信息】、【批量查询频道直播流信息】、【查询时间范围内频道直播观看详情数据】、【查询频道连麦详情数据】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2023-06-09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创建单个频道】请求参数增加【结束时间】【修改频道的相关设置】请求参数增加登记观看相关参数【修改直播推流方式】请求参数增加【拉流地址】【查询频道基本信息】返回对象增加【无延迟开关】【查询报名观看记录】返回对象增加【推广渠道名称】【查询角色信息】返回对象增加【助教页在线列表显示开关】、【助教聊天审核开关】、【助教监播开关】、【助教轮巡开关】、【锁定直播间功能开关】 2、添加若干接口；3、完善注释和文档；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2023-02-13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1、修复可能引起的package问题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2023-02-01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 【禁止直播频道推流】请求参数增加【禁播时长】【发送自定义消息】请求参数增加【消息面向角色】【查询功能开关状态】请求参数枚举值增加【超低延迟直播模式】【获取直播用户账号信息接口】返回对象增加【账号连麦人数上限】 2、添加若干接口； 【查询全局频道设置】、【修改全局频道设置】、【查询观看次数显示开关】、【修改观看次数显示开关】、【查询页脚设置】、【修改页脚设置】、【批量删除角色】、【修改频道设置】、【查询频道多场次概览统计数据】、【新增子账号】、【修改子账号】、【删除子账号】、【查询角色列表】、【查询组织架构列表】、【新增组织】、【删除组织】 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2.0.4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2022-10-19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 【查询课件重制任务列表】返回对象增加【视频ID】 【设置频道回放设置】请求对象增加【章节开关】、【聊天重放开关】 【频道商品库列表顺序】请求对象增加【移动到指定位置】 【设置讲师信息】请求对象将【昵称】、【头衔】等修改为不必填 【设置频道防录屏信息】请求对象增加【防录屏开关】 【查询频道信息】返回对象增加【独立授权key】等 【查询所有频道的缩略信息】请求对象增加【排序字段】 【查询所有频道的详细信息】请求对象增加【排序字段】 【创建角色】、【修改角色信息】请求对象【头衔】、【昵称】、【密码】增加长度限制 【查询邀请海报明细数据】返回对象增加【邀请人头像】、【受邀人头像】 2、添加若干接口； 【查询全局回调设置】、【修改全局回调设置】、【查询账号时间范围连麦使用量】、【创建并初始化频道(新版后台)】、【创建MR频道】、【查询频道信息】、【查询多个频道回放列表】、【发送自定义消息】 、【查询频道虚拟人数设置】、【查询频道虚拟人数详情】、【设置频道虚拟人数】、【停止频道虚拟人数】、【查询微信预约数据】、【查询频道中奖统计记录】 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1、【修改频道装修设置(新版)】请求对象删除aloneWatchLayout、pptMobileWatchLayout字段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2.0.0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2022-06-16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1、优化部分代码；2、完善注释和文档；3、查询所有频道的详细信息 接口请求参数添加频道图标等返回字段4、批量创建角色 接口，返回参数account由Integer修改为String类型，防止丢失开头的00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1、批量创建角色 接口，返回参数account由Integer修改为String类型，防止丢失开头的00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1.3.1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2022-05-30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查询所有频道的基础信息升级v4接口，创建频道v2接口增加返回字段，创建并初始化频道、批量创建频道接口请求参数密码不必填，查询指定文件ID的录制文件信息响应参数添加原始场次id，添加频道商品、修改频道商品、查询频道商品响应参数添加多平台链接，添加单个白名单、更新白名单请求参数昵称字段修改为不必填2、添加若干接口；新增分页查询账号直播观看详情数据、查询邀请海报明细数据、查询红包派发数据统计、批量修改频道皮肤、创建角色v4、修改角色v4接口3、修复bug；设置频道重制课件配置信息 请求对象brandImgFile、backgroundImgFile字段类型修改为File4、修复fastjson的漏洞5、完善注释和文档；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1、修复fastjson的漏洞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参照文档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2、设置频道重制课件配置信息 请求对象brandImgFile、backgroundImgFile字段类型修改为File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1.2.0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2022-02-09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1、优化部分代码；2、添加若干接口；3、完善注释和文档；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1.1.17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2021-12-01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1、优化部分代码；2、添加新版创建频道接口；3、完善注释和文档；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2021-11-12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1、优化部分代码；2、查询历史聊天信息 接口完善请求参数；3、完善注释和文档；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2021-09-18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1、优化部分代码；2、防录屏接口对齐后台系统；3、增加 查询频道重制课件参数设置信息、设置频道重制课件配置信息、设置频道防录屏信息、查询频道防录屏信息 接口；4、完善注释和文档；5、解决部分接口分页参数可能不生效的问题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2021-07-14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1、优化部分代码；2、创建频道 请求实体添加研讨会场景；3、查询频道直播场次信息 请求实体增加时间查询；4、发送自定义聊天信息 请求实体base64由SDK处理；5、添加 修改频道商品信息 接口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2021-06-16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1、优化部分代码；2、添加直播商品库部分接口；添加 手动结束问卷 接口；3、查询频道信息 返回实体中字段完善；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2021-06-07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1、优化部分代码；2、完善查询视频库列表返回对象；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1、查询视频库列表 返回实体中字段listType已去除；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2021-05-28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2021-05-27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2021-05-26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该版本点播上传本地视频存在bug，建议直接升级1.1.5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2021-05-07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1、修复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十分钟玩转一场直播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抛出异常还会创建频道的bug； 2、手动设置的requestId添加正则判断； 3、优化根据requestId快速定位问题； 4、去除junit示例代码存在的弱密码问题；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手动设置的requestId需满足正则^[a-zA-Z0-9-_]{8,50}$，否则SDK将重新设置，建议不手动设置。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2021-04-19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优化部分代码；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1.0.25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2021-04-15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修复部分字段类型与api不一致的问题； 2. 优化直播文档；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查询频道基本信息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返回对象AuthSetting参数price字段类型修改为Float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查询频道问卷结果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返回对象Answer参数score字段类型修改为Integer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分页查询问卷结果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返回对象Answer参数score字段类型修改为Integer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获取频道单场抽奖的中奖记录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返回对象LotteryWinnerDetail参数ext字段类型修改为String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查询历史聊天信息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roomId字段类型修改为String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查询频道踢人列表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roomId字段类型修改为String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1.0.24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2021-04-14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对文档必填项进行检查核对； 2. 全局参数requestId统一由系统生成，用户无需设置； 3. 对代码非空检查进行全局优化； 4. 对输入参数为文件做全局非空校验； 5. 对于返回文档的接口，优化错误返回处理；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升级日志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