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userBillService</w:t>
      </w:r>
    </w:p>
    <w:p>
      <w:pPr>
        <w:pStyle w:val="Heading1"/>
      </w:pPr>
      <w:r>
        <w:t>1、查询用户账单使用详情数据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查询用户账单使用详情数据</w:t>
        <w:br/>
        <w:t>接口地址（仅做说明使用）：https://api.polyv.net/live//v4/channel/use-detail/list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testGetBillUseDetailData() throws IOException, NoSuchAlgorithmException {</w:t>
        <w:br/>
        <w:t xml:space="preserve">        LiveGetBillUseDetailRequest liveGetBillUseDetailRequest = new LiveGetBillUseDetailRequest();</w:t>
        <w:br/>
        <w:t xml:space="preserve">        LiveGetBillUseDetailResponse liveGetBillUseDetailResponse;</w:t>
        <w:br/>
        <w:t xml:space="preserve">        try {</w:t>
        <w:br/>
        <w:t xml:space="preserve">            liveGetBillUseDetailRequest.setItemCategory("duration")</w:t>
        <w:br/>
        <w:t xml:space="preserve">                    .setStartDate(super.getDate(2025, 2, 1))</w:t>
        <w:br/>
        <w:t xml:space="preserve">                    .setEndDate(super.getDate(2025, 2, 31));</w:t>
        <w:br/>
        <w:t xml:space="preserve">            liveGetBillUseDetailResponse = new LiveUserBillServiceImpl().getBillUseDetail(liveGetBillUseDetailRequest);</w:t>
        <w:br/>
        <w:t xml:space="preserve">            Assert.assertNotNull(liveGetBillUseDetailResponse);</w:t>
        <w:br/>
        <w:t xml:space="preserve">            if (liveGetBillUseDetailResponse != null) {</w:t>
        <w:br/>
        <w:t xml:space="preserve">                log.debug("测试查询用户账单使用详情数据成功 {}", JSON.toJSONString(liveGetBillUseDetailResponse));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1、请求正确，返回LiveGetBillUseDetailResponse对象，B端依据此对象处理业务逻辑；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itemCategory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项，必填;duration：直播分钟数；concurrence：直播并发；mic_duration：连麦分钟数；ppt_anim：PPT动效转码；guide_duration：导播台；ppt_composite：重制课件；distribute：云分发；aiPPTVideoEnabled：智能制课（不含数字人）；aiPPTVideoWithDigital：智能制课（含数字人）；aiAssistantEnabled：AI助手答疑；aiSmartClipEnabled：智能裁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开始日期，必填，格式：yyyy-MM-dd，不允许跨月查询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结束日期，必填，格式：yyyy-MM-dd，不允许跨月查询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账单使用详情【详见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BillUseDetail参数描述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BillUseDetail参数描述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consumed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consumeUnit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计费项，duration：直播分钟数；concurrence：直播并发；mic_duration：连麦分钟数；ppt_anim：PPT动效转码；guide_duration：导播台；ppt_composite：重制课件；distribute：云分发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项目明细，如：国内观看时长、1v1~6 连麦等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产品，如：live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remark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出账日期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userBillService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