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温馨提示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为客户提供一站式视频技术服务，同时也提供丰富的API与SDK供客户对接，我们一直坚持相互理解，合作共赢的理念，热忱欢迎客户公司技术人员与我们联系沟通，表达诉求、技术探讨、协同高效地完成开发任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为了更好的理解开发过程，提高对接效率，建议B端开发者要先体验我们标准产品功能，在会使用的前提下开始做对接，这样便于您深入理解产品。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如果您在对接过程中发现文档中有描述错误或者不理解的地方，请随时通过对接群反馈给到我们支持人员。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如果您在SDK对接过程中发现任何疑似bug的情况，请将SDK版本、产生bug的操作流程、相关日志、报错截图等相关信息一并告知我们对接人员，我们会及时响应处理。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最后，感谢大家理解与信任，后续如若有任何问题，请随时与我们联系！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温馨提示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