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redPackService</w:t>
      </w:r>
    </w:p>
    <w:p>
      <w:pPr>
        <w:pStyle w:val="Heading1"/>
      </w:pPr>
      <w:r>
        <w:t>1、查询红包派发数据统计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分页查询频道红包派发数据统计</w:t>
        <w:br/>
        <w:t>接口地址（仅做说明使用）：https://api.polyv.net/live/v4/channel/red-pack/statistics/list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testGetRedPackStats() throws IOException, NoSuchAlgorithmException {</w:t>
        <w:br/>
        <w:t xml:space="preserve">        LiveGetRedPackStatsRequest liveGetRedPackStatsRequest = new LiveGetRedPackStatsRequest();</w:t>
        <w:br/>
        <w:t xml:space="preserve">        LiveGetRedPackStatsResponse liveGetRedPackStatsResponse;</w:t>
        <w:br/>
        <w:t xml:space="preserve">        try {</w:t>
        <w:br/>
        <w:t xml:space="preserve">            String channelId = super.createChannel();</w:t>
        <w:br/>
        <w:t xml:space="preserve">            liveGetRedPackStatsRequest.setChannelId(channelId);</w:t>
        <w:br/>
        <w:t xml:space="preserve">            liveGetRedPackStatsResponse = new ILiveRedPackServiceImpl().getRedPackStats(liveGetRedPackStatsRequest);</w:t>
        <w:br/>
        <w:t xml:space="preserve">            Assert.assertNotNull(liveGetRedPackStatsResponse);</w:t>
        <w:br/>
        <w:t xml:space="preserve">            if (liveGetRedPackStatsResponse != null) {</w:t>
        <w:br/>
        <w:t xml:space="preserve">                //to do something ......</w:t>
        <w:br/>
        <w:t xml:space="preserve">                log.debug("测试查询红包派发数据统计成功 {}", JSON.toJSONString(liveGetRedPackStatsResponse));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1、请求正确，返回LiveGetRedPackStatsResponse对象，B端依据此对象处理业务逻辑；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RedPackStats参数描述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RedPackStats参数描述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红包余额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分配方式名称： 随机分配红包 平均分配红包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状态名称： 进行中 已结束 退款中 已退款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红包类型名称 红包雨 口令红包 普通红包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redPackReceiveList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领取用户列表【详见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领取金额（小数点后两位）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领取时间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redPackService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