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questionnaireService</w:t>
      </w:r>
    </w:p>
    <w:p>
      <w:pPr>
        <w:pStyle w:val="Heading1"/>
      </w:pPr>
      <w:r>
        <w:t>1、查询频道问卷列表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接口用于获取频道的问卷列表</w:t>
        <w:br/>
        <w:t>接口地址（仅做说明使用）：https://api.polyv.net/live/v3/channel/questionnaire/list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testGetQuestionnaireListInfo() throws Exception, NoSuchAlgorithmException {</w:t>
        <w:br/>
        <w:t xml:space="preserve">        LiveQuestionnaireListRequest liveQuestionnaireListRequest = new LiveQuestionnaireListRequest();</w:t>
        <w:br/>
        <w:t xml:space="preserve">        LiveQuestionnaireListResponse liveQuestionnaireListResponse = null;</w:t>
        <w:br/>
        <w:t xml:space="preserve">        try {</w:t>
        <w:br/>
        <w:t xml:space="preserve">            String channelId = super.createChannel();</w:t>
        <w:br/>
        <w:t xml:space="preserve">            liveQuestionnaireListRequest.setChannelId(channelId);</w:t>
        <w:br/>
        <w:t xml:space="preserve">            liveQuestionnaireListResponse = new LiveQuestionnaireServiceImpl().getQuestionnaireListInfo(</w:t>
        <w:br/>
        <w:t xml:space="preserve">                    liveQuestionnaireListRequest);</w:t>
        <w:br/>
        <w:t xml:space="preserve">            Assert.assertNotNull(liveQuestionnaireListResponse);</w:t>
        <w:br/>
        <w:t xml:space="preserve">            if (liveQuestionnaireListResponse != null) {</w:t>
        <w:br/>
        <w:t xml:space="preserve">                //to do something ......</w:t>
        <w:br/>
        <w:t xml:space="preserve">                log.debug("测试查询频道问卷列表成功{}", JSON.toJSONString(liveQuestionnaireListResponse));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1、请求正确，返回LiveQuestionnaireListResponse对象，B端依据此对象处理业务逻辑；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查询的记录的开始时间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查询的记录的结束时间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问卷数据列表【详见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QuestionDetail参数描述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QuestionDetail参数描述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问卷标题【对应api文档的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name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问卷状态，取值：saved(已保存)，published （已发布），forbidden （问卷已完成填写）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问卷创建时间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问卷最后修改时间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停止提交问卷时间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customQuestionnaireId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用户自定义问卷ID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2、查询频道问卷详情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1、接口用于查询频道问卷详情</w:t>
        <w:br/>
        <w:t>2、问卷ID 可以从获取频道问卷列表中获取</w:t>
        <w:br/>
        <w:t>接口地址（仅做说明使用）：https://api.polyv.net/live/v3/channel/questionnaire/detail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testGetQuestionnaireDetailInfo() throws Exception, NoSuchAlgorithmException {</w:t>
        <w:br/>
        <w:t xml:space="preserve">        LiveQuestionnaireDetailRequest liveQuestionnaireDetailRequest = new LiveQuestionnaireDetailRequest();</w:t>
        <w:br/>
        <w:t xml:space="preserve">        LiveQuestionnaireDetailResponse liveQuestionnaireDetailResponse = null;</w:t>
        <w:br/>
        <w:t xml:space="preserve">        try {</w:t>
        <w:br/>
        <w:t xml:space="preserve">            String channelId = super.createChannel();</w:t>
        <w:br/>
        <w:t xml:space="preserve">            //获取详情</w:t>
        <w:br/>
        <w:t xml:space="preserve">            liveQuestionnaireDetailRequest.setChannelId(channelId).setQuestionnaireId("fs9skpv22f");</w:t>
        <w:br/>
        <w:t xml:space="preserve">            liveQuestionnaireDetailResponse = new LiveQuestionnaireServiceImpl().getQuestionnaireDetailInfo(</w:t>
        <w:br/>
        <w:t xml:space="preserve">                    liveQuestionnaireDetailRequest);</w:t>
        <w:br/>
        <w:t xml:space="preserve">            Assert.assertNotNull(liveQuestionnaireDetailResponse);</w:t>
        <w:br/>
        <w:t xml:space="preserve">            if (liveQuestionnaireDetailResponse != null) {</w:t>
        <w:br/>
        <w:t xml:space="preserve">                //to do something ......</w:t>
        <w:br/>
        <w:t xml:space="preserve">                log.debug("测试查询频道问卷详情成功{}", JSON.toJSONString(liveQuestionnaireDetailResponse));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1、请求正确，返回LiveQuestionnaireDetailResponse对象，B端依据此对象处理业务逻辑；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customQuestionnaireId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用户自定义问卷ID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问卷标题【对应api文档的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name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问卷状态，draft：草稿，send：已发送，delete：已删除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问卷创建时间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停止问卷时间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问卷问题列表【详见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QuestionDetail参数描述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QuestionDetail参数描述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问题ID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问题题目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问题类型，取值：R 单选；C 多选；S 评星题；Q 问答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选项B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选项C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option6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选项F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option7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option8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选项H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option9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选项I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option10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选项J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最后修改时间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scoreEnabled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是否计分，取值： Y 计分 、N  不计分，默认N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score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题目分值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required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是否必答，取值Y 必填 、N 非必填 ，默认 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问题答案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3、查询频道问卷结果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接口用于查询直播问卷的答题结果及统计</w:t>
        <w:br/>
        <w:t>接口地址（仅做说明使用）：https://api.polyv.net/live/v3/channel/questionnaire/answer-records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testGetQuestionnaireResultInfo() throws Exception, NoSuchAlgorithmException {</w:t>
        <w:br/>
        <w:t xml:space="preserve">        LiveQuestionnaireResultRequest liveQuestionnaireResultRequest = new LiveQuestionnaireResultRequest();</w:t>
        <w:br/>
        <w:t xml:space="preserve">        List&lt;LiveQuestionnaireResultResponse&gt; liveQuestionnaireResultResponse = null;</w:t>
        <w:br/>
        <w:t xml:space="preserve">        try {</w:t>
        <w:br/>
        <w:t xml:space="preserve">            String channelId = super.createChannel();</w:t>
        <w:br/>
        <w:t xml:space="preserve">            liveQuestionnaireResultRequest.setChannelId(channelId);</w:t>
        <w:br/>
        <w:t xml:space="preserve">            liveQuestionnaireResultRequest.setStartDate(getDate(2020, 10, 01)).setEndDate(getDate(2099, 12, 12));</w:t>
        <w:br/>
        <w:t>//        liveQuestionnaireResultRequest.setQuestionnaireId("fs9skpv22f");</w:t>
        <w:br/>
        <w:t xml:space="preserve">            liveQuestionnaireResultResponse = new LiveQuestionnaireServiceImpl().getQuestionnaireResultInfo(</w:t>
        <w:br/>
        <w:t xml:space="preserve">                    liveQuestionnaireResultRequest);</w:t>
        <w:br/>
        <w:t xml:space="preserve">            Assert.assertNotNull(liveQuestionnaireResultResponse);</w:t>
        <w:br/>
        <w:t xml:space="preserve">            if (liveQuestionnaireResultResponse != null) {</w:t>
        <w:br/>
        <w:t xml:space="preserve">                //to do something ......</w:t>
        <w:br/>
        <w:t xml:space="preserve">                log.debug("测试查询频道问卷结果成功{}", JSON.toJSONString(liveQuestionnaireResultResponse));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1、请求正确，返回LiveQuestionnaireResultResponse对象，B端依据此对象处理业务逻辑；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开始时间，格式：yyyy-MM-dd 如 2018-12-10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结束时间，格式：yyyy-MM-dd 如 2018-12-10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问卷ID，和 startDate / endDate 同时提交时，startDate / endDate 无效，优先以questionnaireId为查询条件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返回对象是List&amp;lt;LiveQuestionnaireResultResponse&amp;gt;，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LiveQuestionnaireResultResponse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customQuestionnaireId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用户自定义问卷ID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问卷最后修改时间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问卷最后修改时间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questionStats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问卷下各个问题的答题统计【详见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QuestionStats参数描述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观看端提交答题的用户信息【详见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Users参数描述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QuestionStats参数描述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题目的答题人数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问卷下单个问题的答题统计信息【详见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QuestionStat参数描述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Users参数描述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提交问卷的用户ID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提交问卷的用户昵称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submitTime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提交问卷时间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totalScore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提交问卷的用户的总得分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用户每道题目的答题情况【详见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Answers参数描述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在外部授权、直接（独立）授权情况下传过来的自定义参数，同步回传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在外部授权、直接（独立）授权情况下传过来的自定义参数，同步回传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QuestionStat参数描述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题目ID,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score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题目分数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totalScore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题目的总得分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correctCount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题目的答对人数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选择项a的答题人数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选择项b的答题人数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选择项c的答题人数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选择项d的答题人数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选择项e的答题人数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选择项f的答题人数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选择项g的答题人数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选择项g的答题人数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选择项g的答题人数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选择项g的答题人数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Answers参数描述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提交的题目答案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score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用户答题的得分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题目的类型R：单选题C：多项题Q：问答题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4、分页查询问卷结果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分页查询直播问卷的答题结果及统计</w:t>
        <w:br/>
        <w:t>接口地址（仅做说明使用）：https://api.polyv.net/live/v3/channel/questionnaire/list-answer-records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testGetQuestionnaireResultPageInfo() throws Exception, NoSuchAlgorithmException {</w:t>
        <w:br/>
        <w:t xml:space="preserve">        LiveQuestionnaireResultPageRequest liveQuestionnaireResultPageRequest =</w:t>
        <w:br/>
        <w:t xml:space="preserve">                new LiveQuestionnaireResultPageRequest();</w:t>
        <w:br/>
        <w:t xml:space="preserve">        LiveQuestionnaireResultPageResponse liveQuestionnaireResultPageResponse = null;</w:t>
        <w:br/>
        <w:t xml:space="preserve">        try {</w:t>
        <w:br/>
        <w:t xml:space="preserve">            String channelId = super.createChannel();</w:t>
        <w:br/>
        <w:t xml:space="preserve">            liveQuestionnaireResultPageRequest.setChannelId(channelId)</w:t>
        <w:br/>
        <w:t xml:space="preserve">                    .setStartDate(getDate(2020, 10, 01))</w:t>
        <w:br/>
        <w:t xml:space="preserve">                    .setEndDate(getDate(2099, 12, 12))</w:t>
        <w:br/>
        <w:t xml:space="preserve">                    .setPageSize(20)</w:t>
        <w:br/>
        <w:t xml:space="preserve">                    .setCurrentPage(1);</w:t>
        <w:br/>
        <w:t xml:space="preserve">            liveQuestionnaireResultPageResponse = new LiveQuestionnaireServiceImpl().getQuestionnaireResultPageInfo(</w:t>
        <w:br/>
        <w:t xml:space="preserve">                    liveQuestionnaireResultPageRequest);</w:t>
        <w:br/>
        <w:t xml:space="preserve">            Assert.assertNotNull(liveQuestionnaireResultPageRequest);</w:t>
        <w:br/>
        <w:t xml:space="preserve">            if (liveQuestionnaireResultPageResponse != null) {</w:t>
        <w:br/>
        <w:t xml:space="preserve">                //to do something ......</w:t>
        <w:br/>
        <w:t xml:space="preserve">                log.debug("测试分页查询频道问卷结果成功{}", JSON.toJSONString(liveQuestionnaireResultPageResponse));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1、请求正确，返回LiveQuestionnaireResultPageResponse对象，B端依据此对象处理业务逻辑；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开始时间，格式：yyyy-MM-dd 如 2018-12-10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结束时间，格式：yyyy-MM-dd 如 2018-12-10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频道的问卷信息和统计结果列表【详见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LiveQuestionnaireResultResponse参数描述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LiveQuestionnaireResultResponse参数描述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customQuestionnaireId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用户自定义问卷ID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问卷最后修改时间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问卷最后修改时间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questionStats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问卷下各个问题的答题统计【详见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QuestionStats参数描述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观看端提交答题的用户信息【详见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Users参数描述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QuestionStats参数描述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题目的答题人数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问卷下单个问题的答题统计信息【详见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QuestionStat参数描述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Users参数描述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提交问卷的用户ID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提交问卷的用户昵称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submitTime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提交问卷时间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totalScore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提交问卷的用户的总得分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用户每道题目的答题情况【详见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Answers参数描述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在外部授权、直接（独立）授权情况下传过来的自定义参数，同步回传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在外部授权、直接（独立）授权情况下传过来的自定义参数，同步回传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QuestionStat参数描述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题目ID,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score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题目分数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totalScore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题目的总得分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correctCount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题目的答对人数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选择项a的答题人数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选择项b的答题人数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选择项c的答题人数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选择项d的答题人数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选择项e的答题人数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选择项f的答题人数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选择项g的答题人数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选择项g的答题人数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选择项g的答题人数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选择项g的答题人数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Answers参数描述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提交的题目答案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score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用户答题的得分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题目的类型R：单选题C：多项题Q：问答题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5、设置频道问卷信息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接口用于编辑或添加问卷信息，为全量增加或修改</w:t>
        <w:br/>
        <w:t>接口地址（仅做说明使用）：https://api.polyv.net/live/v3/channel/questionnaire/add-edit-questionnaire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testSetQuestionnaireDetailInfo() throws Exception, NoSuchAlgorithmException {</w:t>
        <w:br/>
        <w:t xml:space="preserve">        LiveQuestionnaireDetailSetRequest liveQuestionnaireDetailSetRequest = new LiveQuestionnaireDetailSetRequest();</w:t>
        <w:br/>
        <w:t xml:space="preserve">        LiveQuestionnaireDetailSetResponse liveQuestionnaireDetailSetResponse = null;</w:t>
        <w:br/>
        <w:t xml:space="preserve">        try {</w:t>
        <w:br/>
        <w:t xml:space="preserve">            String channelId = super.createChannel();</w:t>
        <w:br/>
        <w:t xml:space="preserve">            //封装问卷请求对象</w:t>
        <w:br/>
        <w:t xml:space="preserve">            liveQuestionnaireDetailSetRequest.setChannelId(channelId)</w:t>
        <w:br/>
        <w:t xml:space="preserve">                    .setCustomQuestionnaireId(LiveSignUtil.generateUUID())</w:t>
        <w:br/>
        <w:t>//                .setQuestionnaireId("fs9skpv22f")</w:t>
        <w:br/>
        <w:t xml:space="preserve">                    .setQuestionnaireTitle("测试试卷，爱好问卷调查");</w:t>
        <w:br/>
        <w:t xml:space="preserve">            //封装问卷题目</w:t>
        <w:br/>
        <w:t xml:space="preserve">            LiveQuestionnaireDetailSetRequest.QuestionDetail questionDetail =</w:t>
        <w:br/>
        <w:t xml:space="preserve">                    new LiveQuestionnaireDetailSetRequest.QuestionDetail();</w:t>
        <w:br/>
        <w:t xml:space="preserve">            questionDetail.setQuestionId(LiveSignUtil.generateUUID())</w:t>
        <w:br/>
        <w:t xml:space="preserve">                    .setName("您的兴趣爱好？")</w:t>
        <w:br/>
        <w:t xml:space="preserve">                    .setAnswer("A")</w:t>
        <w:br/>
        <w:t xml:space="preserve">                    .setScoreEnabled(LiveConstant.Flag.YES.getFlag())</w:t>
        <w:br/>
        <w:t xml:space="preserve">                    .setRequired(LiveConstant.Flag.YES.getFlag())</w:t>
        <w:br/>
        <w:t xml:space="preserve">                    .setOptions(Arrays.asList(new String[]{"篮球", "足球", "排球", "跑步", "羽毛球"}))</w:t>
        <w:br/>
        <w:t xml:space="preserve">                    .setScore(20)</w:t>
        <w:br/>
        <w:t xml:space="preserve">                    .setType(LiveConstant.QuestionType.CHECK.getType());</w:t>
        <w:br/>
        <w:t xml:space="preserve">            LiveQuestionnaireDetailSetRequest.QuestionDetail questionDetail1 =</w:t>
        <w:br/>
        <w:t xml:space="preserve">                    new LiveQuestionnaireDetailSetRequest.QuestionDetail();</w:t>
        <w:br/>
        <w:t xml:space="preserve">            questionDetail1.setQuestionId(LiveSignUtil.generateUUID())</w:t>
        <w:br/>
        <w:t xml:space="preserve">                    .setName("您的性别")</w:t>
        <w:br/>
        <w:t xml:space="preserve">                    .setScoreEnabled(LiveConstant.Flag.NO.getFlag())</w:t>
        <w:br/>
        <w:t xml:space="preserve">                    .setRequired(LiveConstant.Flag.YES.getFlag())</w:t>
        <w:br/>
        <w:t xml:space="preserve">                    .setOptions(Arrays.asList(new String[]{"M", "W"}))</w:t>
        <w:br/>
        <w:t xml:space="preserve">                    .setType(LiveConstant.QuestionType.RADIO.getType());</w:t>
        <w:br/>
        <w:t xml:space="preserve">            LiveQuestionnaireDetailSetRequest.QuestionDetail questionDetail2 =</w:t>
        <w:br/>
        <w:t xml:space="preserve">                    new LiveQuestionnaireDetailSetRequest.QuestionDetail();</w:t>
        <w:br/>
        <w:t xml:space="preserve">            questionDetail2.setQuestionId(LiveSignUtil.generateUUID())</w:t>
        <w:br/>
        <w:t xml:space="preserve">                    .setName("您的职务？")</w:t>
        <w:br/>
        <w:t xml:space="preserve">                    .setScoreEnabled(LiveConstant.Flag.NO.getFlag())</w:t>
        <w:br/>
        <w:t xml:space="preserve">                    .setRequired(LiveConstant.Flag.YES.getFlag())</w:t>
        <w:br/>
        <w:t xml:space="preserve">                    .setType(LiveConstant.QuestionType.QUESTION.getType());</w:t>
        <w:br/>
        <w:t xml:space="preserve">            //将问卷题目和问卷关联</w:t>
        <w:br/>
        <w:t xml:space="preserve">            liveQuestionnaireDetailSetRequest.setQuestions(Arrays.asList(</w:t>
        <w:br/>
        <w:t xml:space="preserve">                    new LiveQuestionnaireDetailSetRequest.QuestionDetail[]{questionDetail, questionDetail1,</w:t>
        <w:br/>
        <w:t xml:space="preserve">                            questionDetail2}));</w:t>
        <w:br/>
        <w:t xml:space="preserve">            //发送请求</w:t>
        <w:br/>
        <w:t xml:space="preserve">            liveQuestionnaireDetailSetResponse = new LiveQuestionnaireServiceImpl().setQuestionnaireDetailInfo(</w:t>
        <w:br/>
        <w:t xml:space="preserve">                    liveQuestionnaireDetailSetRequest);</w:t>
        <w:br/>
        <w:t xml:space="preserve">            //判断结果</w:t>
        <w:br/>
        <w:t xml:space="preserve">            Assert.assertNotNull(liveQuestionnaireDetailSetResponse);</w:t>
        <w:br/>
        <w:t xml:space="preserve">            if (liveQuestionnaireDetailSetResponse != null) {</w:t>
        <w:br/>
        <w:t xml:space="preserve">                //to do something ......</w:t>
        <w:br/>
        <w:t xml:space="preserve">                log.debug("测试添加频道问卷成功{}", JSON.toJSONString(liveQuestionnaireDetailSetResponse));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1、请求正确，返回LiveQuestionnaireDetailSetResponse对象，B端依据此对象处理业务逻辑；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问卷id,新增问卷该字段为null，修改问卷该字段问卷id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customQuestionnaireId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客户自定义问卷id，用于关联自己系统的主键id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问卷标题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问卷的单个题目详情列表【详见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QuestionDetail参数描述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QuestionDetail参数描述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题目id，新增时为null，修改问卷必须传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score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题目分值，自动化打分使用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题目信息描述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题目类型,R为单选，C为多选，Q为问答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scoreEnabled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题目是否需要评分，Y为需要，N为不需要，默认为N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选择题答案，需要评分的选择题才有答案，填入对应选项序号，如：A或AB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required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题目是否为必答，Y为必答，N为非必答，默认为N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题目为单选题或多选题的选项数据列表，选项数组下标0-9对应答案A-J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同一个问卷下题目的问题id数组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问卷标题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6、手动结束问卷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结束问卷，当前频道没有问卷发布返回true</w:t>
        <w:br/>
        <w:t>接口地址（仅做说明使用）：https://api.polyv.net/live/v3/channel/questionnaire/end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testUpdatePlayDomain() throws IOException, NoSuchAlgorithmException {</w:t>
        <w:br/>
        <w:t xml:space="preserve">        LiveQuestionnaireEndRequest liveQuestionnaireEndRequest = new LiveQuestionnaireEndRequest();</w:t>
        <w:br/>
        <w:t xml:space="preserve">        Boolean liveQuestionnaireEndResponse = null;</w:t>
        <w:br/>
        <w:t xml:space="preserve">        try {</w:t>
        <w:br/>
        <w:t xml:space="preserve">            liveQuestionnaireEndRequest.setChannelIds(createChannel());</w:t>
        <w:br/>
        <w:t xml:space="preserve">            liveQuestionnaireEndResponse = new LiveQuestionnaireServiceImpl().questionnaireStop(</w:t>
        <w:br/>
        <w:t xml:space="preserve">                    liveQuestionnaireEndRequest);</w:t>
        <w:br/>
        <w:t xml:space="preserve">            Assert.assertTrue(liveQuestionnaireEndResponse);</w:t>
        <w:br/>
        <w:t xml:space="preserve">            if (liveQuestionnaireEndResponse) {</w:t>
        <w:br/>
        <w:t xml:space="preserve">                log.debug("测试手动结束问卷成功");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频道号，多个频道用英文逗号分隔，如：100000,100001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true：手动结束问卷成功，false：手动结束问卷失败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questionnaireService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