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playerService</w:t>
      </w:r>
    </w:p>
    <w:p>
      <w:pPr>
        <w:pStyle w:val="Heading1"/>
      </w:pPr>
      <w:r>
        <w:t>1、设置频道的暖场设置开关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用于设置频道的暖场开关</w:t>
        <w:br/>
        <w:t>接口地址（仅做说明使用）：https://api.polyv.net/live/v3/channel/set-warmup-enabled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testSetPlayerWarmupEnable() throws Exception, NoSuchAlgorithmException, URISyntaxException {</w:t>
        <w:br/>
        <w:t xml:space="preserve">        LiveSetWarmupEnableRequest liveSetWarmupEnableRequest = new LiveSetWarmupEnableRequest();</w:t>
        <w:br/>
        <w:t xml:space="preserve">        Boolean liveSetWarmupEnableResponse = null;</w:t>
        <w:br/>
        <w:t xml:space="preserve">        try {</w:t>
        <w:br/>
        <w:t xml:space="preserve">            String channelId = super.createChannel();</w:t>
        <w:br/>
        <w:t xml:space="preserve">            liveSetWarmupEnableRequest.setChannelId(channelId).setWarmUpEnabled(LiveConstant.Flag.YES.getFlag());</w:t>
        <w:br/>
        <w:t xml:space="preserve">            liveSetWarmupEnableResponse = new LivePlayerServiceImpl().setPlayerWarmupEnable(liveSetWarmupEnableRequest);</w:t>
        <w:br/>
        <w:t xml:space="preserve">            Assert.assertNotNull(liveSetWarmupEnableResponse);</w:t>
        <w:br/>
        <w:t xml:space="preserve">            if (liveSetWarmupEnableResponse != null) {</w:t>
        <w:br/>
        <w:t xml:space="preserve">                //to do something ......</w:t>
        <w:br/>
        <w:t xml:space="preserve">                log.debug("测试设置频道的暖场设置开关成功{}", JSON.toJSONString(liveSetWarmupEnableResponse));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warmUpEnabled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开关值，Y或N，Y表示开启，N表示关闭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 设置成功 ， false 设置失败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2、设置播放器暖场图片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1、修改播放器的暖场图片</w:t>
        <w:br/>
        <w:t>2、暖场视频和暖场图片是处于非直播状态时，播放器显示的画面，两者在同一时间只能显示一种，以最晚设置者为准，若想删除暖场画面，则将coverImage或warmUpFlv的值设为"http://"。</w:t>
        <w:br/>
        <w:t>接口地址（仅做说明使用）：https://api.polyv.net/live/v2/channels/%s/update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testSetPlayerImg() throws Exception, NoSuchAlgorithmException, URISyntaxException {</w:t>
        <w:br/>
        <w:t xml:space="preserve">        LiveSetPlayerImgRequest liveSetChatAdminDataRequest = new LiveSetPlayerImgRequest();</w:t>
        <w:br/>
        <w:t xml:space="preserve">        Boolean liveSetChatAdminDataResponse = null;</w:t>
        <w:br/>
        <w:t xml:space="preserve">        try {</w:t>
        <w:br/>
        <w:t xml:space="preserve">            String channelId = super.createChannel();</w:t>
        <w:br/>
        <w:t xml:space="preserve">            liveSetChatAdminDataRequest.setChannelId(channelId)</w:t>
        <w:br/>
        <w:t xml:space="preserve">                    .setCoverImage("https://car3.autoimg.cn/cardfs/product/g25/M08/C7/57" +</w:t>
        <w:br/>
        <w:t xml:space="preserve">                            "/1024x0_1_q95_autohomecar__ChsEmF8EOK-AB5uaAAfsj_iwPdE906.jpg")</w:t>
        <w:br/>
        <w:t xml:space="preserve">                    .setCoverHref("http://www.baidu.com");</w:t>
        <w:br/>
        <w:t xml:space="preserve">            liveSetChatAdminDataResponse = new LivePlayerServiceImpl().setPlayerImg(liveSetChatAdminDataRequest);</w:t>
        <w:br/>
        <w:t xml:space="preserve">            Assert.assertNotNull(liveSetChatAdminDataResponse);</w:t>
        <w:br/>
        <w:t xml:space="preserve">            if (liveSetChatAdminDataResponse) {</w:t>
        <w:br/>
        <w:t xml:space="preserve">                //to do something ......</w:t>
        <w:br/>
        <w:t xml:space="preserve">                log.debug("测试设置播放器暖场图片成功 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coverImage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暖场图片地址，图片大小建议：800x450，支持PNG、JPEG、GIF格式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coverHref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点击暖场图片后浏览器跳转地址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 设置成功 ， false 设置失败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3、设置播放器暖场视频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1、修改播放器的暖场视频</w:t>
        <w:br/>
        <w:t>2、暖场视频和暖场图片是处于非直播状态时，播放器显示的画面，两者在同一时间只能显示一种，以最晚设置者为准，若想删除暖场画面，则将coverImage或warmUpFlv的值设为"http://"。</w:t>
        <w:br/>
        <w:t>接口地址（仅做说明使用）：https://api.polyv.net/live/v2/channels/%s/update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testSetPlayerWarmUpVedio() throws Exception, NoSuchAlgorithmException, URISyntaxException {</w:t>
        <w:br/>
        <w:t xml:space="preserve">        LiveSetWarmupVedioRequest liveSetWarmupVedioRequest = new LiveSetWarmupVedioRequest();</w:t>
        <w:br/>
        <w:t xml:space="preserve">        Boolean liveSetWarmupVedioResponse = null;</w:t>
        <w:br/>
        <w:t xml:space="preserve">        try {</w:t>
        <w:br/>
        <w:t xml:space="preserve">            String channelId = super.createChannel();</w:t>
        <w:br/>
        <w:t xml:space="preserve">            liveSetWarmupVedioRequest.setChannelId(channelId)</w:t>
        <w:br/>
        <w:t xml:space="preserve">                    .setWarmUpFlv("http://www.w3school.com.cn/example/html5/mov_bbb.mp4");</w:t>
        <w:br/>
        <w:t>//                    .setWarmUpFlv("http://")//删除视频</w:t>
        <w:br/>
        <w:t xml:space="preserve">            liveSetWarmupVedioResponse = new LivePlayerServiceImpl().setPlayerWarmUpVedio(liveSetWarmupVedioRequest);</w:t>
        <w:br/>
        <w:t xml:space="preserve">            Assert.assertNotNull(liveSetWarmupVedioResponse);</w:t>
        <w:br/>
        <w:t xml:space="preserve">            if (liveSetWarmupVedioResponse != null) {</w:t>
        <w:br/>
        <w:t xml:space="preserve">                //to do something ......</w:t>
        <w:br/>
        <w:t xml:space="preserve">                log.debug("测试设置播放器暖场视频成功{}", JSON.toJSONString(liveSetWarmupVedioResponse));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warmUpFlv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暖场视频地址(http地址)，移动端不支持FLV视频文件，建议使用MP4视频文件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 设置成功，false 设置失败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4、设置播放器Logo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设置播放器Logo</w:t>
        <w:br/>
        <w:t>接口地址（仅做说明使用）：https://api.polyv.net/live/v2/channels/%s/update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testSetPlayerLogo() throws Exception, NoSuchAlgorithmException, URISyntaxException {</w:t>
        <w:br/>
        <w:t xml:space="preserve">        LiveSetPlayerLogoRequest liveSetPlayerLogoRequest = new LiveSetPlayerLogoRequest();</w:t>
        <w:br/>
        <w:t xml:space="preserve">        Boolean liveSetPlayerLogoResponse = null;</w:t>
        <w:br/>
        <w:t xml:space="preserve">        try {</w:t>
        <w:br/>
        <w:t xml:space="preserve">            String channelId = super.createChannel();</w:t>
        <w:br/>
        <w:t xml:space="preserve">            liveSetPlayerLogoRequest.setChannelId(channelId)</w:t>
        <w:br/>
        <w:t xml:space="preserve">                    .setLogoHref("http://www.baidu.com")</w:t>
        <w:br/>
        <w:t xml:space="preserve">                    .setLogoPosition(LiveConstant.LogoPosition.BL.getPosition())</w:t>
        <w:br/>
        <w:t xml:space="preserve">                    .setLogoImage(</w:t>
        <w:br/>
        <w:t xml:space="preserve">                            "https://c-ssl.duitang.com/uploads/blog/202009/01/20200901155255_e8037.thumb.1000_0.jpg")</w:t>
        <w:br/>
        <w:t xml:space="preserve">                    .setLogoOpacity(0.32f);</w:t>
        <w:br/>
        <w:t xml:space="preserve">            liveSetPlayerLogoResponse = new LivePlayerServiceImpl().setPlayerLogo(liveSetPlayerLogoRequest);</w:t>
        <w:br/>
        <w:t xml:space="preserve">            Assert.assertNotNull(liveSetPlayerLogoResponse);</w:t>
        <w:br/>
        <w:t xml:space="preserve">            if (liveSetPlayerLogoResponse != null) {</w:t>
        <w:br/>
        <w:t xml:space="preserve">                //to do something ......</w:t>
        <w:br/>
        <w:t xml:space="preserve">                log.debug("测试设置播放器Logo成功{}", JSON.toJSONString(liveSetPlayerLogoResponse));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logoImage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logo图片地址，建议大小为：长方形140x50或正方形50x50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logoOpacity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logo透明度，取值范围为(0,1]，即大于0，并且小于等于1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logoPosition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logo位置，取值为为左上角(tl)、右上角(tr)、左下角(bl)、右下角(br)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logoHref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logo图片点击跳转链接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 设置成功， fales 设置失败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5、设置播放器片头广告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设置某频道播放器的片头广告</w:t>
        <w:br/>
        <w:t>接口地址（仅做说明使用）：https://api.polyv.net/live/v2/channelAdvert/%s/updateHead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2、设置片头广告并不一定会展示，需要调用 设置频道默认项开关 把广告通用设置开关关闭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testSetPlayerHeaderAdvert() throws Exception, NoSuchAlgorithmException, URISyntaxException {</w:t>
        <w:br/>
        <w:t xml:space="preserve">        LiveSetPlayerHeaderAdvertRequest liveSetPlayerHeaderAdvertRequest = new LiveSetPlayerHeaderAdvertRequest();</w:t>
        <w:br/>
        <w:t xml:space="preserve">        Boolean liveSetPlayerHeaderAdvertResponse = null;</w:t>
        <w:br/>
        <w:t xml:space="preserve">        try {</w:t>
        <w:br/>
        <w:t xml:space="preserve">            String channelId = super.createChannel();</w:t>
        <w:br/>
        <w:t xml:space="preserve">            liveSetPlayerHeaderAdvertRequest.setChannelId(channelId)</w:t>
        <w:br/>
        <w:t xml:space="preserve">                    .setEnabled(LiveConstant.Flag.YES.getFlag())</w:t>
        <w:br/>
        <w:t xml:space="preserve">                    .setHeadAdvertDuration(5)</w:t>
        <w:br/>
        <w:t xml:space="preserve">                    .setHeadAdvertHeight(100)</w:t>
        <w:br/>
        <w:t xml:space="preserve">                    .setHeadAdvertType(LiveConstant.HeadAdvertType.IMAGE.getDesc())</w:t>
        <w:br/>
        <w:t xml:space="preserve">                    .setHeadAdvertWidth(100)</w:t>
        <w:br/>
        <w:t xml:space="preserve">                    .setHeadAdvertHref("http://www.baidu.com")</w:t>
        <w:br/>
        <w:t xml:space="preserve">                    .setHeadAdvertMediaUrl("https://car3.autoimg.cn/cardfs/product/g25/M08/C7/57" +</w:t>
        <w:br/>
        <w:t xml:space="preserve">                            "/1024x0_1_q95_autohomecar__ChsEmF8EOK-AB5uaAAfsj_iwPdE906.jpg");</w:t>
        <w:br/>
        <w:t xml:space="preserve">            liveSetPlayerHeaderAdvertResponse = new LivePlayerServiceImpl().setPlayerHeaderAdvert(</w:t>
        <w:br/>
        <w:t xml:space="preserve">                    liveSetPlayerHeaderAdvertRequest);</w:t>
        <w:br/>
        <w:t xml:space="preserve">            Assert.assertNotNull(liveSetPlayerHeaderAdvertResponse);</w:t>
        <w:br/>
        <w:t xml:space="preserve">            if (liveSetPlayerHeaderAdvertResponse != null) {</w:t>
        <w:br/>
        <w:t xml:space="preserve">                //to do something ......</w:t>
        <w:br/>
        <w:t xml:space="preserve">                log.debug("测试设设置播放器片头广告成功{}", JSON.toJSONString(liveSetPlayerHeaderAdvertResponse));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设置播放器片头广告开关： Y-开启，N-关闭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headAdvertType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广告类型,NONE-无广告，IMAGE-图片广告，FLV-视频广告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headAdvertMediaUrl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headAdvertHref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广告跳转地址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headAdvertDuration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广告时长，单位：秒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headAdvertWidth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广告宽度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headAdvertHeight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广告高度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 设置成功，false 设置失败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6、设置播放器暂停广告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用于设置某频道播放器的暂停广告</w:t>
        <w:br/>
        <w:t>接口地址（仅做说明使用）：https://api.polyv.net/live/v2/channelAdvert/%s/updateStop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2、设置暂停广告并不一定会展示，需要调用 设置频道默认项开关 把广告通用设置开关关闭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testSetPlayerPauseAdvert() throws Exception, NoSuchAlgorithmException, URISyntaxException {</w:t>
        <w:br/>
        <w:t xml:space="preserve">        LiveSetPlayerPauseAdvertRequest liveSetPlayerPauseAdvertRequest = new LiveSetPlayerPauseAdvertRequest();</w:t>
        <w:br/>
        <w:t xml:space="preserve">        Boolean liveSetPlayerPauseAdvertResponse = null;</w:t>
        <w:br/>
        <w:t xml:space="preserve">        try {</w:t>
        <w:br/>
        <w:t xml:space="preserve">            String channelId = super.createChannel();</w:t>
        <w:br/>
        <w:t xml:space="preserve">            liveSetPlayerPauseAdvertRequest.setChannelId(channelId)</w:t>
        <w:br/>
        <w:t xml:space="preserve">                    .setEnabled(LiveConstant.Flag.YES.getFlag())</w:t>
        <w:br/>
        <w:t xml:space="preserve">                    .setStopAdvertHref("http://www.baidu.com")</w:t>
        <w:br/>
        <w:t xml:space="preserve">                    .setStopAdvertImage("https://car3.autoimg.cn/cardfs/product/g25/M08/C7/57" +</w:t>
        <w:br/>
        <w:t xml:space="preserve">                            "/1024x0_1_q95_autohomecar__ChsEmF8EOK-AB5uaAAfsj_iwPdE906.jpg");</w:t>
        <w:br/>
        <w:t xml:space="preserve">            liveSetPlayerPauseAdvertResponse = new LivePlayerServiceImpl().setPlayerPauseAdvert(</w:t>
        <w:br/>
        <w:t xml:space="preserve">                    liveSetPlayerPauseAdvertRequest);</w:t>
        <w:br/>
        <w:t xml:space="preserve">            Assert.assertNotNull(liveSetPlayerPauseAdvertResponse);</w:t>
        <w:br/>
        <w:t xml:space="preserve">            if (liveSetPlayerPauseAdvertResponse != null) {</w:t>
        <w:br/>
        <w:t xml:space="preserve">                //to do something ......</w:t>
        <w:br/>
        <w:t xml:space="preserve">                log.debug("测试设置播放器暂停广告成功{}", JSON.toJSONString(liveSetPlayerPauseAdvertResponse));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设置播放器暂停广告开关：Y-打开，N-关闭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stopAdvertImage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图片地址，不填代表删除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stopAdvertHref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点击图片跳转Url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 设置成功，false 设置失败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7、设置播放器自定义url跑马灯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可以设置播放器防录屏自定义url跑马灯开关，在开启时需提交url参数。</w:t>
        <w:br/>
        <w:t>接口地址（仅做说明使用）：https://api.polyv.net/live/v2/channelRestrict/%s/set-diyurl-marquee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testSetPlayerUrlMarquee() throws Exception, NoSuchAlgorithmException, URISyntaxException {</w:t>
        <w:br/>
        <w:t xml:space="preserve">        LiveSetPlayerUrlMarqueeRequest liveSetPlayerUrlMarqueeRequest = new LiveSetPlayerUrlMarqueeRequest();</w:t>
        <w:br/>
        <w:t xml:space="preserve">        Boolean liveSetPlayerUrlMarqueeResponse;</w:t>
        <w:br/>
        <w:t xml:space="preserve">        try {</w:t>
        <w:br/>
        <w:t xml:space="preserve">            String channelId = super.createChannel();</w:t>
        <w:br/>
        <w:t xml:space="preserve">            liveSetPlayerUrlMarqueeRequest.setChannelId(channelId).setMarqueeRestrict("Y").setUrl("https://polyv.net");</w:t>
        <w:br/>
        <w:t xml:space="preserve">            liveSetPlayerUrlMarqueeResponse = new LivePlayerServiceImpl().setPlayerUrlMarquee(</w:t>
        <w:br/>
        <w:t xml:space="preserve">                    liveSetPlayerUrlMarqueeRequest);</w:t>
        <w:br/>
        <w:t xml:space="preserve">            Assert.assertTrue(liveSetPlayerUrlMarqueeResponse);</w:t>
        <w:br/>
        <w:t xml:space="preserve">            if (liveSetPlayerUrlMarqueeResponse) {</w:t>
        <w:br/>
        <w:t xml:space="preserve">                //to do something ......</w:t>
        <w:br/>
        <w:t xml:space="preserve">                log.debug("测试设置播放器自定义url跑马灯成功");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marqueeRestrict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自定义url防录屏跑马灯开关,Y或N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自定义url， 在开关为关时可为空，开启开关时为必填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 设置成功，false 设置失败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8、设置频道防录屏信息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通过频道号，设置频道防录屏信息</w:t>
        <w:br/>
        <w:t>接口地址（仅做说明使用）：https://api.polyv.net/live/v3/channel/anti/record/setting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testSetLiveAntiRecode() throws Exception, NoSuchAlgorithmException {</w:t>
        <w:br/>
        <w:t xml:space="preserve">        LiveSetAntiRecordRequest liveSetAntiRecordRequest = new LiveSetAntiRecordRequest();</w:t>
        <w:br/>
        <w:t xml:space="preserve">        Boolean liveSetAntiRecordResponse;</w:t>
        <w:br/>
        <w:t xml:space="preserve">        try {</w:t>
        <w:br/>
        <w:t xml:space="preserve">            String channelId = super.createChannel();</w:t>
        <w:br/>
        <w:t xml:space="preserve">            liveSetAntiRecordRequest.setChannelId(channelId)</w:t>
        <w:br/>
        <w:t xml:space="preserve">                    .setEnable(LiveConstant.Flag.YES.getFlag())</w:t>
        <w:br/>
        <w:t xml:space="preserve">                    .setAntiRecordType(LiveConstant.AntiRecordType.MARQUEE.getValue())</w:t>
        <w:br/>
        <w:t xml:space="preserve">                    .setModelType(LiveConstant.ModelType.Fixed.getValue())</w:t>
        <w:br/>
        <w:t xml:space="preserve">                    .setContent("测试固定跑马灯")</w:t>
        <w:br/>
        <w:t xml:space="preserve">                    .setFontSize("30")</w:t>
        <w:br/>
        <w:t xml:space="preserve">                    .setOpacity(70)</w:t>
        <w:br/>
        <w:t xml:space="preserve">                    .setFontColor("#FFF")</w:t>
        <w:br/>
        <w:t xml:space="preserve">                    .setAutoZoomEnabled(LiveConstant.Flag.YES.getFlag())</w:t>
        <w:br/>
        <w:t xml:space="preserve">                    .setDoubleEnabled(LiveConstant.Flag.NO.getFlag())</w:t>
        <w:br/>
        <w:t xml:space="preserve">                    .setShowMode(LiveConstant.ShowMode.FLICKER.getValue());</w:t>
        <w:br/>
        <w:t xml:space="preserve">            liveSetAntiRecordResponse = new LivePlayerServiceImpl().setLiveAntiRecord(liveSetAntiRecordRequest);</w:t>
        <w:br/>
        <w:t xml:space="preserve">            Assert.assertTrue(liveSetAntiRecordResponse);</w:t>
        <w:br/>
        <w:t xml:space="preserve">            if (liveSetAntiRecordResponse) {</w:t>
        <w:br/>
        <w:t xml:space="preserve">                //to do something ......</w:t>
        <w:br/>
        <w:t xml:space="preserve">                log.debug("测试设置频道防录屏信息成功");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antiRecordType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防录屏方式 marquee：跑马灯 watermark：水印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modelType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防录屏类型，水印方式时设置自定义URL无效 fixed：固定值 nickname：登录用户名 diyurl：URL自定义跑马灯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固定值时为设置内容 URL自定义设置时为网址，需要携带 http:// 或 https:// 【自定义跑马灯参考文档】 防录屏类型为登录用户名时可不传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字体大小 防录屏方式为跑马灯时：设置数值，范围1-256 防录屏方式为水印时： small：小 middle：中 large：大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opacity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透明度，不传默认为80，范围0-100，0为不透明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fontColor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跑马灯字体颜色，色值，例如：#FFFFFF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autoZoomEnabled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跑马灯自定义缩放，默认为关闭 Y：开启 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doubleEnabled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双跑马灯，默认为关闭 Y：开启 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showMode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跑马灯显示方式，默认为滚动 roll：滚动 flicker：闪烁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防录屏开关，默认为开启 Y：开启 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 设置成功，false 设置失败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9、查询频道防录屏信息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通过频道号，查询频道防录屏信息</w:t>
        <w:br/>
        <w:t>接口地址（仅做说明使用）：https://api.polyv.net/live/v3/channel/anti/record/get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testGetLiveAntiRecode() throws Exception, NoSuchAlgorithmException {</w:t>
        <w:br/>
        <w:t xml:space="preserve">        LiveGetAntiRecordRequest liveGetAntiRecordRequest = new LiveGetAntiRecordRequest();</w:t>
        <w:br/>
        <w:t xml:space="preserve">        LiveGetAntiRecordResponse liveGetAntiRecordResponse;</w:t>
        <w:br/>
        <w:t xml:space="preserve">        try {</w:t>
        <w:br/>
        <w:t xml:space="preserve">            String channelId = super.createChannel();</w:t>
        <w:br/>
        <w:t xml:space="preserve">            liveGetAntiRecordRequest.setChannelId(channelId);</w:t>
        <w:br/>
        <w:t xml:space="preserve">            liveGetAntiRecordResponse = new LivePlayerServiceImpl().getLiveAntiRecord(liveGetAntiRecordRequest);</w:t>
        <w:br/>
        <w:t xml:space="preserve">            Assert.assertNotNull(liveGetAntiRecordResponse);</w:t>
        <w:br/>
        <w:t xml:space="preserve">            if (liveGetAntiRecordResponse != null) {</w:t>
        <w:br/>
        <w:t xml:space="preserve">                //to do something ......</w:t>
        <w:br/>
        <w:t xml:space="preserve">                log.debug("测试查询频道防录屏信息成功{}", JSON.toJSONString(liveGetAntiRecordResponse));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1、请求正确，返回LiveGetAntiRecordResponse对象，B端依据此对象处理业务逻辑；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 传入频道号，查询频道防录屏信息 不传频道号，查询账号防录屏默认模板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antiRecordType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防录屏方式 marquee：跑马灯 watermark：水印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modelType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防录屏类型 fixed：固定值 nickname：登录用户名 diyurl：URL自定义设置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固定值时为设置内容 URL自定义设置时为网址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opacity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透明度，取值0-100，0为不透明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字体大小 防录屏方式为跑马灯时，设置数值，范围1-256 防录屏方式为水印时 small：小 middle：中 large：大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fontColor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跑马灯字体颜色，色值，水印时不返回此参数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autoZoomEnabled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跑马灯自定义缩放，水印时不返回此参数 Y：开启 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doubleEnabled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双跑马灯，水印时不返回此参数 Y：开启 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showMode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跑马灯显示方式，水印时不返回此参数 roll：滚动 flicker：闪烁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10、查询投诉反馈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查询投诉反馈</w:t>
        <w:br/>
        <w:t>接口地址（仅做说明使用）：https://api.polyv.net/live/v4/channel/feedback/list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testGetWatchFeedbackList() throws IOException, NoSuchAlgorithmException {</w:t>
        <w:br/>
        <w:t xml:space="preserve">        LiveGetWatchFeedbackListRequest liveGetWatchFeedbackListRequest = new LiveGetWatchFeedbackListRequest();</w:t>
        <w:br/>
        <w:t xml:space="preserve">        LiveGetWatchFeedbackListResponse liveGetWatchFeedbackListResponse;</w:t>
        <w:br/>
        <w:t xml:space="preserve">        try {</w:t>
        <w:br/>
        <w:t xml:space="preserve">            String channelId = super.createChannel();</w:t>
        <w:br/>
        <w:t xml:space="preserve">            liveGetWatchFeedbackListRequest.setChannelId(channelId);</w:t>
        <w:br/>
        <w:t xml:space="preserve">            liveGetWatchFeedbackListResponse = new LivePlayerServiceImpl().getWatchFeedbackList(</w:t>
        <w:br/>
        <w:t xml:space="preserve">                    liveGetWatchFeedbackListRequest);</w:t>
        <w:br/>
        <w:t xml:space="preserve">            Assert.assertNotNull(liveGetWatchFeedbackListResponse);</w:t>
        <w:br/>
        <w:t xml:space="preserve">            if (liveGetWatchFeedbackListResponse != null) {</w:t>
        <w:br/>
        <w:t xml:space="preserve">                //to do something ......</w:t>
        <w:br/>
        <w:t xml:space="preserve">                log.debug("测试查询投诉反馈成功 {}", JSON.toJSONString(liveGetWatchFeedbackListResponse));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1、请求正确，返回LiveGetWatchFeedbackListResponse对象，B端依据此对象处理业务逻辑；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频道号，不传则查询用户下的数据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分页页码，默认1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分页大小，默认10，最大不超过1000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当前页内容【详见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FeedbackInfo参数描述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totalPages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FeedbackInfo参数描述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投诉反馈ID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投诉反馈类型 suggestion：反馈意见 complaint：投诉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label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所属分类 stuck：页面卡顿 black-screen：画面黑屏 slow-access：访问缓慢 poor-experience：体验不好 play-suggestion：玩法建议 other-feedback：其他反馈 porn：色情低俗 politics：涉政 drug：涉毒 bloody：恐怖血腥 scam：诈骗 other-violations：其他违规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内容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imageUrls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图片URL列表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updateTime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更新时间</w:t>
            </w:r>
          </w:p>
        </w:tc>
      </w:tr>
    </w:tbl>
    <w:p>
      <w:pPr>
        <w:spacing w:after="40"/>
      </w:pP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playerService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