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lotteryService</w:t>
      </w:r>
    </w:p>
    <w:p>
      <w:pPr>
        <w:pStyle w:val="Heading1"/>
      </w:pPr>
      <w:r>
        <w:t>1、获取频道抽奖记录列表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获取频道抽奖记录列表（通过直播端发起抽奖）</w:t>
        <w:br/>
        <w:t>接口地址（仅做说明使用）：https://api.polyv.net/live/v3/channel/lottery/list-lottery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testListLottery() throws Exception, NoSuchAlgorithmException {</w:t>
        <w:br/>
        <w:t xml:space="preserve">        LiveListLotteryRequest liveListLotteryRequest = new LiveListLotteryRequest();</w:t>
        <w:br/>
        <w:t xml:space="preserve">        LiveListLotteryResponse liveListLotteryResponse;</w:t>
        <w:br/>
        <w:t xml:space="preserve">        try {</w:t>
        <w:br/>
        <w:t xml:space="preserve">            liveListLotteryRequest.setChannelId(super.createChannel())</w:t>
        <w:br/>
        <w:t xml:space="preserve">                    .setStartTime(super.getDate(1601481600000l))</w:t>
        <w:br/>
        <w:t xml:space="preserve">                    .setEndTime(super.getDate(2021,1,21))</w:t>
        <w:br/>
        <w:t xml:space="preserve">                    .setPageSize(1);</w:t>
        <w:br/>
        <w:t xml:space="preserve">            liveListLotteryResponse = new LiveLotteryServiceImpl().listLottery(liveListLotteryRequest);</w:t>
        <w:br/>
        <w:t xml:space="preserve">            Assert.assertNotNull(liveListLotteryResponse);</w:t>
        <w:br/>
        <w:t xml:space="preserve">            if (liveListLotteryResponse != null) {</w:t>
        <w:br/>
        <w:t xml:space="preserve">                //to do something ......</w:t>
        <w:br/>
        <w:t xml:space="preserve">                log.debug("测试获取频道抽奖记录列表成功，{}", JSON.toJSONString(liveListLotteryResponse));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1、请求正确，返回LiveListLotteryResponse对象，B端依据此对象处理业务逻辑；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要查询的直播场次ID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查询的开始日期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查询的结束日期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limit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抽奖记录列表【详见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LotteryListModel参数描述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LotteryListModel参数描述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抽奖时的直播场次ID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lotteryRange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抽奖范围，取值：所有观众：all;当场直播未中奖用户：notWinning;已签到用户：signed；头衔：actor；已填问卷用户:questionnaire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抽奖范围为按头衔抽奖时的头衔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预设中奖人数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预设中奖观众ID，多个ID 用英文逗号分开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winnerCount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实际中奖人数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表示抽奖的额外拓展信息，例：{"collectInfo":[{"field":"姓名：","tips":"请输入您的真实姓名"}]}，field表示要填写的字段名，tips表示要填写的字段提示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2、获取频道单场抽奖的中奖记录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获取频道单场抽奖的中奖记录</w:t>
        <w:br/>
        <w:t>接口地址（仅做说明使用）：https://api.polyv.net/live/v3/channel/lottery/get-winner-detail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testGetLotteryWinnerDetail() throws Exception, NoSuchAlgorithmException {</w:t>
        <w:br/>
        <w:t xml:space="preserve">        LiveLotteryWinnerDetailRequest liveLotteryWinnerDetailRequest = new LiveLotteryWinnerDetailRequest();</w:t>
        <w:br/>
        <w:t xml:space="preserve">        LiveLotteryWinnerDetailResponse liveLotteryWinnerDetailResponse;</w:t>
        <w:br/>
        <w:t xml:space="preserve">        try {</w:t>
        <w:br/>
        <w:t xml:space="preserve">            liveLotteryWinnerDetailRequest.setChannelId(super.createChannel())</w:t>
        <w:br/>
        <w:t xml:space="preserve">                    .setLotteryId("fv3hogjmh3");</w:t>
        <w:br/>
        <w:t xml:space="preserve">            liveLotteryWinnerDetailResponse = new LiveLotteryServiceImpl().getLotteryWinnerDetail(</w:t>
        <w:br/>
        <w:t xml:space="preserve">                    liveLotteryWinnerDetailRequest);</w:t>
        <w:br/>
        <w:t xml:space="preserve">            Assert.assertNotNull(liveLotteryWinnerDetailResponse);</w:t>
        <w:br/>
        <w:t xml:space="preserve">            if (liveLotteryWinnerDetailResponse != null) {</w:t>
        <w:br/>
        <w:t xml:space="preserve">                //to do something ......</w:t>
        <w:br/>
        <w:t xml:space="preserve">                log.debug("测试获取频道单场抽奖的中奖记录成功，{}", JSON.toJSONString(liveLotteryWinnerDetailResponse));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1、请求正确，返回LiveLotteryWinnerDetailResponse对象，B端依据此对象处理业务逻辑；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limit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中奖记录表【详见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LotteryWinnerDetail参数描述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LotteryWinnerDetail参数描述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中奖记录ID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抽奖时的直播场次ID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winnerCode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表示抽奖的额外拓展信息，例：{"collectInfo":[{"field":"姓名：","value":"钻石王老五"}]}，field表示要填写的字段名，value表示要填写的字段提示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3、设置抽奖中奖者信息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用于提交中奖者填写的信息</w:t>
        <w:br/>
        <w:t>接口地址（仅做说明使用）：https://api.polyv.net/live/v3/channel/chat/add-receive-info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2、只能成功保存一次观众中奖信息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3、中奖信息需在7天内提交保存，否则会失效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testSetLotteryWinnerInfo() throws Exception, NoSuchAlgorithmException {</w:t>
        <w:br/>
        <w:t xml:space="preserve">        LiveSetLotteryWinnerInfoRequest liveSetLotteryWinnerInfoRequest = new LiveSetLotteryWinnerInfoRequest();</w:t>
        <w:br/>
        <w:t xml:space="preserve">        Boolean liveSetLotteryWinnerInfoResponse;</w:t>
        <w:br/>
        <w:t xml:space="preserve">        try {</w:t>
        <w:br/>
        <w:t xml:space="preserve">            liveSetLotteryWinnerInfoRequest.setChannelId(super.createChannel())</w:t>
        <w:br/>
        <w:t xml:space="preserve">                    .setLotteryId("fv3mao43u6")</w:t>
        <w:br/>
        <w:t xml:space="preserve">                    .setWinnerCode("wMpUjVSi")</w:t>
        <w:br/>
        <w:t xml:space="preserve">                    .setViewerId("asdadsdas")</w:t>
        <w:br/>
        <w:t xml:space="preserve">                    .setName("sadboy")</w:t>
        <w:br/>
        <w:t xml:space="preserve">                    .setTelephone("18974718689")</w:t>
        <w:br/>
        <w:t xml:space="preserve">                    .setReceiveInfo("[{\"field\":\"姓名\",\"value\":\"测试\"},{\"field\":\"手机\",\"value\":\"13412345678\"}]");</w:t>
        <w:br/>
        <w:t xml:space="preserve">            liveSetLotteryWinnerInfoResponse = new LiveLotteryServiceImpl().setLotteryWinnerInfo(</w:t>
        <w:br/>
        <w:t xml:space="preserve">                    liveSetLotteryWinnerInfoRequest);</w:t>
        <w:br/>
        <w:t xml:space="preserve">            Assert.assertNotNull(liveSetLotteryWinnerInfoResponse);</w:t>
        <w:br/>
        <w:t xml:space="preserve">            if (liveSetLotteryWinnerInfoResponse) {</w:t>
        <w:br/>
        <w:t xml:space="preserve">                //to do something ......</w:t>
        <w:br/>
        <w:t xml:space="preserve">                log.debug("测试设置抽奖中奖者信息成功");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抽奖场次ID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winnerCode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中奖者ID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中奖者姓名，如果传姓名，必须传中奖者手机号码，receiveInfo字段不需要传（无效）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telephone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中奖者手机号码，如果传手机号，必须传中奖者姓名，receiveInfo字段不需要传（无效）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自定义字段数据，数据类型为数组JSON[{"field":"姓名","value":"测试"},{"field":"手机","value":"13412345678"}] field：字段名称，value：字段值，如果传这个参数，name和telephone字段不需要传（无效）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true为设置成功，false为设置失败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4、导出频道单场抽奖的中奖记录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用于下载频道的单场抽奖的中奖记录</w:t>
        <w:br/>
        <w:t>接口地址（仅做说明使用）：https://api.polyv.net/live/v3/channel/lottery/download-winner-detail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testDownloadLotteryDetail() throws Exception, NoSuchAlgorithmException {</w:t>
        <w:br/>
        <w:t xml:space="preserve">        LiveDownloadLotteryDetailRequest liveDownloadLotteryDetailRequest = new LiveDownloadLotteryDetailRequest();</w:t>
        <w:br/>
        <w:t xml:space="preserve">        byte[] liveDownloadLotteryDetailResponse;</w:t>
        <w:br/>
        <w:t xml:space="preserve">        try {</w:t>
        <w:br/>
        <w:t xml:space="preserve">            //path设置为下载文件路径</w:t>
        <w:br/>
        <w:t xml:space="preserve">            String path = Paths.get(getClass().getResource("/file/").toURI()).toString() + "downLoadLotteryWinner.xlsx";</w:t>
        <w:br/>
        <w:t xml:space="preserve">            liveDownloadLotteryDetailRequest.setChannelId(createChannel())</w:t>
        <w:br/>
        <w:t xml:space="preserve">                    .setLotteryId("fv3hogjmh3");</w:t>
        <w:br/>
        <w:t xml:space="preserve">            liveDownloadLotteryDetailResponse = new LiveLotteryServiceImpl().downloadLotteryDetail(</w:t>
        <w:br/>
        <w:t xml:space="preserve">                    liveDownloadLotteryDetailRequest);</w:t>
        <w:br/>
        <w:t xml:space="preserve">            Assert.assertNotNull(liveDownloadLotteryDetailResponse);</w:t>
        <w:br/>
        <w:t xml:space="preserve">            if (liveDownloadLotteryDetailResponse != null) {</w:t>
        <w:br/>
        <w:t xml:space="preserve">                FileUtil.writeFile(liveDownloadLotteryDetailResponse, path);</w:t>
        <w:br/>
        <w:t xml:space="preserve">                //to do something ......</w:t>
        <w:br/>
        <w:t xml:space="preserve">                log.debug("测试导出频道单场抽奖的中奖记录成功, 文件长度 {}", liveDownloadLotteryDetailResponse.length);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1、请求正确，返回byte[]对象，B端依据此对象处理业务逻辑；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返回的byte[]可以按照单元测试示例进行保存，也可以自行处理。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5、发送点赞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用于实现用户自开发观看页点赞效果，通过调用接口可以进行点赞，默认每次请求都是一次点赞</w:t>
        <w:br/>
        <w:t>接口地址（仅做说明使用）：https://api.polyv.net/live/v2/channels/%s/like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2、接口内部进行了判断，每个观众的点赞间隔1s的限制，根据提交的观众ID来区分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3、如果有需求支持同时点多个赞，可提交非必填参数times，times最大不能超过30。*如果提交次数为n，则需n-1秒才能继续点赞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4、viewerId由调用端去进行区分用户即可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testSendChannelLike() throws Exception, NoSuchAlgorithmException {</w:t>
        <w:br/>
        <w:t xml:space="preserve">        LiveSendChannelLikeRequest liveSendChannelLikeRequest = new LiveSendChannelLikeRequest();</w:t>
        <w:br/>
        <w:t xml:space="preserve">        Integer liveSendChannelLikeResponse;</w:t>
        <w:br/>
        <w:t xml:space="preserve">        try {</w:t>
        <w:br/>
        <w:t xml:space="preserve">            liveSendChannelLikeRequest.setChannelId(createChannel())</w:t>
        <w:br/>
        <w:t xml:space="preserve">                    .setViewerId(getRandomString(16))</w:t>
        <w:br/>
        <w:t xml:space="preserve">                    .setTimes(13);</w:t>
        <w:br/>
        <w:t xml:space="preserve">            liveSendChannelLikeResponse = new LiveLotteryServiceImpl().sendChannelLike(liveSendChannelLikeRequest);</w:t>
        <w:br/>
        <w:t xml:space="preserve">            Assert.assertNotNull(liveSendChannelLikeResponse);</w:t>
        <w:br/>
        <w:t xml:space="preserve">            if (liveSendChannelLikeResponse != null) {</w:t>
        <w:br/>
        <w:t xml:space="preserve">                //to do something ......</w:t>
        <w:br/>
        <w:t xml:space="preserve">                log.debug("测试发送点赞成功,{}", JSON.toJSONString(liveSendChannelLikeResponse));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1、请求正确，返回Integer对象，B端依据此对象处理业务逻辑；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点赞观众的ID，由调用方自行创建、区分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点赞的数目，不能超过30，提交后在(times-1)秒后才能再点赞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点赞数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6、发送打赏消息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用于发送打赏消息,请求成功后，服务器会向聊天室的用户广播打赏消息</w:t>
        <w:br/>
        <w:t>接口地址（仅做说明使用）：https://api.polyv.net/live/v3/channel/chat/send-reward-msg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viewerId需要是在线的viewerId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testSendChannelRewardMsg() throws Exception, NoSuchAlgorithmException {</w:t>
        <w:br/>
        <w:t xml:space="preserve">        LiveSendChannelRewardMsgRequest liveSendChannelRewardMsgRequest = new LiveSendChannelRewardMsgRequest();</w:t>
        <w:br/>
        <w:t xml:space="preserve">        Boolean liveSendChannelRewardMsgResponse;</w:t>
        <w:br/>
        <w:t xml:space="preserve">        try {</w:t>
        <w:br/>
        <w:t xml:space="preserve">            liveSendChannelRewardMsgRequest.setChannelId(createChannel())</w:t>
        <w:br/>
        <w:t xml:space="preserve">                    .setNickname("sadboy")</w:t>
        <w:br/>
        <w:t xml:space="preserve">                    .setAvatar("https://ss3.bdstatic.com/70cFv8Sh_Q1YnxGkpoWK1HF6hhy/it/u=3002379740,3965499425&amp;fm=26&amp;gp=0.jpg")</w:t>
        <w:br/>
        <w:t xml:space="preserve">                    .setDonateType("cash")</w:t>
        <w:br/>
        <w:t xml:space="preserve">                    .setContent("1")</w:t>
        <w:br/>
        <w:t xml:space="preserve">                    .setGoodImage("https://s1.videocc.net/live-admin/img/icon-redpack-new.ae299535.png")</w:t>
        <w:br/>
        <w:t xml:space="preserve">                    .setSessionId(null)</w:t>
        <w:br/>
        <w:t xml:space="preserve">                    .setGoodNum("1")</w:t>
        <w:br/>
        <w:t xml:space="preserve">                    .setNeedUserImage("N")</w:t>
        <w:br/>
        <w:t xml:space="preserve">                    //通过外部授权等观看方式对接，由B端系统产生，通过白名单进入的，此处可使用会员码</w:t>
        <w:br/>
        <w:t xml:space="preserve">                    .setViewerId(getRandomString(16));</w:t>
        <w:br/>
        <w:t xml:space="preserve">            liveSendChannelRewardMsgResponse = new LiveLotteryServiceImpl().sendChannelRewardMsg(</w:t>
        <w:br/>
        <w:t xml:space="preserve">                    liveSendChannelRewardMsgRequest);</w:t>
        <w:br/>
        <w:t xml:space="preserve">            Assert.assertTrue(liveSendChannelRewardMsgResponse);</w:t>
        <w:br/>
        <w:t xml:space="preserve">            if (liveSendChannelRewardMsgResponse) {</w:t>
        <w:br/>
        <w:t xml:space="preserve">                //to do something ......</w:t>
        <w:br/>
        <w:t xml:space="preserve">                log.debug("测试发送打赏消息成功");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打赏者昵称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打赏者头像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打赏者ID，通过外部授权等观看方式对接，由B端系统产生，通过百名单进入的，此处可使用会员码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打赏类型，(cash:现金打赏;good:道具打赏)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打赏内容：礼物打赏为礼物名称，现金打赏为金额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礼物打赏时为礼物图片，现金打赏时为空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goodNum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打赏数量，不传默认为1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needUserImage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是否socket消息需要用户图片（是：Y，否：N。不传默认为N）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true为发送成功，false为发送失败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7、查询频道中奖统计记录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查询频道中奖统计记录</w:t>
        <w:br/>
        <w:t>接口地址（仅做说明使用）：https://api.polyv.net/live/v4/channel/lottery/list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2、不传lotteryId抽奖Id时，startTime、endTime必传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3、传入lotteryId抽奖Id时，startTime、endTime可不传，即使传了也不生效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4、startTime、endTime查询时间跨度最大为365天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testGetLotteryList() throws IOException, NoSuchAlgorithmException {</w:t>
        <w:br/>
        <w:t xml:space="preserve">        LiveGetLotteryListRequest liveGetLotteryListRequest = new LiveGetLotteryListRequest();</w:t>
        <w:br/>
        <w:t xml:space="preserve">        LiveGetLotteryListResponse liveGetLotteryListResponse;</w:t>
        <w:br/>
        <w:t xml:space="preserve">        try {</w:t>
        <w:br/>
        <w:t xml:space="preserve">            String channelId = createChannel();</w:t>
        <w:br/>
        <w:t xml:space="preserve">            liveGetLotteryListRequest.setChannelId(channelId)</w:t>
        <w:br/>
        <w:t xml:space="preserve">                    .setStartTime(super.getXDay(new Date(), -60))</w:t>
        <w:br/>
        <w:t xml:space="preserve">                    .setEndTime(super.getDate(System.currentTimeMillis()));</w:t>
        <w:br/>
        <w:t xml:space="preserve">            liveGetLotteryListResponse = new LiveLotteryServiceImpl().getLotteryList(liveGetLotteryListRequest);</w:t>
        <w:br/>
        <w:t xml:space="preserve">            Assert.assertNotNull(liveGetLotteryListResponse);</w:t>
        <w:br/>
        <w:t xml:space="preserve">            if (liveGetLotteryListResponse != null) {</w:t>
        <w:br/>
        <w:t xml:space="preserve">                //to do something ......</w:t>
        <w:br/>
        <w:t xml:space="preserve">                log.debug("测试查询频道中奖统计记录成功 {}", JSON.toJSONString(liveGetLotteryListResponse));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1、请求正确，返回LiveGetLotteryListResponse对象，B端依据此对象处理业务逻辑；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中奖记录列表【详见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LotteryListContents参数描述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LotteryListContents参数描述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winnerCount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实际中奖人数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totalUsers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参与抽奖的人数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账号userId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抽奖时的直播场次ID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lotteryRange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抽奖候选人范围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按头衔抽奖时的头衔名称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预设中奖者，以英文逗号隔开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LotteryListExt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抽奖的额外拓展信息【详见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LotteryListExt参数描述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抽奖时间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LotteryListExt参数描述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collectInfo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中奖用户领奖收集信息列表【详见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LotteryListExtCollectInfo参数描述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LotteryListExtCollectInfo参数描述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填写提示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8、查询多个频道抽奖记录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获取一段时间内的多个直播频道发起抽奖记录列表</w:t>
        <w:br/>
        <w:t>接口地址（仅做说明使用）：https://api.polyv.net/live/v3/channel/lottery/list-channels-lottery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testListChannelsLottery() throws IOException, NoSuchAlgorithmException {</w:t>
        <w:br/>
        <w:t xml:space="preserve">        LiveListChannelsLotteryRequest liveListChannelsLotteryRequest = new LiveListChannelsLotteryRequest();</w:t>
        <w:br/>
        <w:t xml:space="preserve">        LiveListChannelsLotteryResponse liveListChannelsLotteryResponse;</w:t>
        <w:br/>
        <w:t xml:space="preserve">        try {</w:t>
        <w:br/>
        <w:t xml:space="preserve">            String channelId = super.createChannel();</w:t>
        <w:br/>
        <w:t xml:space="preserve">            liveListChannelsLotteryRequest.setChannelIds(channelId);</w:t>
        <w:br/>
        <w:t xml:space="preserve">            liveListChannelsLotteryRequest.setStartTime(super.getDate(1601481600000L));</w:t>
        <w:br/>
        <w:t xml:space="preserve">            liveListChannelsLotteryRequest.setEndTime(super.getDate(1615357743000L));</w:t>
        <w:br/>
        <w:t xml:space="preserve">            liveListChannelsLotteryResponse = new LiveLotteryServiceImpl().listChannelsLottery(</w:t>
        <w:br/>
        <w:t xml:space="preserve">                    liveListChannelsLotteryRequest);</w:t>
        <w:br/>
        <w:t xml:space="preserve">            Assert.assertNotNull(liveListChannelsLotteryResponse);</w:t>
        <w:br/>
        <w:t xml:space="preserve">            if (liveListChannelsLotteryResponse != null) {</w:t>
        <w:br/>
        <w:t xml:space="preserve">                //to do something ......</w:t>
        <w:br/>
        <w:t xml:space="preserve">                log.debug("测试查询多个频道抽奖记录成功 {}", JSON.toJSONString(liveListChannelsLotteryResponse));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1、请求正确，返回LiveListChannelsLotteryResponse对象，B端依据此对象处理业务逻辑；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频道号,多个频道使用“,”进行分割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查询的开始日期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查询的结束日期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要查询的直播场次ID，默认查询该频道中所有场次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limit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抽奖记录列表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LotteryListModel参数描述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LotteryListModel参数描述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抽奖时的直播场次ID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账号userId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lotteryRange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抽奖范围 all：所有观众 notWinning：当场直播未中奖用户 signed：已签到用户 actor：头衔 questionnaire：已填问卷用户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抽奖范围为按头衔抽奖时的头衔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预设中奖人数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预设中奖观众ID，多个ID 用英文逗号分开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winnerCount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实际中奖人数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json 格式的字符串,表示抽奖的额外拓展信息，对应模型类：LotteryListModelExt字段说明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lotteryService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