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lotteryActivityService</w:t>
      </w:r>
    </w:p>
    <w:p>
      <w:pPr>
        <w:pStyle w:val="Heading1"/>
      </w:pPr>
      <w:r>
        <w:t>1、查询抽奖活动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查询抽奖活动</w:t>
        <w:br/>
        <w:t>接口地址（仅做说明使用）：https://api.polyv.net/live//v4/channel/lottery-activity/get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testGetLotteryActivity() throws Exception, NoSuchAlgorithmException {</w:t>
        <w:br/>
        <w:t xml:space="preserve">        LiveLotteryActivityRequest liveLotteryActivityRequest = new LiveLotteryActivityRequest();</w:t>
        <w:br/>
        <w:t xml:space="preserve">        LiveLotteryActivityResponse liveLotteryActivityResponse;</w:t>
        <w:br/>
        <w:t xml:space="preserve">        try {</w:t>
        <w:br/>
        <w:t xml:space="preserve">            liveLotteryActivityRequest.setChannelId(super.createChannel()).setId(30632L);</w:t>
        <w:br/>
        <w:t xml:space="preserve">            liveLotteryActivityResponse = new LiveLotteryActivityServiceImpl().getLotteryActivity(</w:t>
        <w:br/>
        <w:t xml:space="preserve">                    liveLotteryActivityRequest);</w:t>
        <w:br/>
        <w:t xml:space="preserve">            Assert.assertNotNull(liveLotteryActivityResponse);</w:t>
        <w:br/>
        <w:t xml:space="preserve">            if (liveLotteryActivityResponse != null) {</w:t>
        <w:br/>
        <w:t xml:space="preserve">                //to do something ......</w:t>
        <w:br/>
        <w:t xml:space="preserve">                log.debug("测试查询抽奖活动成功，{}", JSON.toJSONString(liveLotteryActivityResponse));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1、请求正确，返回LiveLotteryActivityResponse对象，B端依据此对象处理业务逻辑；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参与抽奖用户类型: all:全部，customGroup:自定义分组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分组抽取方式, average:等额抽奖, random:随机抽奖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每组抽取数量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hiddenAttendeeNumber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是否隐藏参与人数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repeatWinEnabled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允许重复中奖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是否填写收货信息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活动时长(分钟)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externalListLink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外部名单链接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externalInviteNumLink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获取邀请人数链接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领奖方式，form:表单，link:外链，qrCode:识别二维码,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问答组模板ID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perAnswerDuration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每道题的答题时长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自定义分组信息【详见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CustomGroup参数描述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收货字段信息列表，无条件抽奖时填写【详见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PrizeInfo参数描述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CustomGroup参数描述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分组人数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PrizeInfo参数描述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奖项名称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correctAnswerCount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答对题目数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2、创建抽奖活动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创建抽奖活动</w:t>
        <w:br/>
        <w:t>接口地址（仅做说明使用）：https://api.polyv.net/live//v4/channel/lottery-activity/create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testCreateLotteryActivity() throws Exception, NoSuchAlgorithmException {</w:t>
        <w:br/>
        <w:t xml:space="preserve">        LiveCreateLotteryActivityRequest liveCreateLotteryActivityRequest = new LiveCreateLotteryActivityRequest();</w:t>
        <w:br/>
        <w:t xml:space="preserve">        LiveCreateLotteryActivityResponse liveCreateLotteryActivityResponse;</w:t>
        <w:br/>
        <w:t xml:space="preserve">        try {</w:t>
        <w:br/>
        <w:t xml:space="preserve">            liveCreateLotteryActivityRequest.setChannelId(super.createChannel())</w:t>
        <w:br/>
        <w:t xml:space="preserve">                    .setActivityName("polyv抽奖活动")</w:t>
        <w:br/>
        <w:t xml:space="preserve">                    .setLotteryCondition("none")</w:t>
        <w:br/>
        <w:t xml:space="preserve">                    .setAmount(1)</w:t>
        <w:br/>
        <w:t xml:space="preserve">                    .setPrizeName("一等奖")</w:t>
        <w:br/>
        <w:t xml:space="preserve">                    .setPrice(BigDecimal.valueOf(12.1))</w:t>
        <w:br/>
        <w:t xml:space="preserve">                    .setRealPrice(BigDecimal.valueOf(200.33));</w:t>
        <w:br/>
        <w:t xml:space="preserve">            liveCreateLotteryActivityResponse = new LiveLotteryActivityServiceImpl().createLotteryActivity(</w:t>
        <w:br/>
        <w:t xml:space="preserve">                    liveCreateLotteryActivityRequest);</w:t>
        <w:br/>
        <w:t xml:space="preserve">            Assert.assertNotNull(liveCreateLotteryActivityResponse);</w:t>
        <w:br/>
        <w:t xml:space="preserve">            if (liveCreateLotteryActivityResponse != null) {</w:t>
        <w:br/>
        <w:t xml:space="preserve">                //to do something ......</w:t>
        <w:br/>
        <w:t xml:space="preserve">                log.debug("测试创建抽奖活动成功，{}", JSON.toJSONString(liveCreateLotteryActivityResponse));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1、请求正确，返回LiveCreateLotteryActivityResponse对象，B端依据此对象处理业务逻辑；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抽奖活动类型, none:无条件, invite:邀请好友, duration:观看时长, comment:评论抽奖, question:答题抽奖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参与抽奖用户类型: all:全部，customGroup:自定义分组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分组抽取方式, average:等额抽奖, random:随机抽奖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每组抽取数量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hiddenAttendeeNumber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是否隐藏参与人数,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repeatWinEnabled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允许重复中奖,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是否填写收货信息,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活动时长(分钟)，非无条件抽奖时必填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邀请方式，poster:邀请海报，external:外部邀请，邀请抽奖时必填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externalListLink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外部名单链接，邀请抽奖且邀请方式为外部邀请时必填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externalInviteNumLink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获取邀请人数链接，邀请抽奖且邀请方式为外部邀请时必填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inviteNum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邀请人数，邀请抽奖时必填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观看时长，观看时长抽奖时必填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comment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评论内容，评论抽奖时必填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领奖方式，form:表单，link:外链，qrCode:识别二维码, 非无条件和答题抽奖必填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领奖方式奖品链接, 领奖方式为外链必填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领奖方式二维码链接, 领奖方式为二维码必填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领奖方式二维码提示语, 领奖方式为二维码填写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问答组模板ID, 答题抽奖必填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perAnswerDuration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每道题的答题时长, 答题抽奖必填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自定义分组ID, 抽奖用户类型为自定义时有效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收货字段信息列表，无条件抽奖时填写【详见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领奖方式表单字段信息, 领奖方式为表单填写【详见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奖品信息，答题抽奖时必填【详见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PrizeInfo参数描述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PrizeInfo参数描述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奖项名称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correctAnswerCount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答对题目数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领奖方式奖品链接, 领奖方式为外链必填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领奖方式二维码链接, 领奖方式为二维码必填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领奖方式二维码提示语, 领奖方式为二维码填写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领奖方式表单字段信息, 领奖方式为表单填写【详见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参与抽奖用户类型: all:全部，customGroup:自定义分组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分组抽取方式, average:等额抽奖, random:随机抽奖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每组抽取数量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hiddenAttendeeNumber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是否隐藏参与人数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repeatWinEnabled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允许重复中奖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是否填写收货信息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活动时长(分钟)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externalListLink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外部名单链接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externalInviteNumLink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获取邀请人数链接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领奖方式，form:表单，link:外链，qrCode:识别二维码,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问答组模板ID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perAnswerDuration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每道题的答题时长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自定义分组信息【详见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CustomGroup参数描述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收货字段信息列表，无条件抽奖时填写【详见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PrizeInfo参数描述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CustomGroup参数描述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分组人数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PrizeInfo参数描述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奖项名称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correctAnswerCount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答对题目数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3、更新抽奖活动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更新抽奖活动</w:t>
        <w:br/>
        <w:t>接口地址（仅做说明使用）：https://api.polyv.net/live//v4/channel/lottery-activity/update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testUpdateLotteryActivity() throws Exception, NoSuchAlgorithmException {</w:t>
        <w:br/>
        <w:t xml:space="preserve">        LiveUpdateLotteryActivityRequest liveUpdateLotteryActivityRequest = new LiveUpdateLotteryActivityRequest();</w:t>
        <w:br/>
        <w:t xml:space="preserve">        Boolean liveUpdateLotteryActivityResponse;</w:t>
        <w:br/>
        <w:t xml:space="preserve">        try {</w:t>
        <w:br/>
        <w:t xml:space="preserve">            liveUpdateLotteryActivityRequest.setChannelId(super.createChannel())</w:t>
        <w:br/>
        <w:t xml:space="preserve">                    .setId(30951L)</w:t>
        <w:br/>
        <w:t xml:space="preserve">                    .setActivityName("polyv抽奖活动")</w:t>
        <w:br/>
        <w:t xml:space="preserve">                    .setLotteryCondition("none")</w:t>
        <w:br/>
        <w:t xml:space="preserve">                    .setAmount(2)</w:t>
        <w:br/>
        <w:t xml:space="preserve">                    .setPrizeName("2等奖");</w:t>
        <w:br/>
        <w:t xml:space="preserve">            liveUpdateLotteryActivityResponse = new LiveLotteryActivityServiceImpl().updateLotteryActivity(</w:t>
        <w:br/>
        <w:t xml:space="preserve">                    liveUpdateLotteryActivityRequest);</w:t>
        <w:br/>
        <w:t xml:space="preserve">            Assert.assertNotNull(liveUpdateLotteryActivityResponse);</w:t>
        <w:br/>
        <w:t xml:space="preserve">            if (liveUpdateLotteryActivityResponse != null) {</w:t>
        <w:br/>
        <w:t xml:space="preserve">                //to do something ......</w:t>
        <w:br/>
        <w:t xml:space="preserve">                log.debug("更新抽奖活动成功，{}", JSON.toJSONString(liveUpdateLotteryActivityResponse));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抽奖活动类型, none:无条件, invite:邀请好友, duration:观看时长, comment:评论抽奖, question:答题抽奖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参与抽奖用户类型: all:全部，customGroup:自定义分组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分组抽取方式, average:等额抽奖, random:随机抽奖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每组抽取数量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hiddenAttendeeNumber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是否隐藏参与人数,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repeatWinEnabled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允许重复中奖,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是否填写收货信息,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活动时长(分钟)，非无条件抽奖时必填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邀请方式，poster:邀请海报，external:外部邀请，邀请抽奖时必填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externalListLink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外部名单链接，邀请抽奖且邀请方式为外部邀请时必填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externalInviteNumLink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获取邀请人数链接，邀请抽奖且邀请方式为外部邀请时必填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inviteNum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邀请人数，邀请抽奖时必填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观看时长，观看时长抽奖时必填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comment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评论内容，评论抽奖时必填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领奖方式，form:表单，link:外链，qrCode:识别二维码, 非无条件和答题抽奖必填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领奖方式奖品链接, 领奖方式为外链必填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领奖方式二维码链接, 领奖方式为二维码必填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领奖方式二维码提示语, 领奖方式为二维码填写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问答组模板ID, 答题抽奖必填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perAnswerDuration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每道题的答题时长, 答题抽奖必填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收货字段信息列表，无条件抽奖时填写【详见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领奖方式表单字段信息, 领奖方式为表单填写【详见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奖品信息，答题抽奖时必填【详见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PrizeInfo参数描述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PrizeInfo参数描述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奖项名称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correctAnswerCount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答对题目数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领奖方式奖品链接, 领奖方式为外链必填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领奖方式二维码链接, 领奖方式为二维码必填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领奖方式二维码提示语, 领奖方式为二维码填写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领奖方式表单字段信息, 领奖方式为表单填写【详见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null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4、删除抽奖活动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删除抽奖活动</w:t>
        <w:br/>
        <w:t>接口地址（仅做说明使用）：https://api.polyv.net/live//v4/channel/lottery-activity/delete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testDeleteLotteryActivity() throws Exception, NoSuchAlgorithmException {</w:t>
        <w:br/>
        <w:t xml:space="preserve">        LiveDeleteLotteryActivityRequest liveDeleteLotteryActivityRequest = new LiveDeleteLotteryActivityRequest();</w:t>
        <w:br/>
        <w:t xml:space="preserve">        Boolean liveDeleteLotteryActivityResponse;</w:t>
        <w:br/>
        <w:t xml:space="preserve">        try {</w:t>
        <w:br/>
        <w:t xml:space="preserve">            liveDeleteLotteryActivityRequest.setChannelId(super.createChannel())</w:t>
        <w:br/>
        <w:t xml:space="preserve">                    .setId(30951L);</w:t>
        <w:br/>
        <w:t xml:space="preserve">            liveDeleteLotteryActivityResponse = new LiveLotteryActivityServiceImpl().deleteLotteryActivity(</w:t>
        <w:br/>
        <w:t xml:space="preserve">                    liveDeleteLotteryActivityRequest);</w:t>
        <w:br/>
        <w:t xml:space="preserve">            Assert.assertNotNull(liveDeleteLotteryActivityResponse);</w:t>
        <w:br/>
        <w:t xml:space="preserve">            if (liveDeleteLotteryActivityResponse != null) {</w:t>
        <w:br/>
        <w:t xml:space="preserve">                //to do something ......</w:t>
        <w:br/>
        <w:t xml:space="preserve">                log.debug("删除抽奖活动成功，{}", JSON.toJSONString(liveDeleteLotteryActivityResponse));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null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5、查询抽奖活动列表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查询抽奖活动列表</w:t>
        <w:br/>
        <w:t>接口地址（仅做说明使用）：https://api.polyv.net/live//v4/channel/lottery-activity/list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testListLotteryActivity() throws IOException, NoSuchAlgorithmException {</w:t>
        <w:br/>
        <w:t xml:space="preserve">        LiveLotteryActivityListRequest liveLotteryActivityListRequest = new LiveLotteryActivityListRequest();</w:t>
        <w:br/>
        <w:t xml:space="preserve">        LiveLotteryActivityListPageResponse liveLotteryActivityListPageResponse;</w:t>
        <w:br/>
        <w:t xml:space="preserve">        try {</w:t>
        <w:br/>
        <w:t xml:space="preserve">            liveLotteryActivityListRequest.setChannelId(super.createChannel()).setPageSize(2);</w:t>
        <w:br/>
        <w:t xml:space="preserve">            liveLotteryActivityListPageResponse = new LiveLotteryActivityServiceImpl().listLotteryActivity(</w:t>
        <w:br/>
        <w:t xml:space="preserve">                    liveLotteryActivityListRequest);</w:t>
        <w:br/>
        <w:t xml:space="preserve">            Assert.assertNotNull(liveLotteryActivityListPageResponse);</w:t>
        <w:br/>
        <w:t xml:space="preserve">            if (liveLotteryActivityListPageResponse != null) {</w:t>
        <w:br/>
        <w:t xml:space="preserve">                //to do something ......</w:t>
        <w:br/>
        <w:t xml:space="preserve">                log.debug("查询抽奖活动列表成功，{}", JSON.toJSONString(liveLotteryActivityListPageResponse));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1、请求正确，返回LiveLotteryActivityListPageResponse对象，B端依据此对象处理业务逻辑；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LiveLotteryActivityList参数描述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LiveLotteryActivityList参数描述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参与抽奖用户类型: all:全部，customGroup:自定义分组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自定义分组信息【详见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CustomGroup参数描述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分组抽取方式, average:等额抽奖, random:随机抽奖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每组抽取数量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hiddenAttendeeNumber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是否隐藏参与人数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repeatWinEnabled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允许重复中奖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是否填写收货信息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收货字段信息列表，无条件抽奖时填写【详见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活动时长(分钟)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externalListLink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外部名单链接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externalInviteNumLink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获取邀请人数链接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领奖方式，form:表单，link:外链，qrCode:识别二维码,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PrizeInfo参数描述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问答组模板ID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perAnswerDuration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每道题的答题时长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CustomGroup参数描述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分组人数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PrizeInfo参数描述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奖项名称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correctAnswerCount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答对题目数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BigDecimal参数描述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lotteryActivityService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