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invitePosterService</w:t>
      </w:r>
    </w:p>
    <w:p>
      <w:pPr>
        <w:pStyle w:val="Heading1"/>
      </w:pPr>
      <w:r>
        <w:t>1、查询邀请海报明细数据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分页查询邀请海报明细数据统计</w:t>
        <w:br/>
        <w:t>接口地址（仅做说明使用）：https://api.polyv.net/live/v4/channel/invite/list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testGetInviteStats() throws IOException, NoSuchAlgorithmException {</w:t>
        <w:br/>
        <w:t xml:space="preserve">        LiveGetInviteStatsRequest liveGetInviteStatsRequest = new LiveGetInviteStatsRequest();</w:t>
        <w:br/>
        <w:t xml:space="preserve">        LiveGetInviteStatsResponse liveGetInviteStatsResponse;</w:t>
        <w:br/>
        <w:t xml:space="preserve">        try {</w:t>
        <w:br/>
        <w:t xml:space="preserve">            String channelId = super.getAloneNewChannelId();</w:t>
        <w:br/>
        <w:t xml:space="preserve">            liveGetInviteStatsRequest.setChannelId(channelId)</w:t>
        <w:br/>
        <w:t xml:space="preserve">                    .setStartTime(super.getDate(1651219474000L))</w:t>
        <w:br/>
        <w:t xml:space="preserve">                    .setEndTime(super.getDate(1651219478000L));</w:t>
        <w:br/>
        <w:t xml:space="preserve">            liveGetInviteStatsResponse = new ILiveInvitePosterServiceImpl().getInviteStats(liveGetInviteStatsRequest);</w:t>
        <w:br/>
        <w:t xml:space="preserve">            Assert.assertNotNull(liveGetInviteStatsResponse);</w:t>
        <w:br/>
        <w:t xml:space="preserve">            if (liveGetInviteStatsResponse != null) {</w:t>
        <w:br/>
        <w:t xml:space="preserve">                //to do something ......</w:t>
        <w:br/>
        <w:t xml:space="preserve">                log.debug("测试查询邀请海报明细数据成功 {}", JSON.toJSONString(liveGetInviteStatsResponse));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1、请求正确，返回LiveGetInviteStatsResponse对象，B端依据此对象处理业务逻辑；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InviteStats参数描述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InviteStats参数描述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自定义邀请Id（默认为空，需要配置才有值）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邀请人头像url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海报生成时间，13位毫秒级时间戳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受邀人头像url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2、创建邀请者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邀请海报-创建邀请者</w:t>
        <w:br/>
        <w:t>接口地址（仅做说明使用）：https://api.polyv.net/live/v4/channel/invite/poster/create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testCreateInviter() throws IOException, NoSuchAlgorithmException {</w:t>
        <w:br/>
        <w:t xml:space="preserve">        LiveCreateInviterRequest liveCreateInviterRequest = new LiveCreateInviterRequest();</w:t>
        <w:br/>
        <w:t xml:space="preserve">        LiveCreateInviterResponse liveCreateInviterResponse;</w:t>
        <w:br/>
        <w:t xml:space="preserve">        try {</w:t>
        <w:br/>
        <w:t xml:space="preserve">            String channelId = super.createChannel();</w:t>
        <w:br/>
        <w:t xml:space="preserve">            liveCreateInviterRequest.setChannelId(channelId);</w:t>
        <w:br/>
        <w:t xml:space="preserve">            liveCreateInviterRequest.setOpenId("1yexRmHZoJrcw40");</w:t>
        <w:br/>
        <w:t xml:space="preserve">            liveCreateInviterRequest.setNickname("张三");</w:t>
        <w:br/>
        <w:t xml:space="preserve">            liveCreateInviterResponse = new ILiveInvitePosterServiceImpl().createInviter(liveCreateInviterRequest);</w:t>
        <w:br/>
        <w:t xml:space="preserve">            Assert.assertNotNull(liveCreateInviterResponse);</w:t>
        <w:br/>
        <w:t xml:space="preserve">            if (liveCreateInviterResponse != null) {</w:t>
        <w:br/>
        <w:t xml:space="preserve">                //to do something ......</w:t>
        <w:br/>
        <w:t xml:space="preserve">                log.debug("测试创建邀请者成功 {}", JSON.toJSONString(liveCreateInviterResponse));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1、请求正确，返回LiveCreateInviterResponse对象，B端依据此对象处理业务逻辑；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邀请者头像url地址，如果为空，则使用默认头像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invitePosterId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invitePosterService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