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userService</w:t>
      </w:r>
    </w:p>
    <w:p>
      <w:pPr>
        <w:pStyle w:val="Heading1"/>
      </w:pPr>
      <w:r>
        <w:t>1、查询分账号列表及剩余资源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集团账号查询分账号列表及分账号剩余资源</w:t>
        <w:br/>
        <w:t>接口地址（仅做说明使用）：https://api.polyv.net/live/v4/group/user/package/list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testListPackage() throws IOException, NoSuchAlgorithmException {</w:t>
        <w:br/>
        <w:t xml:space="preserve">        GroupListPackageRequest groupListPackageRequest = new GroupListPackageRequest();</w:t>
        <w:br/>
        <w:t xml:space="preserve">        GroupListPackageResponse groupListPackageResponse;</w:t>
        <w:br/>
        <w:t xml:space="preserve">        try {</w:t>
        <w:br/>
        <w:t xml:space="preserve">            groupListPackageResponse = new UserServiceImpl().listPackage(groupListPackageRequest);</w:t>
        <w:br/>
        <w:t xml:space="preserve">            Assert.assertNotNull(groupListPackageResponse);</w:t>
        <w:br/>
        <w:t xml:space="preserve">            if (groupListPackageResponse != null) {</w:t>
        <w:br/>
        <w:t xml:space="preserve">                //to do something ......</w:t>
        <w:br/>
        <w:t xml:space="preserve">                log.debug("测试查询分账号列表及剩余资源成功 {}", JSON.toJSONString(groupListPackageResponse));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1、请求正确，返回GroupListPackageResponse对象，B端依据此对象处理业务逻辑；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分账号邮箱，多个用英文逗号分隔，最多100个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Package参数描述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Package参数描述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分帐号应用ID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分帐号应用secret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memo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chargeType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云直播计费类型 minutes：分钟数 parallelConcurrent：并行并发 totalConcurrent：累计并发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remainConcurrent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云直播剩余资源，并发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云直播剩余资源，可用直播分钟数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云点播剩余资源，流量(G)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云点播剩余资源，空间(G)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到期时间类型 group：跟随主账号 custom：自定义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账号到期时间，十三位时间戳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 normal：正常使用 expired：已过期 frozen：已冻结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可用连麦分钟数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可用云导播台分钟数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可创建频道数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vodBakSecretKey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点播备用secretkey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writeToken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点播writetoken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readToken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点播readtoken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2、创建集团分帐号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创建集团分帐号</w:t>
        <w:br/>
        <w:t>接口地址（仅做说明使用）：https://api.polyv.net/live/v4/group/user/create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testCreate() throws IOException, NoSuchAlgorithmException {</w:t>
        <w:br/>
        <w:t xml:space="preserve">        GroupCreateUserRequest groupCreateUserRequest = new GroupCreateUserRequest();</w:t>
        <w:br/>
        <w:t xml:space="preserve">        GroupCreateUserResponse groupCreateUserResponse;</w:t>
        <w:br/>
        <w:t xml:space="preserve">        try {</w:t>
        <w:br/>
        <w:t xml:space="preserve">            groupCreateUserRequest.setEmail("polyvtest0707@polyv.net");</w:t>
        <w:br/>
        <w:t xml:space="preserve">            groupCreateUserRequest.setPassword("polyvtest0707");</w:t>
        <w:br/>
        <w:t xml:space="preserve">            groupCreateUserRequest.setContacts("张三");</w:t>
        <w:br/>
        <w:t xml:space="preserve">            groupCreateUserRequest.setPhone("17600002222");</w:t>
        <w:br/>
        <w:t xml:space="preserve">            groupCreateUserRequest.setExpireDate(super.getDate(1688720314000L));</w:t>
        <w:br/>
        <w:t xml:space="preserve">            groupCreateUserRequest.setMaxChannels(1);</w:t>
        <w:br/>
        <w:t xml:space="preserve">            groupCreateUserRequest.setConcurrent(10);</w:t>
        <w:br/>
        <w:t xml:space="preserve">            groupCreateUserResponse = new UserServiceImpl().create(groupCreateUserRequest);</w:t>
        <w:br/>
        <w:t xml:space="preserve">            Assert.assertNotNull(groupCreateUserResponse);</w:t>
        <w:br/>
        <w:t xml:space="preserve">            if (groupCreateUserResponse != null) {</w:t>
        <w:br/>
        <w:t xml:space="preserve">                //to do something ......</w:t>
        <w:br/>
        <w:t xml:space="preserve">                log.debug("测试创建集团分帐号成功 {}", JSON.toJSONString(groupCreateUserResponse));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1、请求正确，返回GroupCreateUserResponse对象，B端依据此对象处理业务逻辑；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密码，需要同时包含数字、英文，长度8~32位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手机号码，手机号不能绑定超过3个邮箱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最多可创建频道数量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分钟数，主账号为分钟数计费，该用量值必填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并发数，主账号为并发计费，该用量值必填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金额，不能小于0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memo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备注，50字符长度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到期时间类型 group：跟随主账号 custom：自定义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账号过期时间，yyyy-MM-dd，如2022-04-28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点播流量，单位G，默认分配100G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点播空间，单位G，默认分配100G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应用Secret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用户全局ID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3、分配分帐号资源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分配分帐号资源</w:t>
        <w:br/>
        <w:t>接口地址（仅做说明使用）：https://api.polyv.net/live/v4/group/user/package/update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testUpdatePackage() throws IOException, NoSuchAlgorithmException {</w:t>
        <w:br/>
        <w:t xml:space="preserve">        GroupUpdatePackageRequest groupUpdatePackageRequest = new GroupUpdatePackageRequest();</w:t>
        <w:br/>
        <w:t xml:space="preserve">        Boolean groupUpdatePackageResponse;</w:t>
        <w:br/>
        <w:t xml:space="preserve">        try {</w:t>
        <w:br/>
        <w:t xml:space="preserve">            groupUpdatePackageRequest.setEmail("polyvtest0625@polyv.net");</w:t>
        <w:br/>
        <w:t xml:space="preserve">            groupUpdatePackageRequest.setBalance(2f);</w:t>
        <w:br/>
        <w:t xml:space="preserve">            groupUpdatePackageRequest.setConcurrent(5);</w:t>
        <w:br/>
        <w:t xml:space="preserve">            groupUpdatePackageRequest.setRemainFlow(10);</w:t>
        <w:br/>
        <w:t xml:space="preserve">            groupUpdatePackageRequest.setRemainSpace(10);</w:t>
        <w:br/>
        <w:t xml:space="preserve">            groupUpdatePackageResponse = new UserServiceImpl().updatePackage(groupUpdatePackageRequest);</w:t>
        <w:br/>
        <w:t xml:space="preserve">            Assert.assertNotNull(groupUpdatePackageResponse);</w:t>
        <w:br/>
        <w:t xml:space="preserve">            if (groupUpdatePackageResponse != null) {</w:t>
        <w:br/>
        <w:t xml:space="preserve">                //to do something ......</w:t>
        <w:br/>
        <w:t xml:space="preserve">                log.debug("测试分配分帐号资源成功 {}", JSON.toJSONString(groupUpdatePackageResponse));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金额，不能小于0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可用分钟数（分）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点播流量，单位G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点播空间，单位G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连麦分钟数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云导播台分钟数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可创建频道数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true为分配成功，false为分配失败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