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功能索引</w:t>
      </w:r>
    </w:p>
    <w:p>
      <w:pPr>
        <w:pStyle w:val="Heading1"/>
      </w:pPr>
      <w:r>
        <w:t>功能脑图</w:t>
      </w:r>
    </w:p>
    <w:p/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graph TB</w:t>
        <w:br/>
        <w:t>A[&amp;lt;a href='#/live/java/function_index?id=频道信息管理'&amp;gt;频道信息管理&amp;lt;/a&amp;gt;&amp;lt;a href='#/live/java/function_index?id=频道管理-产品' title='功能描述'&amp;gt;&amp;lt;img src='../../img/share.jpg'&amp;gt;&amp;lt;/a&amp;gt;] --- K[频道级常用]</w:t>
        <w:br/>
        <w:t>B[&amp;lt;a href='#/live/java/function_index?id=子频道管理'&amp;gt;子频道管理&amp;lt;/a&amp;gt;&amp;lt;a href='#/live/java/function_index?id=子频道管理-产品' title='功能描述'&amp;gt;&amp;lt;img src='../../img/share.jpg'&amp;gt;&amp;lt;/a&amp;gt;] --- K</w:t>
        <w:br/>
        <w:t>C[&amp;lt;a href='#/live/java/function_index?id=频道场次'&amp;gt;频道场次&amp;lt;/a&amp;gt;&amp;lt;a href='#/live/java/function_index?id=频道场次-产品' title='功能描述'&amp;gt;&amp;lt;img src='../../img/share.jpg'&amp;gt;&amp;lt;/a&amp;gt;] --- K</w:t>
        <w:br/>
        <w:t>D[&amp;lt;a href='#/live/java/function_index?id=重制课件'&amp;gt;重制课件&amp;lt;/a&amp;gt;&amp;lt;a href='#/live/java/function_index?id=重制课件-产品' title='功能描述'&amp;gt;&amp;lt;img src='../../img/share.jpg'&amp;gt;&amp;lt;/a&amp;gt;] --- K</w:t>
        <w:br/>
        <w:t>E[&amp;lt;a href='#/live/java/function_index?id=频道回调'&amp;gt;频道回调&amp;lt;/a&amp;gt;&amp;lt;a href='#/live/java/function_index?id=频道回调-产品' title='功能描述'&amp;gt;&amp;lt;img src='../../img/share.jpg'&amp;gt;&amp;lt;/a&amp;gt;] --- K</w:t>
        <w:br/>
        <w:t>F[&amp;lt;a href='#/live/java/function_index?id=视频库管理'&amp;gt;视频库管理&amp;lt;/a&amp;gt;&amp;lt;a href='#/live/java/function_index?id=视频库管理-产品' title='功能描述'&amp;gt;&amp;lt;img src='../../img/share.jpg'&amp;gt;&amp;lt;/a&amp;gt;] --- K</w:t>
        <w:br/>
        <w:t>G[&amp;lt;a href='#/live/java/function_index?id=观看数据'&amp;gt;观看数据&amp;lt;/a&amp;gt;&amp;lt;a href='#/live/java/function_index?id=观看数据-产品' title='功能描述'&amp;gt;&amp;lt;img src='../../img/share.jpg'&amp;gt;&amp;lt;/a&amp;gt;] --- K</w:t>
        <w:br/>
        <w:t>K --- H[&amp;lt;a href='#/live/java/function_index?id=文档管理'&amp;gt;文档管理&amp;lt;/a&amp;gt;&amp;lt;a href='#/live/java/function_index?id=文档管理-产品' title='功能描述'&amp;gt;&amp;lt;img src='../../img/share.jpg'&amp;gt;&amp;lt;/a&amp;gt;]</w:t>
        <w:br/>
        <w:t>K --- I[&amp;lt;a href='#/live/java/function_index?id=功能开关'&amp;gt;功能开关&amp;lt;/a&amp;gt;&amp;lt;a href='#/live/java/function_index?id=功能开关-产品' title='功能描述'&amp;gt;&amp;lt;img src='../../img/share.jpg'&amp;gt;&amp;lt;/a&amp;gt;]</w:t>
        <w:br/>
        <w:t>K --- J[&amp;lt;a href='#/live/java/function_index?id=营销推广'&amp;gt;营销推广&amp;lt;/a&amp;gt;&amp;lt;a href='#/live/java/function_index?id=营销推广-产品' title='功能描述'&amp;gt;&amp;lt;img src='../../img/share.jpg'&amp;gt;&amp;lt;/a&amp;gt;]</w:t>
        <w:br/>
        <w:t>K --- L[&amp;lt;a href='#/live/java/function_index?id=观看页设置'&amp;gt;观看页设置&amp;lt;/a&amp;gt;&amp;lt;a href='#/live/java/function_index?id=观看页设置-产品' title='功能描述'&amp;gt;&amp;lt;img src='../../img/share.jpg'&amp;gt;&amp;lt;/a&amp;gt;]</w:t>
        <w:br/>
        <w:t>K --- M[&amp;lt;a href='#/live/java/function_index?id=频道观看条件'&amp;gt;频道观看条件&amp;lt;/a&amp;gt;&amp;lt;a href='#/live/java/function_index?id=频道观看条件-产品' title='功能描述'&amp;gt;&amp;lt;img src='../../img/share.jpg'&amp;gt;&amp;lt;/a&amp;gt;]</w:t>
        <w:br/>
        <w:t>K --- N[&amp;lt;a href='#/live/java/function_index?id=频道菜单管理'&amp;gt;频道菜单管理&amp;lt;/a&amp;gt;&amp;lt;a href='#/live/java/function_index?id=频道菜单管理-产品' title='功能描述'&amp;gt;&amp;lt;img src='../../img/share.jpg'&amp;gt;&amp;lt;/a&amp;gt;]</w:t>
        <w:br/>
        <w:t>K --- O[&amp;lt;a href='#/live/java/function_index?id=直播互动'&amp;gt;直播互动&amp;lt;/a&amp;gt;&amp;lt;a href='#/live/java/function_index?id=直播互动-产品' title='功能描述'&amp;gt;&amp;lt;img src='../../img/share.jpg'&amp;gt;&amp;lt;/a&amp;gt;]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graph TB</w:t>
        <w:br/>
        <w:t>A[&amp;lt;a href='#/live/java/function_index?id=直播截图'&amp;gt;直播截图&amp;lt;/a&amp;gt;&amp;lt;a href='#/live/java/function_index?id=直播截图-产品' title='功能描述'&amp;gt;&amp;lt;img src='../../img/share.jpg'&amp;gt;&amp;lt;/a&amp;gt;] --- K[频道级进阶]</w:t>
        <w:br/>
        <w:t>B[&amp;lt;a href='#/live/java/function_index?id=图文直播'&amp;gt;图文直播&amp;lt;/a&amp;gt;&amp;lt;a href='#/live/java/function_index?id=图文直播-产品' title='功能描述'&amp;gt;&amp;lt;img src='../../img/share.jpg'&amp;gt;&amp;lt;/a&amp;gt;] --- K</w:t>
        <w:br/>
        <w:t>C[&amp;lt;a href='#/live/java/function_index?id=转播管理'&amp;gt;转播管理&amp;lt;/a&amp;gt;&amp;lt;a href='#/live/java/function_index?id=转播管理-产品' title='功能描述'&amp;gt;&amp;lt;img src='../../img/share.jpg'&amp;gt;&amp;lt;/a&amp;gt;] --- K</w:t>
        <w:br/>
        <w:t>K --- D[&amp;lt;a href='#/live/java/function_index?id=播放器管理'&amp;gt;播放器管理&amp;lt;/a&amp;gt;&amp;lt;a href='#/live/java/function_index?id=播放器管理-产品' title='功能描述'&amp;gt;&amp;lt;img src='../../img/share.jpg'&amp;gt;&amp;lt;/a&amp;gt;]</w:t>
        <w:br/>
        <w:t>K --- E[&amp;lt;a href='#/live/java/function_index?id=推流管理'&amp;gt;推流管理&amp;lt;/a&amp;gt;&amp;lt;a href='#/live/java/function_index?id=推流管理-产品' title='功能描述'&amp;gt;&amp;lt;img src='../../img/share.jpg'&amp;gt;&amp;lt;/a&amp;gt;]</w:t>
        <w:br/>
        <w:t>K --- F[&amp;lt;a href='#/live/java/function_index?id=其他'&amp;gt;其他&amp;lt;/a&amp;gt;]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graph TB</w:t>
        <w:br/>
        <w:t>A[&amp;lt;a href='#/live/java/function_index?id=频道分类'&amp;gt;频道分类&amp;lt;/a&amp;gt;] --- K(账户级)</w:t>
        <w:br/>
        <w:t>B[&amp;lt;a href='#/live/java/function_index?id=账户信息'&amp;gt;账户信息&amp;lt;/a&amp;gt;] --- K</w:t>
        <w:br/>
        <w:t>C[&amp;lt;a href='#/live/java/function_index?id=设置回调URL'&amp;gt;设置回调URL&amp;lt;/a&amp;gt;] --- K</w:t>
        <w:br/>
        <w:t>K --- D[&amp;lt;a href='#/live/java/function_index?id=账户功能开关'&amp;gt;账户功能开关&amp;lt;/a&amp;gt;]</w:t>
        <w:br/>
        <w:t>K --- E[&amp;lt;a href='#/live/java/function_index?id=查询设置token'&amp;gt;查询设置token&amp;lt;/a&amp;gt;]</w:t>
      </w:r>
    </w:p>
    <w:p>
      <w:pPr>
        <w:pStyle w:val="Heading1"/>
      </w:pPr>
      <w:r>
        <w:t>功能说明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&amp;emsp;&amp;emsp;1、频道信息管理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&amp;emsp;&amp;emsp;&amp;emsp;&amp;emsp;频道相当于直播间或者课堂，讲师(或者主播)可以登录开播端开启直播，频道包括名称、开播密码、直播场景、频道分类等基础信息；频道信息管理 就是对频道进行管理；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&amp;emsp;&amp;emsp;2、子频道管理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&amp;emsp;&amp;emsp;&amp;emsp;&amp;emsp;子频道根据类型可分为嘉宾使用和助教使用，是属于频道下，用来给嘉宾参与直播，或者助教参与直播互动的；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&amp;emsp;&amp;emsp;3、频道场次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&amp;emsp;&amp;emsp;&amp;emsp;&amp;emsp;频道每重新开启一场直播，都属于不同的场次；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&amp;emsp;&amp;emsp;4、重制课件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&amp;emsp;&amp;emsp;重制课件功能仅在频道直播场景为三分屏（ppt）时存在，其功能点是将直播中的ppt和讲师摄像头画面（或白板和讲师摄像头画面）合并成一个视频；由于该过程是异步操作，因此提供重制课件列表供查询进行中的任务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&amp;emsp;&amp;emsp;5、频道回调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&amp;emsp;&amp;emsp;&amp;emsp;&amp;emsp;系统某些异步操作等执行完成时，会通过对应回调url通知 B端系统；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&amp;emsp;&amp;emsp;6、视频库管理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&amp;emsp;&amp;emsp;视频库分为直播暂存、回放列表、点播列表；直播暂存是直播完成后，生成录制视频列表（只保留180天）；回放列表是手动将直播暂存视频转码后永久保留的列表（需要一定转码时间）；点播列表即是将保利威云点播的视频关联频道的列表，一般用于回放或者伪直播（又叫硬盘推流）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&amp;emsp;&amp;emsp;7、观看数据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&amp;emsp;&amp;emsp;&amp;emsp;&amp;emsp;观众观看的报表统计数据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&amp;emsp;&amp;emsp;8、文档管理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&amp;emsp;&amp;emsp;&amp;emsp;&amp;emsp;文档管理是讲师在开播前上传的课件的功能。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&amp;emsp;&amp;emsp;9、功能开关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&amp;emsp;&amp;emsp;&amp;emsp;&amp;emsp;设置观看条件、跑马灯、播放限制等开关状态；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&amp;emsp;&amp;emsp;11、营销推广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&amp;emsp;&amp;emsp;&amp;emsp;&amp;emsp;设置频道广告和频道分享信息；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&amp;emsp;&amp;emsp;12、观看页设置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&amp;emsp;&amp;emsp;&amp;emsp;&amp;emsp;将C端观众看到的直播页面设置放在一起，如频道名称、主持人姓名、频道图标、直播倒计时等，部分参数可以在创建频道时就设置好；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&amp;emsp;&amp;emsp;13、频道观看条件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&amp;emsp;&amp;emsp;系统为B端提供了开放观看、付费观看、白名单观看、登记观看、验证码观看、自定义授权、外部授权、独立授权等观看方式，可以与B端系统对接数据，由B端系统控制用户是否能否观看直播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&amp;emsp;&amp;emsp;14、频道菜单管理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&amp;emsp;&amp;emsp;&amp;emsp;&amp;emsp;B端系统可通过该功能列表的接口对C端观众端的观看页面菜单进行管理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&amp;emsp;&amp;emsp;15、直播互动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&amp;emsp;&amp;emsp;&amp;emsp;&amp;emsp;该功能模块下又细分为打赏、答题卡、签到、问卷、抽奖、聊天室，主要和观众端进行交互。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&amp;emsp;&amp;emsp;16、直播截图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&amp;emsp;&amp;emsp;&amp;emsp;&amp;emsp;对开播端摄像头推流数据进行截图；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&amp;emsp;&amp;emsp;17、图文直播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&amp;emsp;&amp;emsp;&amp;emsp;&amp;emsp;开播端通过发送消息和图片进行直播；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&amp;emsp;&amp;emsp;18、转播管理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&amp;emsp;&amp;emsp;该功能需联系客服或销售进行开通；通过创建频道或者修改频道相关设置进行设置（receiveChannelIds字段）；该功能是一个开播端，多个频道进行观看直播（C端观众无感知），一般用于多个来源的观众，不能相互交流等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&amp;emsp;&amp;emsp;19、播放器管理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&amp;emsp;&amp;emsp;&amp;emsp;&amp;emsp;对C端观众端的播放器进行管理，一般用于设置logo和跑马灯；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&amp;emsp;&amp;emsp;20、推流管理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&amp;emsp;&amp;emsp;&amp;emsp;&amp;emsp;将推流设置为硬盘推流可以实现伪直播，也可以强制关停直播；</w:t>
      </w:r>
    </w:p>
    <w:p>
      <w:pPr>
        <w:pStyle w:val="Heading1"/>
      </w:pPr>
      <w:r>
        <w:t>功能列表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功能列表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子功能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API列表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备注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▼账户管理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▼频道分类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创建账号下直播分类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查询账号下直播分类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修改直播频道分类名称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修改直播频道分类顺序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删除直播频道分类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▼账户信息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获取直播用户账号信息接口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获取账号连麦分钟数使用量与剩余量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查询账户分钟数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查询账号下所有/某个频道号收入详情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▼设置回调URL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设置直播状态回调通知url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设置转存成功回调通知url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设置录制回调通知url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▼账户功能开关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设置功能开关状态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查询功能开关状态接口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▼查询设置token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设置账号单点登录的token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查询授权和连麦的token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设置频道单点登录token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设置子频道单点登录token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▼频道管理（常用）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▼频道信息管理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查询账号下所有频道详细信息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查询账号下的频道列表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查询账号下所有频道缩略信息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创建频道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批量创建频道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创建并初始化频道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查询频道信息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查询频道基本信息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修改频道的相关设置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设置频道详情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设置频道密码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删除直播频道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批量删除频道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设置频道最大在线人数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创建并初始化频道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查询频道基本信息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批量创建频道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创建频道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▼角色管理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查询角色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查询频道号下所有角色信息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删除角色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批量创建角色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创建角色-助教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设置角色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▼频道场次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查询频道直播场次信息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▼重制课件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创建重制课件任务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查询课件重制任务列表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▼频道回调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查询频道回调设置接口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设置频道回调设置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▼视频库管理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将点播中的视频添加到视频库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异步批量转存录制文件到点播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查询频道录制视频信息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查询视频库列表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查询指定文件ID的录制文件信息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设置视频库列表排序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设置视频库列表的默认视频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删除直播暂存中的录制文件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删除视频库列表中的视频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修改回放视频名称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导出合并的录制文件并回调mp4下载地址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▼回放设置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查询频道的回放开关状态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设置频道回放设置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设置后台回放开关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▼观看数据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获取频道一定时间范围之内的历史最高并发人数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分页获取连麦情况使用详情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分页查询频道观看日志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查询多个频道汇总的统计数据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查询多个频道的实时在线人数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查询频道的历史并发人数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▼文档管理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上传频道文档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查询频道文档转换状态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获取频道文档列表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删除频道文档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▼功能开关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设置频道默认项开关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▼营销推广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查询频道广告列表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设置播放器片头广告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设置播放器暂停广告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设置频道微信分享信息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查询频道微信分享信息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查询频道微信分享信息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▼观看页设置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设置频道的暖场设置开关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设置播放器暖场图片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设置播放器暖场视频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设置频道名称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设置主持人姓名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查询直播引导图开关状态及URL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设置频道点赞数和观看热度值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设置频道图标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设置引导开关以及引导图片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查询频道点赞数和观众热度值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设置频道直播倒计时信息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查询频道直播倒计时信息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▼频道观看条件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添加单个白名单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查询频道观看白名单列表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查询直播频道观看条件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设置观看条件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通过接口设置外部授权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设置自定义授权地址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设置授权认证URL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设置授权观看类型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更新白名单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删除白名单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查询频道或全局登记观看字段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查询页面登记观看列表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下载频道登记观看记录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新增白名单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下载频道观看白名单列表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▼频道菜单管理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设置自定义菜单直播介绍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查询频道的菜单信息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添加频道菜单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设置频道菜单排序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设置指定菜单id的频道菜单信息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删除频道菜单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设置提问功能显示开关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▼直播互动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▼打赏管理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设置道具打赏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设置现金打赏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查询打赏设置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▼答题卡管理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查询频道答题卡答题结果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▼签到管理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查询签到结果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查询指定签到ID的签到记录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依据指定直播场次sessionId查询签到场次信息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▼问卷管理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查询频道问卷列表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查询频道问卷详情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查询频道问卷结果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分页查询问卷结果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设置频道问卷信息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▼抽奖管理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获取频道抽奖记录列表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获取频道单场抽奖的中奖记录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设置抽奖中奖者信息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导出频道单场抽奖的中奖记录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发送点赞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▼聊天室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批量导入频道严禁词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查询历史聊天信息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查询聊天室管理员信息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查询频道禁言列表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查询频道踢人列表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查询频道严禁词/禁言IP列表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查询账号严禁词列表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查询咨询提问记录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设置讲师信息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设置聊天室禁言ip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设置聊天室管理员信息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删除禁言IP/严禁词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删除单条聊天记录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删除频道聊天记录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管理员发送频道聊天信息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发送自定义聊天信息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发送自定义消息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删除账号严禁词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查询账号禁言列表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禁言/解禁用户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账号设置禁言/解禁用户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管理员发送聊天信息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更新聊天审核开关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发送开播端弹窗消息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发布公告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查询频道公告列表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▼直播商品库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添加频道商品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查询频道商品库开关状态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查询频道商品列表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修改频道商品库开关状态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修改频道商品库上下架状态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推送频道商品库商品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修改频道商品库列表顺序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删除频道商品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▼频道管理（进阶）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▼直播截图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查询频道直播截图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▼图文直播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查询频道图文内容列表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▼转播管理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获取账号或频道转播列表信息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▼播放器管理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设置播放器Logo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设置播放器自定义url跑马灯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▼推流管理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修改直播推流方式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删除硬盘推流的视频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查询频道实时推流信息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批量查询频道直播流状态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禁止直播频道推流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恢复直播频道推流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设置频道流状态为直播中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设置频道为无直播状态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▼其他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上传图片资源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功能索引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