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code</w:t>
      </w:r>
    </w:p>
    <w:p>
      <w:pPr>
        <w:pStyle w:val="Heading1"/>
      </w:pPr>
      <w:r>
        <w:t>1、创建频道并设置白名单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由于创建频道同时设置观看条件为白名单，由于白名单列表为空，则会抛出异常；则需要先创建频道号，再添加频道白名单，再设置观看权限</w:t>
      </w:r>
    </w:p>
    <w:p>
      <w:pPr>
        <w:pStyle w:val="Heading2"/>
      </w:pPr>
      <w:r>
        <w:t>单元测试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请确认已经全局调用了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初始化系统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1、创建并初始化频道</w:t>
        <w:br/>
        <w:t xml:space="preserve">     * 2、设置频道主要观看条件白名单（主要观看条件白名单和次要观看条件白名单不互用）</w:t>
        <w:br/>
        <w:t xml:space="preserve">     * 3、设置观看条件为白名单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testCreateChannelInitWriteList() throws IOException, NoSuchAlgorithmException {</w:t>
        <w:br/>
        <w:t xml:space="preserve">        LiveChannelInitRequest liveChannelInitRequest = new LiveChannelInitRequest();</w:t>
        <w:br/>
        <w:t xml:space="preserve">        LiveChannelInitResponse liveChannelInitResponse = null;</w:t>
        <w:br/>
        <w:t xml:space="preserve">        try {</w:t>
        <w:br/>
        <w:t xml:space="preserve">            //1、创建并初始化频道</w:t>
        <w:br/>
        <w:t xml:space="preserve">            LiveChannelInitRequest.BasicSetting basicSetting = new LiveChannelInitRequest.BasicSetting().setName(</w:t>
        <w:br/>
        <w:t xml:space="preserve">                    "创建并初始化频道-白名单观看")</w:t>
        <w:br/>
        <w:t xml:space="preserve">                    .setChannelPasswd(getRandomString(6))</w:t>
        <w:br/>
        <w:t xml:space="preserve">                    .setAutoPlay(1)</w:t>
        <w:br/>
        <w:t xml:space="preserve">                    .setPlayerColor("#666666")</w:t>
        <w:br/>
        <w:t xml:space="preserve">                    .setScene(LiveConstant.SceneType.ALONE.getDesc())</w:t>
        <w:br/>
        <w:t xml:space="preserve">                    .setCategoryId(340019)</w:t>
        <w:br/>
        <w:t xml:space="preserve">                    .setMaxViewer(0)</w:t>
        <w:br/>
        <w:t xml:space="preserve">                    .setStartTime(null)</w:t>
        <w:br/>
        <w:t xml:space="preserve">                    .setDesc("这是一个描述")</w:t>
        <w:br/>
        <w:t xml:space="preserve">                    .setPublisher("sadboy主讲")</w:t>
        <w:br/>
        <w:t xml:space="preserve">                    .setLinkMicLimit(-1)</w:t>
        <w:br/>
        <w:t xml:space="preserve">                    .setPureRtcEnabled("N")</w:t>
        <w:br/>
        <w:t xml:space="preserve">                    .setReceiveChannelIds(null)</w:t>
        <w:br/>
        <w:t xml:space="preserve">                    .setOnlyOneLiveEnabled("N");</w:t>
        <w:br/>
        <w:t xml:space="preserve">            liveChannelInitRequest.setBasicSetting(basicSetting);</w:t>
        <w:br/>
        <w:t xml:space="preserve">            liveChannelInitResponse = new LiveChannelOperateServiceImpl().createChannelInit(liveChannelInitRequest);</w:t>
        <w:br/>
        <w:t xml:space="preserve">            Assert.assertNotNull(liveChannelInitResponse);</w:t>
        <w:br/>
        <w:t xml:space="preserve">            if (liveChannelInitResponse != null) {</w:t>
        <w:br/>
        <w:t xml:space="preserve">                //to do something ......</w:t>
        <w:br/>
        <w:t xml:space="preserve">                log.debug("测试创建并初始化频道 验证码观看创建成功{}", JSON.toJSONString(liveChannelInitResponse));</w:t>
        <w:br/>
        <w:t xml:space="preserve">                //2、设置频道主要观看条件白名单（主要观看条件白名单和次要观看条件白名单不互用）</w:t>
        <w:br/>
        <w:t xml:space="preserve">                LiveCreateChannelWhiteListRequest liveCreateChannelWhiteListRequest =</w:t>
        <w:br/>
        <w:t xml:space="preserve">                        new LiveCreateChannelWhiteListRequest();</w:t>
        <w:br/>
        <w:t xml:space="preserve">                Boolean liveCreateChannelWhiteListResponse;</w:t>
        <w:br/>
        <w:t xml:space="preserve">                liveCreateChannelWhiteListRequest.setChannelId(liveChannelInitResponse.getChannelId()).setRank(1)</w:t>
        <w:br/>
        <w:t xml:space="preserve">                        //此处一般设置为观众手机号或者学生学号等</w:t>
        <w:br/>
        <w:t xml:space="preserve">                        .setCode(String.valueOf(System.currentTimeMillis()))</w:t>
        <w:br/>
        <w:t xml:space="preserve">                        //此处设置为观众名称</w:t>
        <w:br/>
        <w:t xml:space="preserve">                        .setName("学员1");</w:t>
        <w:br/>
        <w:t xml:space="preserve">                liveCreateChannelWhiteListResponse = new LiveWebAuthServiceImpl().createChannelWhiteList(</w:t>
        <w:br/>
        <w:t xml:space="preserve">                        liveCreateChannelWhiteListRequest);</w:t>
        <w:br/>
        <w:t xml:space="preserve">                Assert.assertNotNull(liveCreateChannelWhiteListResponse);</w:t>
        <w:br/>
        <w:t xml:space="preserve">                if (liveCreateChannelWhiteListResponse) {</w:t>
        <w:br/>
        <w:t xml:space="preserve">                    //to do something ......</w:t>
        <w:br/>
        <w:t xml:space="preserve">                    log.debug("测试添加单个白名单-全局白名单成功");</w:t>
        <w:br/>
        <w:t xml:space="preserve">                    //3、设置观看条件为白名单</w:t>
        <w:br/>
        <w:t xml:space="preserve">                    LiveUpdateChannelAuthRequest liveUpdateChannelAuthRequest = new LiveUpdateChannelAuthRequest();</w:t>
        <w:br/>
        <w:t xml:space="preserve">                    Boolean liveUpdateChannelAuthResponse;</w:t>
        <w:br/>
        <w:t xml:space="preserve">                    LiveChannelSettingRequest.AuthSetting authSetting = new LiveChannelSettingRequest.AuthSetting().setAuthType(</w:t>
        <w:br/>
        <w:t xml:space="preserve">                            LiveConstant.AuthType.PHONE.getDesc())</w:t>
        <w:br/>
        <w:t xml:space="preserve">                            .setEnabled("Y").setRank(1)</w:t>
        <w:br/>
        <w:t xml:space="preserve">                            .setAuthTips("请输入手机号");</w:t>
        <w:br/>
        <w:t xml:space="preserve">                    List&lt;LiveChannelSettingRequest.AuthSetting&gt; authSettings =</w:t>
        <w:br/>
        <w:t xml:space="preserve">                            new ArrayList&lt;LiveChannelSettingRequest.AuthSetting&gt;();</w:t>
        <w:br/>
        <w:t xml:space="preserve">                    authSettings.add(authSetting);</w:t>
        <w:br/>
        <w:t xml:space="preserve">                    liveUpdateChannelAuthRequest.setChannelId(liveChannelInitResponse.getChannelId())</w:t>
        <w:br/>
        <w:t xml:space="preserve">                            .setAuthSettings(authSettings);</w:t>
        <w:br/>
        <w:t xml:space="preserve">                    liveUpdateChannelAuthResponse = new LiveWebAuthServiceImpl().updateChannelAuth(</w:t>
        <w:br/>
        <w:t xml:space="preserve">                            liveUpdateChannelAuthRequest);</w:t>
        <w:br/>
        <w:t xml:space="preserve">                    Assert.assertNotNull(liveUpdateChannelAuthResponse);</w:t>
        <w:br/>
        <w:t xml:space="preserve">                    if (liveUpdateChannelAuthResponse) {</w:t>
        <w:br/>
        <w:t xml:space="preserve">                        log.debug("测试设置观看条件成功");</w:t>
        <w:br/>
        <w:t xml:space="preserve">                    }</w:t>
        <w:br/>
        <w:t xml:space="preserve">                }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