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childrenService</w:t>
      </w:r>
    </w:p>
    <w:p>
      <w:pPr>
        <w:pStyle w:val="Heading1"/>
      </w:pPr>
      <w:r>
        <w:t>1、查询用户子账号列表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查询用户子账号列表</w:t>
        <w:br/>
        <w:t>接口地址（仅做说明使用）：https://api.polyv.net/live/v4/user/children/list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testGetUserChildren() throws IOException, NoSuchAlgorithmException {</w:t>
        <w:br/>
        <w:t xml:space="preserve">        LiveGetUserChildrenRequest liveGetUserChildrenRequest = new LiveGetUserChildrenRequest();</w:t>
        <w:br/>
        <w:t xml:space="preserve">        LiveGetUserChildrenResponse liveGetUserChildrenResponse;</w:t>
        <w:br/>
        <w:t xml:space="preserve">        try {</w:t>
        <w:br/>
        <w:t xml:space="preserve">            liveGetUserChildrenRequest.setChildEmail("");</w:t>
        <w:br/>
        <w:t xml:space="preserve">            liveGetUserChildrenResponse = new ILiveChildrenServiceImpl().getUserChildren(liveGetUserChildrenRequest);</w:t>
        <w:br/>
        <w:t xml:space="preserve">            Assert.assertNotNull(liveGetUserChildrenResponse);</w:t>
        <w:br/>
        <w:t xml:space="preserve">            if (liveGetUserChildrenResponse != null) {</w:t>
        <w:br/>
        <w:t xml:space="preserve">                //to do something ......</w:t>
        <w:br/>
        <w:t xml:space="preserve">                log.debug("测试查询用户子账号列表成功 {}", JSON.toJSONString(liveGetUserChildrenResponse));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1、请求正确，返回LiveGetUserChildrenResponse对象，B端依据此对象处理业务逻辑；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子账号邮箱，多个邮箱ID以,分隔，一次最多传入100个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UserChildren参数描述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UserChildren参数描述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telephone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 NORMAL：正常 FROZEN：冻结 DELETE：删除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所属用户组织架构ID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所属用户组织架构名称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所属角色ID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创建时间，13位毫秒级时间戳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2、新增子账号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新增子账号</w:t>
        <w:br/>
        <w:t>接口地址（仅做说明使用）：https://api.polyv.net/live/v4/user/children/create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testCreateUserChildren() throws IOException, NoSuchAlgorithmException {</w:t>
        <w:br/>
        <w:t xml:space="preserve">        LiveCreateUserChildrenRequest liveCreateUserChildrenRequest = new LiveCreateUserChildrenRequest();</w:t>
        <w:br/>
        <w:t xml:space="preserve">        LiveCreateUserChildrenResponse liveCreateUserChildrenResponse;</w:t>
        <w:br/>
        <w:t xml:space="preserve">        try {</w:t>
        <w:br/>
        <w:t xml:space="preserve">            liveCreateUserChildrenRequest.setChildEmail(getRandomString(6) + "-paas-test@polyv.net")</w:t>
        <w:br/>
        <w:t xml:space="preserve">                    .setChildName(getRandomString(6))</w:t>
        <w:br/>
        <w:t xml:space="preserve">                    .setPassword(getRandomString(8))</w:t>
        <w:br/>
        <w:t xml:space="preserve">                    .setRoleId(1);</w:t>
        <w:br/>
        <w:t xml:space="preserve">            liveCreateUserChildrenResponse = new ILiveChildrenServiceImpl().createUserChildren(</w:t>
        <w:br/>
        <w:t xml:space="preserve">                    liveCreateUserChildrenRequest);</w:t>
        <w:br/>
        <w:t xml:space="preserve">            Assert.assertNotNull(liveCreateUserChildrenResponse);</w:t>
        <w:br/>
        <w:t xml:space="preserve">            if (liveCreateUserChildrenResponse != null) {</w:t>
        <w:br/>
        <w:t xml:space="preserve">                //to do something ......</w:t>
        <w:br/>
        <w:t xml:space="preserve">                log.debug("测试新增子账号成功 {}", JSON.toJSONString(liveCreateUserChildrenResponse));</w:t>
        <w:br/>
        <w:t xml:space="preserve">                //TODO 此处创建完成后删除了子账号，正式使用需删除该语句</w:t>
        <w:br/>
        <w:t xml:space="preserve">                super.deleteUserChildren(liveCreateUserChildrenResponse.getChildEmail());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1、请求正确，返回LiveCreateUserChildrenResponse对象，B端依据此对象处理业务逻辑；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子账号登录邮箱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子账号用户名称，最大长度50个字符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子账号密码，长度8~16位必须包含数字与字母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组织ID，不传分配默认组织：总部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telephone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备注信息，最大长度100个字符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telephone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 NORMAL：正常 FROZEN：冻结 DELETE：删除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所属用户组织架构ID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所属用户组织架构名称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所属角色ID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3、修改子账号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通过子账号登录邮箱修改子账号信息</w:t>
        <w:br/>
        <w:t>接口地址（仅做说明使用）：https://api.polyv.net/live/v4/user/children/update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testUpdateUserChildren() throws IOException, NoSuchAlgorithmException {</w:t>
        <w:br/>
        <w:t xml:space="preserve">        LiveUpdateUserChildrenRequest liveUpdateUserChildrenRequest = new LiveUpdateUserChildrenRequest();</w:t>
        <w:br/>
        <w:t xml:space="preserve">        Boolean liveUpdateUserChildrenResponse;</w:t>
        <w:br/>
        <w:t xml:space="preserve">        try {</w:t>
        <w:br/>
        <w:t xml:space="preserve">            liveUpdateUserChildrenRequest.setChildEmail(super.getUserChildren().getChildEmail())</w:t>
        <w:br/>
        <w:t xml:space="preserve">                    .setChildName("张三zs")</w:t>
        <w:br/>
        <w:t xml:space="preserve">                    .setDescription("测试修改描述");</w:t>
        <w:br/>
        <w:t xml:space="preserve">            liveUpdateUserChildrenResponse = new ILiveChildrenServiceImpl().updateUserChildren(</w:t>
        <w:br/>
        <w:t xml:space="preserve">                    liveUpdateUserChildrenRequest);</w:t>
        <w:br/>
        <w:t xml:space="preserve">            Assert.assertTrue(liveUpdateUserChildrenResponse);</w:t>
        <w:br/>
        <w:t xml:space="preserve">            if (liveUpdateUserChildrenResponse) {</w:t>
        <w:br/>
        <w:t xml:space="preserve">                //to do something ......</w:t>
        <w:br/>
        <w:t xml:space="preserve">                log.debug("测试修改子账号成功");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子账号登录邮箱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子账号用户名称，最大长度50个字符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子账号密码，长度8~16位必须包含数字与字母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telephone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备注信息，最大长度100个字符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修改子账号返回实体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4、删除子账号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通过子账号登录邮箱删除子账号</w:t>
        <w:br/>
        <w:t>接口地址（仅做说明使用）：https://api.polyv.net/live/v4/user/children/delete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testDeleteUserChildren() throws IOException, NoSuchAlgorithmException {</w:t>
        <w:br/>
        <w:t xml:space="preserve">        LiveDeleteUserChildrenRequest liveDeleteUserChildrenRequest = new LiveDeleteUserChildrenRequest();</w:t>
        <w:br/>
        <w:t xml:space="preserve">        Boolean liveDeleteUserChildrenResponse;</w:t>
        <w:br/>
        <w:t xml:space="preserve">        try {</w:t>
        <w:br/>
        <w:t xml:space="preserve">            liveDeleteUserChildrenRequest.setChildEmail(super.getUserChildren().getChildEmail());</w:t>
        <w:br/>
        <w:t xml:space="preserve">            liveDeleteUserChildrenResponse = new ILiveChildrenServiceImpl().deleteUserChildren(</w:t>
        <w:br/>
        <w:t xml:space="preserve">                    liveDeleteUserChildrenRequest);</w:t>
        <w:br/>
        <w:t xml:space="preserve">            Assert.assertTrue(liveDeleteUserChildrenResponse);</w:t>
        <w:br/>
        <w:t xml:space="preserve">            if (liveDeleteUserChildrenResponse) {</w:t>
        <w:br/>
        <w:t xml:space="preserve">                //to do something ......</w:t>
        <w:br/>
        <w:t xml:space="preserve">                log.debug("测试删除子账号成功");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删除子账号返回实体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5、查询角色列表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查询子账号角色权限列表</w:t>
        <w:br/>
        <w:t>接口地址（仅做说明使用）：https://api.polyv.net/live/v4/user/children/role/list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testGetChildrenRoleList() throws IOException, NoSuchAlgorithmException {</w:t>
        <w:br/>
        <w:t xml:space="preserve">        LiveGetChildrenRoleListRequest liveGetChildrenRoleListRequest = new LiveGetChildrenRoleListRequest();</w:t>
        <w:br/>
        <w:t xml:space="preserve">        List&lt;LiveGetChildrenRoleListResponse&gt; liveGetChildrenRoleListResponse;</w:t>
        <w:br/>
        <w:t xml:space="preserve">        try {</w:t>
        <w:br/>
        <w:t xml:space="preserve">            liveGetChildrenRoleListResponse = new ILiveChildrenServiceImpl().getChildrenRoleList(</w:t>
        <w:br/>
        <w:t xml:space="preserve">                    liveGetChildrenRoleListRequest);</w:t>
        <w:br/>
        <w:t xml:space="preserve">            Assert.assertNotNull(liveGetChildrenRoleListResponse);</w:t>
        <w:br/>
        <w:t xml:space="preserve">            if (liveGetChildrenRoleListResponse != null) {</w:t>
        <w:br/>
        <w:t xml:space="preserve">                //to do something ......</w:t>
        <w:br/>
        <w:t xml:space="preserve">                log.debug("测试查询角色列表成功 {}", JSON.toJSONString(liveGetChildrenRoleListResponse));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1、请求正确，返回LiveGetChildrenRoleListResponse对象，B端依据此对象处理业务逻辑；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返回对象是List&amp;lt;LiveGetChildrenRoleListResponse&amp;gt;，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LiveGetChildrenRoleListResponse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角色描述，备注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permissionName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权限名称，多个权限名称用英文逗号”,“分割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6、查询组织架构列表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组织架构列表</w:t>
        <w:br/>
        <w:t>接口地址（仅做说明使用）：https://api.polyv.net/live/v4/user/organization/list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testGetOrganizationList() throws IOException, NoSuchAlgorithmException {</w:t>
        <w:br/>
        <w:t xml:space="preserve">        LiveGetOrganizationListRequest liveGetOrganizationListRequest = new LiveGetOrganizationListRequest();</w:t>
        <w:br/>
        <w:t xml:space="preserve">        List&lt;LiveGetOrganizationListResponse&gt; liveGetOrganizationListResponse;</w:t>
        <w:br/>
        <w:t xml:space="preserve">        try {</w:t>
        <w:br/>
        <w:t xml:space="preserve">            liveGetOrganizationListResponse = new ILiveChildrenServiceImpl().getOrganizationList(</w:t>
        <w:br/>
        <w:t xml:space="preserve">                    liveGetOrganizationListRequest);</w:t>
        <w:br/>
        <w:t xml:space="preserve">            Assert.assertNotNull(liveGetOrganizationListResponse);</w:t>
        <w:br/>
        <w:t xml:space="preserve">            if (liveGetOrganizationListResponse != null) {</w:t>
        <w:br/>
        <w:t xml:space="preserve">                //to do something ......</w:t>
        <w:br/>
        <w:t xml:space="preserve">                log.debug("测试查询组织架构列表成功 {}", JSON.toJSONString(liveGetOrganizationListResponse));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1、请求正确，返回LiveGetOrganizationListResponse对象，B端依据此对象处理业务逻辑；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返回对象是List&amp;lt;LiveGetOrganizationListResponse&amp;gt;，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LiveGetOrganizationListResponse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lft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左节点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rgt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右节点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父级组织的左节点ID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7、新增组织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组织架构新增子节点（排在第一位）</w:t>
        <w:br/>
        <w:t>接口地址（仅做说明使用）：https://api.polyv.net/live/v4/user/organization/create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testCreateOrganization() throws IOException, NoSuchAlgorithmException {</w:t>
        <w:br/>
        <w:t xml:space="preserve">        LiveCreateOrganizationRequest liveCreateOrganizationRequest = new LiveCreateOrganizationRequest();</w:t>
        <w:br/>
        <w:t xml:space="preserve">        LiveCreateOrganizationResponse liveCreateOrganizationResponse;</w:t>
        <w:br/>
        <w:t xml:space="preserve">        try {</w:t>
        <w:br/>
        <w:t xml:space="preserve">            liveCreateOrganizationRequest.setParentId(573).setName("测试组织001").setDescription("测试描述");</w:t>
        <w:br/>
        <w:t xml:space="preserve">            liveCreateOrganizationResponse = new ILiveChildrenServiceImpl().createOrganization(</w:t>
        <w:br/>
        <w:t xml:space="preserve">                    liveCreateOrganizationRequest);</w:t>
        <w:br/>
        <w:t xml:space="preserve">            Assert.assertNotNull(liveCreateOrganizationResponse);</w:t>
        <w:br/>
        <w:t xml:space="preserve">            if (liveCreateOrganizationResponse != null) {</w:t>
        <w:br/>
        <w:t xml:space="preserve">                //to do something ......</w:t>
        <w:br/>
        <w:t xml:space="preserve">                log.debug("测试新增组织成功 {}", JSON.toJSONString(liveCreateOrganizationResponse));</w:t>
        <w:br/>
        <w:t xml:space="preserve">                //TODO 此处创建完成后删除了组织，正式使用需删除该语句</w:t>
        <w:br/>
        <w:t xml:space="preserve">                super.deleteOrganization(liveCreateOrganizationResponse.getId());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1、请求正确，返回LiveCreateOrganizationResponse对象，B端依据此对象处理业务逻辑；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父节点组织ID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组织架构名称，最大长度12个字符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组织描述，最大长度100个字符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lft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左节点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rgt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右节点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父级组织的左节点ID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8、删除组织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通过组织ID删除组织</w:t>
        <w:br/>
        <w:t>接口地址（仅做说明使用）：https://api.polyv.net/live/v4/user/organization/delete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testDeleteOrganization() throws IOException, NoSuchAlgorithmException {</w:t>
        <w:br/>
        <w:t xml:space="preserve">        LiveDeleteOrganizationRequest liveDeleteOrganizationRequest = new LiveDeleteOrganizationRequest();</w:t>
        <w:br/>
        <w:t xml:space="preserve">        Boolean liveDeleteOrganizationResponse;</w:t>
        <w:br/>
        <w:t xml:space="preserve">        try {</w:t>
        <w:br/>
        <w:t xml:space="preserve">            liveDeleteOrganizationRequest.setOrganizationId(2818);</w:t>
        <w:br/>
        <w:t xml:space="preserve">            liveDeleteOrganizationResponse = new ILiveChildrenServiceImpl().deleteOrganization(</w:t>
        <w:br/>
        <w:t xml:space="preserve">                    liveDeleteOrganizationRequest);</w:t>
        <w:br/>
        <w:t xml:space="preserve">            Assert.assertNotNull(liveDeleteOrganizationResponse);</w:t>
        <w:br/>
        <w:t xml:space="preserve">            if (liveDeleteOrganizationResponse != null) {</w:t>
        <w:br/>
        <w:t xml:space="preserve">                //to do something ......</w:t>
        <w:br/>
        <w:t xml:space="preserve">                log.debug("测试删除组织成功 {}", JSON.toJSONString(liveDeleteOrganizationResponse));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  <w:br/>
        <w:t>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组织ID，组织节点或子孙节点若存在子账号则不允许删除，若该组织节点存在子孙节点将全部删除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删除组织返回实体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