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checkinService</w:t>
      </w:r>
    </w:p>
    <w:p>
      <w:pPr>
        <w:pStyle w:val="Heading1"/>
      </w:pPr>
      <w:r>
        <w:t>1、查询签到结果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查询签到结果</w:t>
        <w:br/>
        <w:t>接口地址（仅做说明使用）：https://api.polyv.net/live/v3/channel/checkin/list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testGetCheckinListInfo() throws Exception, NoSuchAlgorithmException {</w:t>
        <w:br/>
        <w:t xml:space="preserve">        LiveCheckinListRequest liveCheckinListRequest = new LiveCheckinListRequest();</w:t>
        <w:br/>
        <w:t xml:space="preserve">        LiveCheckinListResponse liveCheckinListResponse = null;</w:t>
        <w:br/>
        <w:t xml:space="preserve">        try {</w:t>
        <w:br/>
        <w:t xml:space="preserve">            String channelId = super.createChannel();</w:t>
        <w:br/>
        <w:t xml:space="preserve">            liveCheckinListRequest.setChannelId(channelId);</w:t>
        <w:br/>
        <w:t xml:space="preserve">            liveCheckinListRequest.setDate(getDate(2020,10,20)).setSessionId("fs9v9y4nxf");</w:t>
        <w:br/>
        <w:t xml:space="preserve">            liveCheckinListResponse = new LiveCheckinServiceImpl().getCheckinListInfo(liveCheckinListRequest);</w:t>
        <w:br/>
        <w:t xml:space="preserve">            Assert.assertNotNull(liveCheckinListResponse);</w:t>
        <w:br/>
        <w:t xml:space="preserve">            if (liveCheckinListResponse != null) {</w:t>
        <w:br/>
        <w:t xml:space="preserve">                //to do something ......</w:t>
        <w:br/>
        <w:t xml:space="preserve">                log.debug("测试查询签到结果成功{}", JSON.toJSONString(liveCheckinListResponse));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1、请求正确，返回LiveCheckinListResponse对象，B端依据此对象处理业务逻辑；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查询的指定日期，格式为yyyy-MM-dd，默认查询当天签到记录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场次sessionId,sessionId优先级高于date，如传sessionId，date参数无效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签到记录数据数组【详见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CheckinRecord参数描述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CheckinRecord参数描述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查询的签到日期，yyyy-MM-dd格式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C端观众id【对应api文档的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userid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timeFormat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签到的格式化详细日期，yyyy-MM-dd HH:mm 格式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场次sessionId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签到id，一场签到一个id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签到记录主键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该场次直播开始时间，只有请求参数传sessionId,该字段才有值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在外部授权、直接（独立）授权情况下传过来的自定义参数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在外部授权、直接（独立）授权情况下传过来的自定义参数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2、查询指定签到ID的签到记录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通过签到ID获取该次签到记录</w:t>
        <w:br/>
        <w:t>接口地址（仅做说明使用）：https://api.polyv.net/live/v3/channel/chat/get-checkins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testGetCheckinInfoById() throws Exception, NoSuchAlgorithmException {</w:t>
        <w:br/>
        <w:t xml:space="preserve">        LiveCheckinRequest liveCheckinRequest = new LiveCheckinRequest();</w:t>
        <w:br/>
        <w:t xml:space="preserve">        List&lt;LiveCheckinResponse&gt; liveCheckinResponse = null;</w:t>
        <w:br/>
        <w:t xml:space="preserve">        try {</w:t>
        <w:br/>
        <w:t xml:space="preserve">            String channelId = super.createChannel();</w:t>
        <w:br/>
        <w:t xml:space="preserve">            liveCheckinRequest.setChannelId(channelId)</w:t>
        <w:br/>
        <w:t xml:space="preserve">                    .setCheckinId("d91a7c60-1299-11eb-8c65-c70c1c");</w:t>
        <w:br/>
        <w:t xml:space="preserve">            liveCheckinResponse = new LiveCheckinServiceImpl().getCheckinInfoById(liveCheckinRequest);</w:t>
        <w:br/>
        <w:t xml:space="preserve">            Assert.assertNotNull(liveCheckinResponse);</w:t>
        <w:br/>
        <w:t xml:space="preserve">            if (liveCheckinResponse != null) {</w:t>
        <w:br/>
        <w:t xml:space="preserve">                //to do something ......</w:t>
        <w:br/>
        <w:t xml:space="preserve">                log.debug("测试查询指定签到ID的签到记录成功{}", JSON.toJSONString(liveCheckinResponse));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1、请求正确，返回LiveCheckinResponse对象，B端依据此对象处理业务逻辑；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返回对象是List&amp;lt;LiveCheckinResponse&amp;gt;，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LiveCheckinResponse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签到学员名称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签到Y,未签到N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签到日期,格式yyyy-MM-dd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签到记录主键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签到学员ID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在外部授权、直接（独立）授权情况下传过来的自定义参数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在外部授权、直接（独立）授权情况下传过来的自定义参数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3、依据指定直播场次sessionId查询签到场次信息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通过直播场次sessionId获取直播发起签到记录</w:t>
        <w:br/>
        <w:t>接口地址（仅做说明使用）：https://api.polyv.net/live/v3/channel/chat/checkin-by-sessionId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testGetCheckinMetadataBySessionId() throws Exception, NoSuchAlgorithmException {</w:t>
        <w:br/>
        <w:t xml:space="preserve">        LiveCheckinMetadataBySessionIdRequest liveCheckinMetadataBySessionIdRequest =</w:t>
        <w:br/>
        <w:t xml:space="preserve">                new LiveCheckinMetadataBySessionIdRequest();</w:t>
        <w:br/>
        <w:t xml:space="preserve">        List&lt;LiveCheckinMetadataBySessionIdResponse&gt; liveCheckinResponse = null;</w:t>
        <w:br/>
        <w:t xml:space="preserve">        try {</w:t>
        <w:br/>
        <w:t xml:space="preserve">            String channelId = super.createChannel();</w:t>
        <w:br/>
        <w:t xml:space="preserve">            liveCheckinMetadataBySessionIdRequest.setChannelId(channelId)</w:t>
        <w:br/>
        <w:t xml:space="preserve">                    .setSessionId("fs9v9y4nxf");</w:t>
        <w:br/>
        <w:t xml:space="preserve">            liveCheckinResponse = new LiveCheckinServiceImpl().getCheckinMetadataBySessionId(</w:t>
        <w:br/>
        <w:t xml:space="preserve">                    liveCheckinMetadataBySessionIdRequest);</w:t>
        <w:br/>
        <w:t xml:space="preserve">            Assert.assertNotNull(liveCheckinResponse);</w:t>
        <w:br/>
        <w:t xml:space="preserve">            if (liveCheckinResponse != null) {</w:t>
        <w:br/>
        <w:t xml:space="preserve">                //to do something ......</w:t>
        <w:br/>
        <w:t xml:space="preserve">                log.debug("测试依据指定直播场次sessionId查询签到场次信息成功{}", JSON.toJSONString(liveCheckinResponse));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1、请求正确，返回LiveCheckinMetadataBySessionIdResponse对象，B端依据此对象处理业务逻辑；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返回对象是List&amp;lt;LiveCheckinMetadataBySessionIdResponse&amp;gt;，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LiveCheckinMetadataBySessionIdResponse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forceCheckInEnabled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是否强制签到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isPlayback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0：非回放中签到，1：回放中签到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checkinService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