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chatRoomService</w:t>
      </w:r>
    </w:p>
    <w:p>
      <w:pPr>
        <w:pStyle w:val="Heading1"/>
      </w:pPr>
      <w:r>
        <w:t>1、批量导入频道严禁词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批量导入频道严禁词</w:t>
        <w:br/>
        <w:t>接口地址（仅做说明使用）：https://api.polyv.net/live/v2/chat/%s/addBadWords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testAddBadWord() throws Exception, NoSuchAlgorithmException {</w:t>
        <w:br/>
        <w:t xml:space="preserve">        LiveBadWordRequest liveBadWordRequest = new LiveBadWordRequest();</w:t>
        <w:br/>
        <w:t xml:space="preserve">        LiveBadWordResponse liveBadWordResponse = null;</w:t>
        <w:br/>
        <w:t xml:space="preserve">        try {</w:t>
        <w:br/>
        <w:t xml:space="preserve">            String channelId = super.createChannel();</w:t>
        <w:br/>
        <w:t xml:space="preserve">            liveBadWordRequest.setChannelId(channelId).setWords(Arrays.asList(new String[]{"微信号", "手机号", "QQ号"}));</w:t>
        <w:br/>
        <w:t xml:space="preserve">            liveBadWordResponse = new LiveChatRoomServiceImpl().addBadWord(liveBadWordRequest);</w:t>
        <w:br/>
        <w:t xml:space="preserve">            Assert.assertNotNull(liveBadWordResponse);</w:t>
        <w:br/>
        <w:t xml:space="preserve">            if (liveBadWordResponse != null) {</w:t>
        <w:br/>
        <w:t xml:space="preserve">                //to do something ......</w:t>
        <w:br/>
        <w:t xml:space="preserve">                log.debug("测试批量导入频道严禁词成功{}", JSON.toJSONString(liveBadWordResponse));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1、请求正确，返回LiveBadWordResponse对象，B端依据此对象处理业务逻辑；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频道号，不填则设置为通用设置内的严禁词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words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严禁词列表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请求参设设置了频道号，count则为该频道严禁词的数量，如果没有设置频道号，count为该该账户严禁词的数量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POLYV用户ID，通过注册保利威官网获取，路径：官网-&gt;登录-&gt;直播（开发设置）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2、查询历史聊天信息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查询一段时间内的聊天记录，时间格式为yyyy-MM-dd 或 yyyy-MM-dd HH:mm:ss。如未提交具体时间，只提交了日期，开始时间默认为日期当天的 00:00:00，结束时间为日期当天的23:59:59</w:t>
        <w:br/>
        <w:t>接口地址（仅做说明使用）：https://api.polyv.net/live/v3/channel/chat/get-history-page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testGetHistoryChatMsg() throws Exception, NoSuchAlgorithmException {</w:t>
        <w:br/>
        <w:t xml:space="preserve">        LiveGetMessageListRequest liveGetMessageListRequest = new LiveGetMessageListRequest();</w:t>
        <w:br/>
        <w:t xml:space="preserve">        LiveGetMessageListResponse liveGetMessageListResponses;</w:t>
        <w:br/>
        <w:t xml:space="preserve">        try {</w:t>
        <w:br/>
        <w:t xml:space="preserve">            String channelId = super.createChannel();</w:t>
        <w:br/>
        <w:t xml:space="preserve">            liveGetMessageListRequest.setChannelId(channelId)</w:t>
        <w:br/>
        <w:t xml:space="preserve">                    .setStartDay(getDate(2020, 10, 01))</w:t>
        <w:br/>
        <w:t xml:space="preserve">                    .setEndDay(getDate(2099, 12, 12))</w:t>
        <w:br/>
        <w:t xml:space="preserve">                    .setStatus("pass")</w:t>
        <w:br/>
        <w:t xml:space="preserve">                    .setPageSize(5)</w:t>
        <w:br/>
        <w:t xml:space="preserve">                    .setCurrentPage(3);</w:t>
        <w:br/>
        <w:t xml:space="preserve">            liveGetMessageListResponses = new LiveChatRoomServiceImpl().getPageHistoryChatMsg(</w:t>
        <w:br/>
        <w:t xml:space="preserve">                    liveGetMessageListRequest);</w:t>
        <w:br/>
        <w:t xml:space="preserve">            Assert.assertNotNull(liveGetMessageListResponses);</w:t>
        <w:br/>
        <w:t xml:space="preserve">            if (liveGetMessageListResponses != null) {</w:t>
        <w:br/>
        <w:t xml:space="preserve">                //to do something ......</w:t>
        <w:br/>
        <w:t xml:space="preserve">                log.debug("测试查询历史聊天信息成功{}", JSON.toJSONString(liveGetMessageListResponses));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1、请求正确，返回LiveGetMessageListResponse对象，B端依据此对象处理业务逻辑；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聊天记录的开始时间 格式为yyyy-MM-dd，例如：2021-03-01 或者格式为yyyy-MM-dd HH:mm:ss，例如：2021-03-01 16:30:12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聊天记录的结束时间，要求同上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用户类型，可以选择多个类型，用英文逗号隔开 slice：云课堂学员 teacher：讲师 guest：嘉宾 manager：管理员 assistant：助教 viewer：特邀观众 monitor：场监 attendee：研讨会参与者 student：普通直播观众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聊天记录审核状态，默认pass：已审核 pass：已审核 censor：审核中和删除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类型，不填默认公聊 extend：管理员私聊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如果有房间号，需要传入房间号，默认不传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hasTotal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是否返回当前查询总数，Y：是，N：否，默认为N 注：仅在查第一页有效，此参数可能会影响接口响应性能，若非强烈需求，建议不要传此参数，可以根据返回结果中的 contents 数组长度来判断是否还有下一页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MessageList参数描述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MessageList参数描述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事件，具体参考聊天室SDK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图片消息的图片地址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消息类型 redpaper：红包消息 get_redpaper：领取红包消息 chatImg：图片消息 custom：自定义消息（通过socket发送的自定义消息） reward：打赏消息 customerMessage：自定义消息（通过http接口发送的自定义消息） 为空：普通聊天消息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发送消息时的时间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 slice：云课堂学员 teacher：讲师 guest：嘉宾 manager：管理员 assistant：助教 viewer：特邀观众 monitor：场监 attendee：研讨会参与者 student：普通直播观众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审核状态 pass：已审核 censor：审核中 delete：删除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 public：群聊 extend：管理员私聊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MessageListUser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聊天信息数组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MessageListUser参数描述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MessageListUser参数描述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用户唯一标示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 slice：云课堂学员 teacher：讲师 guest：嘉宾 manager：管理员 assistant：助教 viewer：特邀观众 monitor：场监 attendee：研讨会参与者 student：普通直播观众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用户自定义字段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3、查询聊天室管理员信息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查询聊天室管理员信息</w:t>
        <w:br/>
        <w:t>接口地址（仅做说明使用）：https://api.polyv.net/live/v2/channelSetting/%s/get-chat-admin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testGetChatAdminData() throws Exception, NoSuchAlgorithmException {</w:t>
        <w:br/>
        <w:t xml:space="preserve">        LiveGetChatAdminDataRequest liveGetChatAdminDataRequest = new LiveGetChatAdminDataRequest();</w:t>
        <w:br/>
        <w:t xml:space="preserve">        LiveGetChatAdminDataResponse liveGetChatAdminDataResponse = null;</w:t>
        <w:br/>
        <w:t xml:space="preserve">        try {</w:t>
        <w:br/>
        <w:t xml:space="preserve">            String channelId = super.createChannel();</w:t>
        <w:br/>
        <w:t xml:space="preserve">            liveGetChatAdminDataRequest.setChannelId(channelId);</w:t>
        <w:br/>
        <w:t xml:space="preserve">            liveGetChatAdminDataResponse = new LiveChatRoomServiceImpl().getChatAdminData(liveGetChatAdminDataRequest);</w:t>
        <w:br/>
        <w:t xml:space="preserve">            Assert.assertNotNull(liveGetChatAdminDataResponse);</w:t>
        <w:br/>
        <w:t xml:space="preserve">            if (liveGetChatAdminDataResponse != null) {</w:t>
        <w:br/>
        <w:t xml:space="preserve">                //to do something ......</w:t>
        <w:br/>
        <w:t xml:space="preserve">                log.debug("测试查询聊天室管理员信息成功{}", JSON.toJSONString(liveGetChatAdminDataResponse));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1、请求正确，返回LiveGetChatAdminDataResponse对象，B端依据此对象处理业务逻辑；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4、查询频道禁言列表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查询频道禁言列表</w:t>
        <w:br/>
        <w:t>接口地址（仅做说明使用）：https://api.polyv.net/live/v3/channel/chat/get-banned-list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testGetBannedList() throws Exception, NoSuchAlgorithmException {</w:t>
        <w:br/>
        <w:t xml:space="preserve">        LiveGetBannedListRequest liveGetBannedListRequest = new LiveGetBannedListRequest();</w:t>
        <w:br/>
        <w:t xml:space="preserve">        List&lt;String&gt; liveGetBannedListResponseList = null;</w:t>
        <w:br/>
        <w:t xml:space="preserve">        try {</w:t>
        <w:br/>
        <w:t xml:space="preserve">            String channelId = super.createChannel();</w:t>
        <w:br/>
        <w:t xml:space="preserve">            liveGetBannedListRequest.setChannelId(channelId).setType(LiveConstant.BannedType.IP.getType());</w:t>
        <w:br/>
        <w:t xml:space="preserve">            liveGetBannedListResponseList = new LiveChatRoomServiceImpl().getBannedList(liveGetBannedListRequest);</w:t>
        <w:br/>
        <w:t xml:space="preserve">            Assert.assertNotNull(liveGetBannedListResponseList);</w:t>
        <w:br/>
        <w:t xml:space="preserve">            if (liveGetBannedListResponseList != null) {</w:t>
        <w:br/>
        <w:t xml:space="preserve">                //to do something ......</w:t>
        <w:br/>
        <w:t xml:space="preserve">                log.debug("测试查询频道禁言列表成功{}", JSON.toJSONString(liveGetBannedListResponseList));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查询禁言类型,ip ： 聊天室用户的机器ip ， userId ： 聊天室用户的userId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toGetSubRooms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是否获取子房间的禁言列表，0：不获取，1：获取，默认为 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返回对象是List&amp;lt;String&amp;gt;，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返回当前频道的禁言列表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5、查询频道踢人列表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查询频道踢人列表</w:t>
        <w:br/>
        <w:t>接口地址（仅做说明使用）：https://api.polyv.net/live/v3/channel/chat/list-kicked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testGetKickedList() throws Exception, NoSuchAlgorithmException {</w:t>
        <w:br/>
        <w:t xml:space="preserve">        LiveKickedListRequest liveKickedListRequest = new LiveKickedListRequest();</w:t>
        <w:br/>
        <w:t xml:space="preserve">        List&lt;LiveKickedListResponse&gt; liveKickedListResponsesList = null;</w:t>
        <w:br/>
        <w:t xml:space="preserve">        try {</w:t>
        <w:br/>
        <w:t xml:space="preserve">            String channelId = super.createChannel();</w:t>
        <w:br/>
        <w:t xml:space="preserve">            liveKickedListRequest.setChannelId(channelId);</w:t>
        <w:br/>
        <w:t xml:space="preserve">            liveKickedListResponsesList = new LiveChatRoomServiceImpl().getKickedList(liveKickedListRequest);</w:t>
        <w:br/>
        <w:t xml:space="preserve">            Assert.assertNotNull(liveKickedListResponsesList);</w:t>
        <w:br/>
        <w:t xml:space="preserve">            if (liveKickedListResponsesList != null) {</w:t>
        <w:br/>
        <w:t xml:space="preserve">                //to do something ......</w:t>
        <w:br/>
        <w:t xml:space="preserve">                log.debug("测试查询频道踢人列表成功{}", JSON.toJSONString(liveKickedListResponsesList));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1、请求正确，返回LiveKickedListResponse对象，B端依据此对象处理业务逻辑；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返回对象是List&amp;lt;LiveKickedListResponse&amp;gt;，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LiveKickedListResponse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C端观众ip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kickRefer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踢人方式，userId : 用户userId, ip : 用户登录IP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nick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聊天室socketid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C端观众ID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用户身份：管理员 manager，讲师 teacher， 助教 assistant， 嘉宾 guest，参与者 viewer，观看者 slice/student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6、查询频道严禁词/禁言IP列表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接口用于获取频道的严禁词或者禁言IP列表</w:t>
        <w:br/>
        <w:t>接口地址（仅做说明使用）：https://api.polyv.net/live/v3/channel/badword/list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testGetChannelBadworkList() throws Exception, NoSuchAlgorithmException {</w:t>
        <w:br/>
        <w:t xml:space="preserve">        LiveGetBadwordIPRequest liveGetBadwordIPRequest = new LiveGetBadwordIPRequest();</w:t>
        <w:br/>
        <w:t xml:space="preserve">        List&lt;String&gt; liveGetBadwordIPResponseList = null;</w:t>
        <w:br/>
        <w:t xml:space="preserve">        try {</w:t>
        <w:br/>
        <w:t xml:space="preserve">            String channelId = super.createChannel();</w:t>
        <w:br/>
        <w:t xml:space="preserve">            liveGetBadwordIPRequest.setChannelId(channelId).setType(LiveConstant.BannedType.IP.getType());</w:t>
        <w:br/>
        <w:t xml:space="preserve">            liveGetBadwordIPResponseList = new LiveChatRoomServiceImpl().getChannelBadworkList(liveGetBadwordIPRequest);</w:t>
        <w:br/>
        <w:t xml:space="preserve">            Assert.assertNotNull(liveGetBadwordIPResponseList);</w:t>
        <w:br/>
        <w:t xml:space="preserve">            if (liveGetBadwordIPResponseList != null) {</w:t>
        <w:br/>
        <w:t xml:space="preserve">                //to do something ......</w:t>
        <w:br/>
        <w:t xml:space="preserve">                log.debug("测试查询频道严禁词/禁言IP列表成功{}", JSON.toJSONString(liveGetBadwordIPResponseList));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查询类型： ip=禁言ip，badword=严禁词，默认为badword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返回对象是List&amp;lt;String&amp;gt;，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获取当前频道的严禁词/禁言IP列表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7、查询账号严禁词列表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接口用于获取账号下通用设置的严禁词列表</w:t>
        <w:br/>
        <w:t>接口地址（仅做说明使用）：https://api.polyv.net/live/v3/user/badword/list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testGetAccountBadworkList() throws Exception, NoSuchAlgorithmException {</w:t>
        <w:br/>
        <w:t xml:space="preserve">        LiveGetAccountBadWordRequest liveGetAccountBadWordRequest = new LiveGetAccountBadWordRequest();</w:t>
        <w:br/>
        <w:t xml:space="preserve">        List&lt;String&gt; liveGetAccountBadWordResponseList = null;</w:t>
        <w:br/>
        <w:t xml:space="preserve">        try {</w:t>
        <w:br/>
        <w:t xml:space="preserve">            liveGetAccountBadWordResponseList = new LiveChatRoomServiceImpl().getAccountBadworkList(</w:t>
        <w:br/>
        <w:t xml:space="preserve">                    liveGetAccountBadWordRequest);</w:t>
        <w:br/>
        <w:t xml:space="preserve">            Assert.assertNotNull(liveGetAccountBadWordResponseList);</w:t>
        <w:br/>
        <w:t xml:space="preserve">            if (liveGetAccountBadWordResponseList != null) {</w:t>
        <w:br/>
        <w:t xml:space="preserve">                //to do something ......</w:t>
        <w:br/>
        <w:t xml:space="preserve">                log.debug("测试查询账号严禁词列表成功{}", JSON.toJSONString(liveGetAccountBadWordResponseList));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返回对象是List&amp;lt;String&amp;gt;，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当前保利威账号下通用设置的严禁词列表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8、查询咨询提问记录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查询咨询提问记录</w:t>
        <w:br/>
        <w:t>接口地址（仅做说明使用）：https://api.polyv.net/live/v2/chat/%s/getQuestion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testGetConsultingRecord() throws Exception, NoSuchAlgorithmException {</w:t>
        <w:br/>
        <w:t xml:space="preserve">        LiveGetConsultingRecordRequest liveGetConsultingRecordRequest = new LiveGetConsultingRecordRequest();</w:t>
        <w:br/>
        <w:t xml:space="preserve">        List&lt;LiveGetConsultingRecordResponse&gt; liveGetConsultingRecordResponseList = null;</w:t>
        <w:br/>
        <w:t xml:space="preserve">        try {</w:t>
        <w:br/>
        <w:t xml:space="preserve">            String channelId = super.createChannel();</w:t>
        <w:br/>
        <w:t xml:space="preserve">            liveGetConsultingRecordRequest.setChannelId(channelId).setBegin(0).setEnd(10);</w:t>
        <w:br/>
        <w:t xml:space="preserve">            liveGetConsultingRecordResponseList = new LiveChatRoomServiceImpl().getConsultingRecord(</w:t>
        <w:br/>
        <w:t xml:space="preserve">                    liveGetConsultingRecordRequest);</w:t>
        <w:br/>
        <w:t xml:space="preserve">            Assert.assertNotNull(liveGetConsultingRecordResponseList);</w:t>
        <w:br/>
        <w:t xml:space="preserve">            if (liveGetConsultingRecordResponseList != null) {</w:t>
        <w:br/>
        <w:t xml:space="preserve">                //to do something ......</w:t>
        <w:br/>
        <w:t xml:space="preserve">                log.debug("测试查询咨询提问记录成功{}", JSON.toJSONString(liveGetConsultingRecordResponseList));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1、请求正确，返回LiveGetConsultingRecordResponse对象，B端依据此对象处理业务逻辑；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begin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起始下标，从0开始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结束下标，-1表示不分页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返回对象是List&amp;lt;LiveGetConsultingRecordResponse&amp;gt;，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LiveGetConsultingRecordResponse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发言人信息【详见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消息类型，讲师回答：T_ANSWER，学生提问：S_QUESTION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提问者ID【对应api文档的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s_userId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用户唯一标示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是否禁言true：禁言false：不禁言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用户类型，目前有teacher(老师)、assistant（助教）、manager（管理员）、slice（云课堂学员）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9、设置讲师信息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设置讲师信息</w:t>
        <w:br/>
        <w:t>接口地址（仅做说明使用）：https://api.polyv.net/live/v3/channel/account/updateTeacher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testSetChannelTeacherMsg() throws Exception, NoSuchAlgorithmException {</w:t>
        <w:br/>
        <w:t xml:space="preserve">        LiveSetTeacherDataRequest liveSetTeacherDataRequest = new LiveSetTeacherDataRequest();</w:t>
        <w:br/>
        <w:t xml:space="preserve">        Boolean liveSetTeacherDataResponse = null;</w:t>
        <w:br/>
        <w:t xml:space="preserve">        try {</w:t>
        <w:br/>
        <w:t xml:space="preserve">            String channelId = super.createChannel();</w:t>
        <w:br/>
        <w:t xml:space="preserve">            liveSetTeacherDataRequest.setChannelId(channelId)</w:t>
        <w:br/>
        <w:t xml:space="preserve">                    .setNickname("讲师张三")</w:t>
        <w:br/>
        <w:t xml:space="preserve">                    .setActor("教授")</w:t>
        <w:br/>
        <w:t xml:space="preserve">                    .setPasswd("123456")</w:t>
        <w:br/>
        <w:t xml:space="preserve">                    .setAvatar("https://ss3.bdstatic.com/70cFv8Sh_Q1YnxGkpoWK1HF6hhy/it/u=3002379740," +</w:t>
        <w:br/>
        <w:t xml:space="preserve">                            "3965499425&amp;fm=26&amp;gp=0" + ".jpg");</w:t>
        <w:br/>
        <w:t xml:space="preserve">            liveSetTeacherDataResponse = new LiveChatRoomServiceImpl().setChannelTeacherMsg(liveSetTeacherDataRequest);</w:t>
        <w:br/>
        <w:t xml:space="preserve">            Assert.assertNotNull(liveSetTeacherDataResponse);</w:t>
        <w:br/>
        <w:t xml:space="preserve">            if (liveSetTeacherDataResponse != null) {</w:t>
        <w:br/>
        <w:t xml:space="preserve">                //to do something ......</w:t>
        <w:br/>
        <w:t xml:space="preserve">                log.debug("测试设置讲师信息成功{}", JSON.toJSONString(liveSetTeacherDataResponse));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频道密码，长度&lt;=16，必须同时包含字母和数字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头像图片地址，如果为空，则使用默认头像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设置讲师信息成功，false 设置讲师信息失败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10、设置聊天室禁言ip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设置聊天室禁言ip</w:t>
        <w:br/>
        <w:t>接口地址（仅做说明使用）：https://api.polyv.net/live/v2/chat/%s/addBannedIP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testAddBannedIP() throws Exception, NoSuchAlgorithmException {</w:t>
        <w:br/>
        <w:t xml:space="preserve">        LiveChatBannedIPRequest liveChatBannedIPRequest = new LiveChatBannedIPRequest();</w:t>
        <w:br/>
        <w:t xml:space="preserve">        List&lt;String&gt; liveChatBannedIPResponseList = null;</w:t>
        <w:br/>
        <w:t xml:space="preserve">        try {</w:t>
        <w:br/>
        <w:t xml:space="preserve">            String channelId = super.createChannel();</w:t>
        <w:br/>
        <w:t xml:space="preserve">            liveChatBannedIPRequest.setIp("192.168.1.1").setChannelId(channelId);</w:t>
        <w:br/>
        <w:t xml:space="preserve">            liveChatBannedIPResponseList = new LiveChatRoomServiceImpl().addBannedIP(liveChatBannedIPRequest);</w:t>
        <w:br/>
        <w:t xml:space="preserve">            Assert.assertNotNull(liveChatBannedIPResponseList);</w:t>
        <w:br/>
        <w:t xml:space="preserve">            if (liveChatBannedIPResponseList != null) {</w:t>
        <w:br/>
        <w:t xml:space="preserve">                //to do something ......</w:t>
        <w:br/>
        <w:t xml:space="preserve">                log.debug("测试设置聊天室禁言ip成功{}", JSON.toJSONString(liveChatBannedIPResponseList));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禁言IP,如 234.22.3.34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返回对象是List&amp;lt;String&amp;gt;，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当前所有的禁言ip列表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11、设置聊天室管理员信息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设置聊天室管理员信息</w:t>
        <w:br/>
        <w:t>接口地址（仅做说明使用）：https://api.polyv.net/live/v2/channelSetting/%s/set-chat-admin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testSetChatAdminData() throws Exception, NoSuchAlgorithmException, URISyntaxException {</w:t>
        <w:br/>
        <w:t xml:space="preserve">        LiveSetChatAdminDataRequest liveSetChatAdminDataRequest = new LiveSetChatAdminDataRequest();</w:t>
        <w:br/>
        <w:t xml:space="preserve">        Boolean liveSetChatAdminDataResponse = null;</w:t>
        <w:br/>
        <w:t xml:space="preserve">        try {</w:t>
        <w:br/>
        <w:t xml:space="preserve">            String channelId = super.createChannel();</w:t>
        <w:br/>
        <w:t xml:space="preserve">            String path = getClass().getResource("/img/b.jpg").getPath();</w:t>
        <w:br/>
        <w:t xml:space="preserve">            liveSetChatAdminDataRequest.setChannelId(channelId)</w:t>
        <w:br/>
        <w:t xml:space="preserve">                    .setNickname("管理员赵四")</w:t>
        <w:br/>
        <w:t xml:space="preserve">                    .setActor("管理员")</w:t>
        <w:br/>
        <w:t xml:space="preserve">                    .setAvatar(new File(path));</w:t>
        <w:br/>
        <w:t xml:space="preserve">            liveSetChatAdminDataResponse = new LiveChatRoomServiceImpl().setChatAdminData(liveSetChatAdminDataRequest);</w:t>
        <w:br/>
        <w:t xml:space="preserve">            Assert.assertTrue(liveSetChatAdminDataResponse);</w:t>
        <w:br/>
        <w:t xml:space="preserve">            if (liveSetChatAdminDataResponse != null) {</w:t>
        <w:br/>
        <w:t xml:space="preserve">                //to do something ......</w:t>
        <w:br/>
        <w:t xml:space="preserve">                log.debug("测试设置聊天室管理员信息成功{}", JSON.toJSONString(liveSetChatAdminDataResponse));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管理员昵称，长度不能超过8个字符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管理员头衔，长度不能超过4个字符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管理员头像，支持jpg、jpeg、png三种格式，大小不能超过2Mb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设置成功，false 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12、删除禁言IP/严禁词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删除禁言IP/严禁词</w:t>
        <w:br/>
        <w:t>接口地址（仅做说明使用）：https://api.polyv.net/live/v2/chat/%s/delBanned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testDelBanned() throws Exception, NoSuchAlgorithmException {</w:t>
        <w:br/>
        <w:t xml:space="preserve">        LiveDelBannedDataRequest liveDelBannedDataRequest = new LiveDelBannedDataRequest();</w:t>
        <w:br/>
        <w:t xml:space="preserve">        Boolean liveDelBannedDataResponse = null;</w:t>
        <w:br/>
        <w:t xml:space="preserve">        try {</w:t>
        <w:br/>
        <w:t xml:space="preserve">            //创建一个禁言IP（192.168.1.1）用于测试，实际业务过程中，此代码可以删除</w:t>
        <w:br/>
        <w:t xml:space="preserve">            testAddBannedIP();</w:t>
        <w:br/>
        <w:t xml:space="preserve">            //正式业务逻辑</w:t>
        <w:br/>
        <w:t xml:space="preserve">            String channelId = super.createChannel();</w:t>
        <w:br/>
        <w:t xml:space="preserve">            liveDelBannedDataRequest.setContent("192.168.1.1")</w:t>
        <w:br/>
        <w:t xml:space="preserve">                    .setChannelId(channelId)</w:t>
        <w:br/>
        <w:t xml:space="preserve">                    .setType(LiveConstant.BannedType.IP.getType());</w:t>
        <w:br/>
        <w:t xml:space="preserve">            liveDelBannedDataResponse = new LiveChatRoomServiceImpl().delBanned(liveDelBannedDataRequest);</w:t>
        <w:br/>
        <w:t xml:space="preserve">            Assert.assertNotNull(liveDelBannedDataResponse);</w:t>
        <w:br/>
        <w:t xml:space="preserve">            if (liveDelBannedDataResponse != null) {</w:t>
        <w:br/>
        <w:t xml:space="preserve">                //to do something ......</w:t>
        <w:br/>
        <w:t xml:space="preserve">                log.debug("测试删除禁言IP/严禁词成功{}", JSON.toJSONString(liveDelBannedDataResponse));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传输内容类型ip：属性content内容为IPbadword 属性content内容为严禁词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要取消的ip或者严禁词,支持传入多个ip或者严禁词，通过","区分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删除成功 ，false 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13、删除单条聊天记录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根据聊天的id删除对应聊天记录</w:t>
        <w:br/>
        <w:t>接口地址（仅做说明使用）：https://api.polyv.net/live/v3/channel/chat/send-admin-msg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testDelChatSingleMsg() throws Exception, NoSuchAlgorithmException {</w:t>
        <w:br/>
        <w:t xml:space="preserve">        LiveChatDelSingleMsgRequest liveChatDelSingleMsgRequest = new LiveChatDelSingleMsgRequest();</w:t>
        <w:br/>
        <w:t xml:space="preserve">        Boolean liveChatDelSingleMsgResponse = null;</w:t>
        <w:br/>
        <w:t xml:space="preserve">        String channelId = super.createChannel();</w:t>
        <w:br/>
        <w:t xml:space="preserve">        //获取已经存在的消息id</w:t>
        <w:br/>
        <w:t xml:space="preserve">        //new LiveChatRoomServiceImpl().sendChatMsg(liveSendChatMsgRequest)</w:t>
        <w:br/>
        <w:t xml:space="preserve">        String msgId = getMsgId(channelId);</w:t>
        <w:br/>
        <w:t xml:space="preserve">        try {</w:t>
        <w:br/>
        <w:t xml:space="preserve">            liveChatDelSingleMsgRequest.setId(msgId).setChannelId(channelId);</w:t>
        <w:br/>
        <w:t xml:space="preserve">            liveChatDelSingleMsgResponse = new LiveChatRoomServiceImpl().delChatSingleMsg(liveChatDelSingleMsgRequest);</w:t>
        <w:br/>
        <w:t xml:space="preserve">            Assert.assertNotNull(liveChatDelSingleMsgResponse);</w:t>
        <w:br/>
        <w:t xml:space="preserve">            if (liveChatDelSingleMsgResponse != null) {</w:t>
        <w:br/>
        <w:t xml:space="preserve">                //to do something ......</w:t>
        <w:br/>
        <w:t xml:space="preserve">                log.debug("测试删除单条聊天记录成功{}", JSON.toJSONString(liveChatDelSingleMsgResponse));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聊天记录对应的id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删除成功， false 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14、删除频道聊天记录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删除频道聊天记录</w:t>
        <w:br/>
        <w:t>接口地址（仅做说明使用）：https://api.polyv.net/live/v2/chat/%s/cleanChat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testCleanChannelAllMsg() throws Exception, NoSuchAlgorithmException {</w:t>
        <w:br/>
        <w:t xml:space="preserve">        LiveCleanChannelAllMsgRequest liveCleanChannelAllMsgRequest = new LiveCleanChannelAllMsgRequest();</w:t>
        <w:br/>
        <w:t xml:space="preserve">        Boolean liveCleanChannelAllMsgResponse = null;</w:t>
        <w:br/>
        <w:t xml:space="preserve">        try {</w:t>
        <w:br/>
        <w:t xml:space="preserve">            String channelId = super.createChannel();</w:t>
        <w:br/>
        <w:t xml:space="preserve">            liveCleanChannelAllMsgRequest.setChannelId(channelId);</w:t>
        <w:br/>
        <w:t xml:space="preserve">            liveCleanChannelAllMsgResponse = new LiveChatRoomServiceImpl().cleanChannelAllMsg(</w:t>
        <w:br/>
        <w:t xml:space="preserve">                    liveCleanChannelAllMsgRequest);</w:t>
        <w:br/>
        <w:t xml:space="preserve">            Assert.assertNotNull(liveCleanChannelAllMsgResponse);</w:t>
        <w:br/>
        <w:t xml:space="preserve">            if (liveCleanChannelAllMsgResponse != null) {</w:t>
        <w:br/>
        <w:t xml:space="preserve">                //to do something ......</w:t>
        <w:br/>
        <w:t xml:space="preserve">                log.debug("测试删除频道聊天记录成功{}", JSON.toJSONString(liveCleanChannelAllMsgResponse));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删除成功， false 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15、管理员发送频道聊天信息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管理员发送频道聊天信息</w:t>
        <w:br/>
        <w:t>接口地址（仅做说明使用）：https://api.polyv.net/live/v3/channel/chat/send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testSendChannelChat() throws Exception, NoSuchAlgorithmException {</w:t>
        <w:br/>
        <w:t xml:space="preserve">        LiveSendChannelChatRequest liveSendChannelChatRequest = new LiveSendChannelChatRequest();</w:t>
        <w:br/>
        <w:t xml:space="preserve">        Boolean liveSendChannelChatResponse;</w:t>
        <w:br/>
        <w:t xml:space="preserve">        try {</w:t>
        <w:br/>
        <w:t xml:space="preserve">            String channelId = super.createChannel();</w:t>
        <w:br/>
        <w:t xml:space="preserve">            liveSendChannelChatRequest.setChannelId(channelId).setContent("请同学们认真学习").setRole("ADMIN");</w:t>
        <w:br/>
        <w:t xml:space="preserve">            liveSendChannelChatResponse = new LiveChatRoomServiceImpl().sendChannelChat(liveSendChannelChatRequest);</w:t>
        <w:br/>
        <w:t xml:space="preserve">            Assert.assertTrue(liveSendChannelChatResponse);</w:t>
        <w:br/>
        <w:t xml:space="preserve">            if (liveSendChannelChatResponse) {</w:t>
        <w:br/>
        <w:t xml:space="preserve">                //to do something ......</w:t>
        <w:br/>
        <w:t xml:space="preserve">                log.debug("测试管理员发送频道聊天信息成功");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聊天信息内容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发送人角色（目前为只提供管理员角色，值为'ADMIN'）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发送成功， false 发送失败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16、发送自定义聊天信息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聊天室发送系统消息</w:t>
        <w:br/>
        <w:t>接口地址（仅做说明使用）：https://api.polyv.net/live/v1/channelSetting/%s/send-chat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testSendCustomChat() throws Exception, NoSuchAlgorithmException {</w:t>
        <w:br/>
        <w:t xml:space="preserve">        LiveSendCustomChatRequest liveSendCustomChatRequest = new LiveSendCustomChatRequest();</w:t>
        <w:br/>
        <w:t xml:space="preserve">        Boolean liveSendCustomChatResponse;</w:t>
        <w:br/>
        <w:t xml:space="preserve">        try {</w:t>
        <w:br/>
        <w:t xml:space="preserve">            String channelId = super.createChannel();</w:t>
        <w:br/>
        <w:t xml:space="preserve">            liveSendCustomChatRequest.setChannelId(channelId).setContent("请同学们认真学习");</w:t>
        <w:br/>
        <w:t xml:space="preserve">            liveSendCustomChatResponse = new LiveChatRoomServiceImpl().sendCustomChatV2(liveSendCustomChatRequest);</w:t>
        <w:br/>
        <w:t xml:space="preserve">            Assert.assertTrue(liveSendCustomChatResponse);</w:t>
        <w:br/>
        <w:t xml:space="preserve">            if (liveSendCustomChatResponse) {</w:t>
        <w:br/>
        <w:t xml:space="preserve">                //to do something ......</w:t>
        <w:br/>
        <w:t xml:space="preserve">                log.debug("测试发送自定义聊天信息成功");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需要发送的文字(直接设值即可，禁止进行base64编码)，content、imgUrl不能同时为空，可以同时提交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需要发送的图片，content、imgUrl不能同时为空，可以同时提交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发送成功， false 发送失败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17、发送自定义消息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发送聊天室自定义消息</w:t>
        <w:br/>
        <w:t>接口地址（仅做说明使用）：https://api.polyv.net/live/v4/chat/send-custom-message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2、需要发送的文字内容（content）或者图片（imgUrl）不能同时为空，可以同时提交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testSendCustomMessage() throws IOException, NoSuchAlgorithmException {</w:t>
        <w:br/>
        <w:t xml:space="preserve">        LiveSendCustomMessageRequest liveSendCustomMessageRequest = new LiveSendCustomMessageRequest();</w:t>
        <w:br/>
        <w:t xml:space="preserve">        Boolean liveSendCustomMessageResponse;</w:t>
        <w:br/>
        <w:t xml:space="preserve">        try {</w:t>
        <w:br/>
        <w:t xml:space="preserve">            String channelId = super.createChannel();</w:t>
        <w:br/>
        <w:t xml:space="preserve">            liveSendCustomMessageRequest.setChannelId(channelId).setContent("请同学们认真学习，天天向上！").setJoinHistoryList(0);</w:t>
        <w:br/>
        <w:t xml:space="preserve">            liveSendCustomMessageResponse = new LiveChatRoomServiceImpl().sendCustomMessage(</w:t>
        <w:br/>
        <w:t xml:space="preserve">                    liveSendCustomMessageRequest);</w:t>
        <w:br/>
        <w:t xml:space="preserve">            Assert.assertTrue(liveSendCustomMessageResponse);</w:t>
        <w:br/>
        <w:t xml:space="preserve">            if (liveSendCustomMessageResponse) {</w:t>
        <w:br/>
        <w:t xml:space="preserve">                //to do something ......</w:t>
        <w:br/>
        <w:t xml:space="preserve">                log.debug("测试发送自定义消息成功");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发送文字内容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发送的图片url地址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joinHistoryList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是否加入聊天历史数据，默认为1 1：加入到聊天历史数据 0：不加入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此消息面向何种角色发送（默认为1，支持多选，如：45） 1：面向频道所有角色2：仅面向频道内观众角色3：仅面向特殊角色（讲师、嘉宾、助教、管理员）4：讲师5：嘉宾6：助教 7：管理员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important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是否为重要消息，默认为NY：重要消息N：普通消息。当important为Y时，接口请求频率被限制频道每分钟最多请求30次，并保证消息不会丢失以及严重的延时。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发送自定义消息返回实体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18、删除账号严禁词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删除账号通用设置的严禁词，支持批量删除多个严禁词</w:t>
        <w:br/>
        <w:t>接口地址（仅做说明使用）：https://api.polyv.net/live/v3/user/badword/delete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testDeleteUserBadword() throws IOException, NoSuchAlgorithmException {</w:t>
        <w:br/>
        <w:t xml:space="preserve">        LiveDeleteUserBadwordRequest liveDeleteUserBadwordRequest = new LiveDeleteUserBadwordRequest();</w:t>
        <w:br/>
        <w:t xml:space="preserve">        List&lt;String&gt; liveDeleteUserBadwordResponse;</w:t>
        <w:br/>
        <w:t xml:space="preserve">        try {</w:t>
        <w:br/>
        <w:t xml:space="preserve">            String words = "中南";</w:t>
        <w:br/>
        <w:t xml:space="preserve">            liveDeleteUserBadwordRequest.setWords(words);</w:t>
        <w:br/>
        <w:t xml:space="preserve">            liveDeleteUserBadwordResponse = new LiveChatRoomServiceImpl().deleteUserBadword(</w:t>
        <w:br/>
        <w:t xml:space="preserve">                    liveDeleteUserBadwordRequest);</w:t>
        <w:br/>
        <w:t xml:space="preserve">            Assert.assertNotNull(liveDeleteUserBadwordResponse);</w:t>
        <w:br/>
        <w:t xml:space="preserve">            if (liveDeleteUserBadwordResponse != null) {</w:t>
        <w:br/>
        <w:t xml:space="preserve">                //to do something ......</w:t>
        <w:br/>
        <w:t xml:space="preserve">                log.debug("测试删除账号严禁词成功 {}", JSON.toJSONString(liveDeleteUserBadwordResponse));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words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要删除的严禁词，多个以英文逗号分隔，例如：账号严禁词1,账号严禁词2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返回对象是List&amp;lt;String&amp;gt;，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删除账号严禁词返回实体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19、查询账号禁言列表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通过账号下的禁言列表</w:t>
        <w:br/>
        <w:t>接口地址（仅做说明使用）：https://api.polyv.net/live/v3/user/chat/banned-user/list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testGetUserBannedList() throws IOException, NoSuchAlgorithmException {</w:t>
        <w:br/>
        <w:t xml:space="preserve">        LiveGetUserBannedListRequest liveGetUserBannedListRequest = new LiveGetUserBannedListRequest();</w:t>
        <w:br/>
        <w:t xml:space="preserve">        LiveGetUserBannedListResponse liveGetUserBannedListResponse;</w:t>
        <w:br/>
        <w:t xml:space="preserve">        try {</w:t>
        <w:br/>
        <w:t xml:space="preserve">            liveGetUserBannedListRequest.setCurrentPage(1);</w:t>
        <w:br/>
        <w:t xml:space="preserve">            liveGetUserBannedListRequest.setPageSize(10);</w:t>
        <w:br/>
        <w:t xml:space="preserve">            liveGetUserBannedListResponse = new LiveChatRoomServiceImpl().getUserBannedList(</w:t>
        <w:br/>
        <w:t xml:space="preserve">                    liveGetUserBannedListRequest);</w:t>
        <w:br/>
        <w:t xml:space="preserve">            Assert.assertNotNull(liveGetUserBannedListResponse);</w:t>
        <w:br/>
        <w:t xml:space="preserve">            if (liveGetUserBannedListResponse != null) {</w:t>
        <w:br/>
        <w:t xml:space="preserve">                //to do something ......</w:t>
        <w:br/>
        <w:t xml:space="preserve">                log.debug("测试查询账号禁言列表成功 {}", JSON.toJSONString(liveGetUserBannedListResponse));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1、请求正确，返回LiveGetUserBannedListResponse对象，B端依据此对象处理业务逻辑；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size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20、禁言/解禁用户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通过登录聊天室的userId，禁言或者解禁用户</w:t>
        <w:br/>
        <w:t>接口地址（仅做说明使用）：https://api.polyv.net/live/v3/channel/chat/banned-user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testUpdateBannedUser() throws IOException, NoSuchAlgorithmException {</w:t>
        <w:br/>
        <w:t xml:space="preserve">        LiveUpdateBannedUserRequest liveUpdateBannedUserRequest = new LiveUpdateBannedUserRequest();</w:t>
        <w:br/>
        <w:t xml:space="preserve">        Boolean liveUpdateBannedUserResponse;</w:t>
        <w:br/>
        <w:t xml:space="preserve">        try {</w:t>
        <w:br/>
        <w:t xml:space="preserve">            String channelId = super.createChannel();</w:t>
        <w:br/>
        <w:t xml:space="preserve">            liveUpdateBannedUserRequest.setChannelId(channelId);</w:t>
        <w:br/>
        <w:t xml:space="preserve">            liveUpdateBannedUserRequest.setUserIds("ovtl9t_RxnrTdqkXqkT5Q5lnxp2A");</w:t>
        <w:br/>
        <w:t xml:space="preserve">            liveUpdateBannedUserResponse = new LiveChatRoomServiceImpl().updateBannedUser(liveUpdateBannedUserRequest);</w:t>
        <w:br/>
        <w:t xml:space="preserve">            Assert.assertNotNull(liveUpdateBannedUserResponse);</w:t>
        <w:br/>
        <w:t xml:space="preserve">            if (liveUpdateBannedUserResponse != null) {</w:t>
        <w:br/>
        <w:t xml:space="preserve">                //to do something ......</w:t>
        <w:br/>
        <w:t xml:space="preserve">                log.debug("测试禁言/解禁用户成功 {}", JSON.toJSONString(liveUpdateBannedUserResponse));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聊天室用户ID（非直播账号ID），多个用户用半角逗号","隔开。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toBanned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Y表示禁言，N表示解除禁言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禁言/解禁用户返回实体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21、账号设置禁言/解禁用户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通过登录聊天室的userId，禁言或者解禁用户</w:t>
        <w:br/>
        <w:t>接口地址（仅做说明使用）：https://api.polyv.net/live/v3/user/chat/banned-user/update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testUpdateUserBannedViewer() throws IOException, NoSuchAlgorithmException {</w:t>
        <w:br/>
        <w:t xml:space="preserve">        LiveUpdateUserBannedViewerRequest liveUpdateUserBannedViewerRequest = new LiveUpdateUserBannedViewerRequest();</w:t>
        <w:br/>
        <w:t xml:space="preserve">        Boolean liveUpdateUserBannedViewerResponse;</w:t>
        <w:br/>
        <w:t xml:space="preserve">        try {</w:t>
        <w:br/>
        <w:t xml:space="preserve">            List&lt;String&gt; viewerIds = new ArrayList&lt;&gt;();</w:t>
        <w:br/>
        <w:t xml:space="preserve">            viewerIds.add("test");</w:t>
        <w:br/>
        <w:t xml:space="preserve">            liveUpdateUserBannedViewerRequest.setViewerIds(viewerIds);</w:t>
        <w:br/>
        <w:t xml:space="preserve">            liveUpdateUserBannedViewerRequest.setBanned("Y");</w:t>
        <w:br/>
        <w:t xml:space="preserve">            liveUpdateUserBannedViewerResponse = new LiveChatRoomServiceImpl().updateUserBannedViewer(</w:t>
        <w:br/>
        <w:t xml:space="preserve">                    liveUpdateUserBannedViewerRequest);</w:t>
        <w:br/>
        <w:t xml:space="preserve">            Assert.assertNotNull(liveUpdateUserBannedViewerResponse);</w:t>
        <w:br/>
        <w:t xml:space="preserve">            if (liveUpdateUserBannedViewerResponse != null) {</w:t>
        <w:br/>
        <w:t xml:space="preserve">                //to do something ......</w:t>
        <w:br/>
        <w:t xml:space="preserve">                log.debug("测试账号设置禁言/解禁用户成功 {}", JSON.toJSONString(liveUpdateUserBannedViewerResponse));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聊天室用户ID（非直播账号ID），json数组格式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Y表示禁言，N表示解除禁言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账号设置禁言/解禁用户返回实体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22、管理员发送聊天信息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通过HTTP接口发送聊天文本内容，可指定发言者的头像、头衔、昵称，无需连接聊天室</w:t>
        <w:br/>
        <w:t>接口地址（仅做说明使用）：https://api.polyv.net/live/v3/channel/chat/send-admin-msg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testSendAdminMessage() throws IOException, NoSuchAlgorithmException {</w:t>
        <w:br/>
        <w:t xml:space="preserve">        LiveSendAdminMessageRequest liveSendAdminMessageRequest = new LiveSendAdminMessageRequest();</w:t>
        <w:br/>
        <w:t xml:space="preserve">        LiveSendAdminMessageResponse liveSendAdminMessageResponse;</w:t>
        <w:br/>
        <w:t xml:space="preserve">        try {</w:t>
        <w:br/>
        <w:t xml:space="preserve">            String channelId = super.createChannel();</w:t>
        <w:br/>
        <w:t xml:space="preserve">            liveSendAdminMessageRequest.setChannelId(channelId)</w:t>
        <w:br/>
        <w:t xml:space="preserve">                    .setMsg("hello 大家好-通过API发过来的测试信息")</w:t>
        <w:br/>
        <w:t xml:space="preserve">                    .setPic("https://5b0988e595225.cdn.sohucs.com/q_70,c_zoom," +</w:t>
        <w:br/>
        <w:t xml:space="preserve">                            "w_640/images/20190129/e3b0d6311b1a411fa68125fc03b8ef67.jpeg")</w:t>
        <w:br/>
        <w:t xml:space="preserve">                    .setNickName("thomas")</w:t>
        <w:br/>
        <w:t xml:space="preserve">                    .setImgUrl("https://5b0988e595225.cdn.sohucs.com/q_70,c_zoom," +</w:t>
        <w:br/>
        <w:t xml:space="preserve">                            "w_640/images/20190129/e3b0d6311b1a411fa68125fc03b8ef67.jpeg")</w:t>
        <w:br/>
        <w:t xml:space="preserve">                    .setFreeReview(LiveConstant.Flag.YES.getFlag());</w:t>
        <w:br/>
        <w:t xml:space="preserve">            liveSendAdminMessageResponse = new LiveChatRoomServiceImpl().sendAdminMessage(liveSendAdminMessageRequest);</w:t>
        <w:br/>
        <w:t xml:space="preserve">            Assert.assertNotNull(liveSendAdminMessageResponse);</w:t>
        <w:br/>
        <w:t xml:space="preserve">            if (liveSendAdminMessageResponse != null) {</w:t>
        <w:br/>
        <w:t xml:space="preserve">                //to do something ......</w:t>
        <w:br/>
        <w:t xml:space="preserve">                log.debug("测试管理员发送聊天信息成功 {}", JSON.toJSONString(liveSendAdminMessageResponse));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1、请求正确，返回LiveSendAdminMessageResponse对象，B端依据此对象处理业务逻辑；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发送的文本消息，文本消息和图片消息必传一个，最长为2000字符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发送的图片消息地址，url不支持带参数。文本消息和图片消息必传一个 发送图片消息时，设置的昵称和头像暂不生效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管理员头像，url不支持带参数。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昵称，最大为8个长度，超出会被截断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adminIndex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管理员索引，可以指定多个管理员发送消息，默认只有一个管理员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头衔，最大为4个长度，超出会被截断，不传参数则表示无头衔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freeReview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当频道开启审核后消息是否需要经过审核，默认为N Y：不需要 N：需要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发送消息ID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23、更新聊天审核开关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更新聊天审核开关</w:t>
        <w:br/>
        <w:t>接口地址（仅做说明使用）：https://api.polyv.net/live/v3/channel/chat/update-censor-enabled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testUpdateChatCensorEnabled() throws IOException, NoSuchAlgorithmException {</w:t>
        <w:br/>
        <w:t xml:space="preserve">        LiveUpdateChatCensorRequest liveUpdateChatCensorRequest = new LiveUpdateChatCensorRequest();</w:t>
        <w:br/>
        <w:t xml:space="preserve">        Boolean liveUpdateChatCensorResponse;</w:t>
        <w:br/>
        <w:t xml:space="preserve">        try {</w:t>
        <w:br/>
        <w:t xml:space="preserve">            String channelId = super.createChannel();</w:t>
        <w:br/>
        <w:t xml:space="preserve">            liveUpdateChatCensorRequest.setChannelId(channelId);</w:t>
        <w:br/>
        <w:t xml:space="preserve">            liveUpdateChatCensorResponse = new LiveChatRoomServiceImpl().updateChatCensorEnabled(</w:t>
        <w:br/>
        <w:t xml:space="preserve">                    liveUpdateChatCensorRequest);</w:t>
        <w:br/>
        <w:t xml:space="preserve">            Assert.assertNotNull(liveUpdateChatCensorResponse);</w:t>
        <w:br/>
        <w:t xml:space="preserve">            if (liveUpdateChatCensorResponse != null) {</w:t>
        <w:br/>
        <w:t xml:space="preserve">                //to do something ......</w:t>
        <w:br/>
        <w:t xml:space="preserve">                log.debug("测试更新聊天审核开关成功，当前状态 {}", liveUpdateChatCensorResponse);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 Y/N, */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设置成功返回当前聊天审核开关类型，开启为true，没开启为false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24、发送开播端弹窗消息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用于直播中，给开播讲师以弹窗形式发送特定消息的能力（当前仅支持给讲师触发）</w:t>
        <w:br/>
        <w:t>接口地址（仅做说明使用）：https://api.polyv.net/live/v4/chat/alert-to-special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testAlertChatSpecial() throws IOException, NoSuchAlgorithmException {</w:t>
        <w:br/>
        <w:t xml:space="preserve">        LiveAlertChatSpecialRequest liveAlertChatSpecialRequest = new LiveAlertChatSpecialRequest();</w:t>
        <w:br/>
        <w:t xml:space="preserve">        Boolean liveAlertChatSpecialResponse;</w:t>
        <w:br/>
        <w:t xml:space="preserve">        try {</w:t>
        <w:br/>
        <w:t xml:space="preserve">            String channelId = super.createChannel();</w:t>
        <w:br/>
        <w:t xml:space="preserve">            liveAlertChatSpecialRequest.setChannelId(channelId).setTitle("测试弹窗").setMessage("弹窗内容为hello world");</w:t>
        <w:br/>
        <w:t xml:space="preserve">            liveAlertChatSpecialResponse = new LiveChatRoomServiceImpl().alertChatSpecial(liveAlertChatSpecialRequest);</w:t>
        <w:br/>
        <w:t xml:space="preserve">            Assert.assertNotNull(liveAlertChatSpecialResponse);</w:t>
        <w:br/>
        <w:t xml:space="preserve">            if (liveAlertChatSpecialResponse != null) {</w:t>
        <w:br/>
        <w:t xml:space="preserve">                //to do something ......</w:t>
        <w:br/>
        <w:t xml:space="preserve">                log.debug("测试发送开播端弹窗消息成功 {}", liveAlertChatSpecialRequest);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标题长度大于等于1，长度小于等于100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消息说明长度大于等于1，长度小于等于500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true为调用成功，false为调用失败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25、发布公告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发布频道公告，支持置顶和弹窗</w:t>
        <w:br/>
        <w:t>接口地址（仅做说明使用）：https://api.polyv.net/live/v4/chat/add-bullentin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testAddBullentin() throws IOException, NoSuchAlgorithmException {</w:t>
        <w:br/>
        <w:t xml:space="preserve">        LiveAddBullentinRequest liveAddBullentinRequest = new LiveAddBullentinRequest();</w:t>
        <w:br/>
        <w:t xml:space="preserve">        Boolean liveAddBullentinResponse;</w:t>
        <w:br/>
        <w:t xml:space="preserve">        try {</w:t>
        <w:br/>
        <w:t xml:space="preserve">            String channelId = super.createChannel();</w:t>
        <w:br/>
        <w:t xml:space="preserve">            liveAddBullentinRequest.setChannelId(channelId)</w:t>
        <w:br/>
        <w:t xml:space="preserve">                    .setContent("测试发布公告")</w:t>
        <w:br/>
        <w:t xml:space="preserve">                    .setIsTop(LiveConstant.Flag.YES.getFlag())</w:t>
        <w:br/>
        <w:t xml:space="preserve">                    .setIsPop(LiveConstant.Flag.YES.getFlag());</w:t>
        <w:br/>
        <w:br/>
        <w:t xml:space="preserve">            liveAddBullentinResponse = new LiveChatRoomServiceImpl().addBullentin(liveAddBullentinRequest);</w:t>
        <w:br/>
        <w:t xml:space="preserve">            Assert.assertNotNull(liveAddBullentinResponse);</w:t>
        <w:br/>
        <w:t xml:space="preserve">            if (liveAddBullentinResponse != null) {</w:t>
        <w:br/>
        <w:t xml:space="preserve">                //to do something ......</w:t>
        <w:br/>
        <w:t xml:space="preserve">                log.debug("测试发布公告成功 {}", liveAddBullentinResponse);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isTop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是否置顶，值为Y/N，默认N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isPop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是否弹窗，值为Y/N，默认N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true为调用成功，false为调用失败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26、查询频道公告列表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分页查询频道公告列表</w:t>
        <w:br/>
        <w:t>接口地址（仅做说明使用）：https://api.polyv.net/live/v4/chat/list-bullentin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testListBullentin() throws IOException, NoSuchAlgorithmException {</w:t>
        <w:br/>
        <w:t xml:space="preserve">        LiveListBullentinRequest liveListBullentinRequest = new LiveListBullentinRequest();</w:t>
        <w:br/>
        <w:t xml:space="preserve">        LiveListBullentinResponse liveListBullentinResponse;</w:t>
        <w:br/>
        <w:t xml:space="preserve">        try {</w:t>
        <w:br/>
        <w:t xml:space="preserve">            String channelId = super.createChannel();</w:t>
        <w:br/>
        <w:t xml:space="preserve">            liveListBullentinRequest.setChannelId(channelId)</w:t>
        <w:br/>
        <w:t xml:space="preserve">                    .setPageNumber(1)</w:t>
        <w:br/>
        <w:t xml:space="preserve">                    .setPageSize(10);</w:t>
        <w:br/>
        <w:br/>
        <w:t xml:space="preserve">            liveListBullentinResponse = new LiveChatRoomServiceImpl().listBullentin(liveListBullentinRequest);</w:t>
        <w:br/>
        <w:t xml:space="preserve">            Assert.assertNotNull(liveListBullentinResponse);</w:t>
        <w:br/>
        <w:t xml:space="preserve">            if (liveListBullentinResponse != null) {</w:t>
        <w:br/>
        <w:t xml:space="preserve">                //to do something ......</w:t>
        <w:br/>
        <w:t xml:space="preserve">                log.debug("测试查询公告列表成功 {}", JSON.toJSONString(liveListBullentinResponse));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1、请求正确，返回LiveListBullentinResponse对象，B端依据此对象处理业务逻辑；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排序字段，createTime:asc 升序，createTime:desc 降序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分页大小，默认10，最大不超过1000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Bullentin参数描述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Bullentin参数描述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是否置顶 : 0-否，1-是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是否弹窗 : 0-否，1-是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canClose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是否可关闭 : 0-否，1-是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chatRoomService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