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channelViewdata</w:t>
      </w:r>
    </w:p>
    <w:p>
      <w:pPr>
        <w:pStyle w:val="Heading1"/>
      </w:pPr>
      <w:r>
        <w:t>1、获取频道一定时间范围之内的历史最高并发人数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获取频道一定时间范围之内的历史最高并发人数，粒度可以支持到分钟</w:t>
        <w:br/>
        <w:t>接口地址（仅做说明使用）：https://api.polyv.net/live/v3/channel/statistics/get-max-history-concurrent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testGetMaxChannelHistoryConcurrent() throws Exception, NoSuchAlgorithmException {</w:t>
        <w:br/>
        <w:t xml:space="preserve">        LiveChannelMaxHistoryConcurrentRequest liveChannelMaxHistoryConcurrentRequest =</w:t>
        <w:br/>
        <w:t xml:space="preserve">                new LiveChannelMaxHistoryConcurrentRequest();</w:t>
        <w:br/>
        <w:t xml:space="preserve">        Integer liveChannelMaxHistoryConcurrentResponse;</w:t>
        <w:br/>
        <w:t xml:space="preserve">        try {</w:t>
        <w:br/>
        <w:t xml:space="preserve">            long nowTime = System.currentTimeMillis();</w:t>
        <w:br/>
        <w:t xml:space="preserve">            long startTime = nowTime - 30 * 24 * 60 * 60 * 1000l;</w:t>
        <w:br/>
        <w:t xml:space="preserve">            liveChannelMaxHistoryConcurrentRequest.setChannelId(createChannel())</w:t>
        <w:br/>
        <w:t xml:space="preserve">                    .setStartTime(super.getDate(startTime))</w:t>
        <w:br/>
        <w:t xml:space="preserve">                    .setEndTime(super.getDate(nowTime));</w:t>
        <w:br/>
        <w:t xml:space="preserve">            liveChannelMaxHistoryConcurrentResponse =</w:t>
        <w:br/>
        <w:t xml:space="preserve">                    new LiveChannelViewdataServiceImpl().getMaxChannelHistoryConcurrent(</w:t>
        <w:br/>
        <w:t xml:space="preserve">                    liveChannelMaxHistoryConcurrentRequest);</w:t>
        <w:br/>
        <w:t xml:space="preserve">            Assert.assertNotNull(liveChannelMaxHistoryConcurrentResponse);</w:t>
        <w:br/>
        <w:t xml:space="preserve">            if (liveChannelMaxHistoryConcurrentResponse != null) {</w:t>
        <w:br/>
        <w:t xml:space="preserve">                //to do something ......</w:t>
        <w:br/>
        <w:t xml:space="preserve">                log.debug("测试获取频道一定时间范围之内的历史最高并发人数成功，并发人数为：{}", liveChannelMaxHistoryConcurrentResponse);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1、请求正确，返回Integer对象，B端依据此对象处理业务逻辑；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返回时间区间内的最高并发人数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2、分页获取连麦情况使用详情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分页获取连麦情况使用详情</w:t>
        <w:br/>
        <w:t>接口地址（仅做说明使用）：https://api.polyv.net/live/v3/channel/statistics/mic/list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testListChannelMic() throws Exception, NoSuchAlgorithmException {</w:t>
        <w:br/>
        <w:t xml:space="preserve">        LiveListChannelMicRequest liveListChannelMicRequest = new LiveListChannelMicRequest();</w:t>
        <w:br/>
        <w:t xml:space="preserve">        LiveListChannelMicResponse liveListChannelMicResponse;</w:t>
        <w:br/>
        <w:t xml:space="preserve">        try {</w:t>
        <w:br/>
        <w:t xml:space="preserve">            liveListChannelMicRequest.setChannelIds("1951952,1958888")</w:t>
        <w:br/>
        <w:t xml:space="preserve">                    .setStartDay(getDate(2020, 1, 1))</w:t>
        <w:br/>
        <w:t xml:space="preserve">                    .setEndDay(getDate(2020, 11, 11));</w:t>
        <w:br/>
        <w:t xml:space="preserve">            liveListChannelMicResponse = new LiveChannelViewdataServiceImpl().listChannelMic(liveListChannelMicRequest);</w:t>
        <w:br/>
        <w:t xml:space="preserve">            Assert.assertNotNull(liveListChannelMicResponse);</w:t>
        <w:br/>
        <w:t xml:space="preserve">            if (liveListChannelMicResponse != null) {</w:t>
        <w:br/>
        <w:t xml:space="preserve">                //to do something ......</w:t>
        <w:br/>
        <w:t xml:space="preserve">                log.debug("测试分页获取连麦情况使用详情成功，{}", JSON.toJSONString(liveListChannelMicResponse));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1、请求正确，返回LiveListChannelMicResponse对象，B端依据此对象处理业务逻辑；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频道号，使用英文逗号分开，如：100000,100001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size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ChannelMic参数描述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ChannelMic参数描述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当天，如：2019-10-25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使用连麦分钟数，单位：分钟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3、分页查询频道观看日志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分页查询频道观看日志</w:t>
        <w:br/>
        <w:t>接口地址（仅做说明使用）：https://api.polyv.net/live/v2/statistics/%s/viewlog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2、如果查询一段时间的记录，可以传：startTime、endTime （startTime和endTime 必须在同一个月），如果查询某天的记录，则传currentDay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3、startTime、endTime 和 currentDay不能都不传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4、currentDay与startTime、endTime 同时传将使用 startTime、endTime 的值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testListChannelViewlog() throws Exception, NoSuchAlgorithmException {</w:t>
        <w:br/>
        <w:t xml:space="preserve">        LiveListChannelViewlogRequest liveListChannelViewlogRequest = new LiveListChannelViewlogRequest();</w:t>
        <w:br/>
        <w:t xml:space="preserve">        LiveListChannelViewlogResponse liveListChannelViewlogResponse;</w:t>
        <w:br/>
        <w:t xml:space="preserve">        try {</w:t>
        <w:br/>
        <w:t xml:space="preserve">            liveListChannelViewlogRequest.setChannelId(createChannel()).setCurrentDay(getDate(2020, 11, 3));</w:t>
        <w:br/>
        <w:t xml:space="preserve">            liveListChannelViewlogResponse = new LiveChannelViewdataServiceImpl().listChannelViewlog(</w:t>
        <w:br/>
        <w:t xml:space="preserve">                    liveListChannelViewlogRequest);</w:t>
        <w:br/>
        <w:t xml:space="preserve">            Assert.assertNotNull(liveListChannelViewlogResponse);</w:t>
        <w:br/>
        <w:t xml:space="preserve">            if (liveListChannelViewlogResponse != null) {</w:t>
        <w:br/>
        <w:t xml:space="preserve">                //to do something ......</w:t>
        <w:br/>
        <w:t xml:space="preserve">                log.debug("测试分页查询频道观看日志成功，{}", JSON.toJSONString(liveListChannelViewlogResponse));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1、请求正确，返回LiveListChannelViewlogResponse对象，B端依据此对象处理业务逻辑；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观看日志类型，取值 vod 表示观看回放，取值live 表示直播【对应api文档的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viewLogType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直播点播日志类型，默认为livevod：查询点播列表观看数据live：查询直播或回放列表观看数据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场次ID, 多个场次使用,分隔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频道观看日志【详见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LiveChannelViewlog参数描述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LiveChannelViewlog参数描述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观众名称，最多支持64个字符【对应api文档的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观看类型：取值vod 表示观看回放，取值live 表示直播【对应api文档的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是否为移动端,Y:移动端，N：非移动端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日志创建日期，近似观众观看直播的开始时间，会比实际观看时间略慢一点点，观看时长建议使用 createdTime + playDuration 得到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4、查询多个频道汇总的统计数据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查询多个频道汇总的统计数据</w:t>
        <w:br/>
        <w:t>接口地址（仅做说明使用）：https://api.polyv.net/live/v2/statistics/%s/channel_summary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testListChannelSummary() throws Exception, NoSuchAlgorithmException {</w:t>
        <w:br/>
        <w:t xml:space="preserve">        LiveListChannelSummaryRequest liveListChannelSummaryRequest = new LiveListChannelSummaryRequest();</w:t>
        <w:br/>
        <w:t xml:space="preserve">        LiveListChannelSummaryResponse liveListChannelSummaryResponse;</w:t>
        <w:br/>
        <w:t xml:space="preserve">        try {</w:t>
        <w:br/>
        <w:t xml:space="preserve">            liveListChannelSummaryRequest.setStartDate(getDate(2020, 01, 01))</w:t>
        <w:br/>
        <w:t xml:space="preserve">                    .setEndDate(getDate(2020, 11, 11))</w:t>
        <w:br/>
        <w:t xml:space="preserve">                    .setChannelIds("1951952,1958888");</w:t>
        <w:br/>
        <w:t xml:space="preserve">            liveListChannelSummaryResponse = new LiveChannelViewdataServiceImpl().listChannelSummary(</w:t>
        <w:br/>
        <w:t xml:space="preserve">                    liveListChannelSummaryRequest);</w:t>
        <w:br/>
        <w:t xml:space="preserve">            Assert.assertNotNull(liveListChannelSummaryResponse);</w:t>
        <w:br/>
        <w:t xml:space="preserve">            if (liveListChannelSummaryResponse != null) {</w:t>
        <w:br/>
        <w:t xml:space="preserve">                //to do something ......</w:t>
        <w:br/>
        <w:t xml:space="preserve">                log.debug("测试查询多个频道汇总的统计数据成功，{}", JSON.toJSONString(liveListChannelSummaryResponse));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1、请求正确，返回LiveListChannelSummaryResponse对象，B端依据此对象处理业务逻辑；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查询的开始日期,格式为yyyy-MM-dd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查询的结束日期,格式为yyyy-MM-dd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要查询的频道号，不提交默认为查询所有频道，多个频道号以英文逗号“,”分开，如：105420,104400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channelSummarys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ChannelSummary参数描述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ChannelSummary参数描述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pc端播放流量，单位为Byte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pc视频播放量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移动端播放流量，单位为Byte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PC直播播放时长，单位为分钟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PC回放播放时长，单位为分钟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移动端直播播放时长，单位为分钟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移动端回放播放时长，单位为分钟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unknownPcPlayDuration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pc其他播放时长，单位为分钟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unknownMobilePlayDuration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移动端其他播放时长，单位为分钟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5、查询多个频道的实时在线人数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查询多个频道的实时在线人数</w:t>
        <w:br/>
        <w:t>接口地址（仅做说明使用）：https://api.polyv.net/live/v2/statistics/get-realtime-viewers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testListChannelViewerCount() throws Exception, NoSuchAlgorithmException {</w:t>
        <w:br/>
        <w:t xml:space="preserve">        LiveListChannelViewerCountRequest liveListChannelViewerCountRequest = new LiveListChannelViewerCountRequest();</w:t>
        <w:br/>
        <w:t xml:space="preserve">        LiveListChannelViewerCountResponse liveListChannelViewerCountResponse;</w:t>
        <w:br/>
        <w:t xml:space="preserve">        try {</w:t>
        <w:br/>
        <w:t xml:space="preserve">            liveListChannelViewerCountRequest.setChannelIds("1951952,1958888");</w:t>
        <w:br/>
        <w:t xml:space="preserve">            liveListChannelViewerCountResponse = new LiveChannelViewdataServiceImpl().listChannelViewerCount(</w:t>
        <w:br/>
        <w:t xml:space="preserve">                    liveListChannelViewerCountRequest);</w:t>
        <w:br/>
        <w:t xml:space="preserve">            Assert.assertNotNull(liveListChannelViewerCountResponse);</w:t>
        <w:br/>
        <w:t xml:space="preserve">            if (liveListChannelViewerCountResponse != null) {</w:t>
        <w:br/>
        <w:t xml:space="preserve">                //to do something ......</w:t>
        <w:br/>
        <w:t xml:space="preserve">                log.debug("测试查询多个频道的实时在线人数成功，{}", JSON.toJSONString(liveListChannelViewerCountResponse));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1、请求正确，返回LiveListChannelViewerCountResponse对象，B端依据此对象处理业务逻辑；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频道号，使用英文逗号分开，如：100000,100001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channelViewerCounts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频道实时在线人数【详见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ChannelViewerCount参数描述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ChannelViewerCount参数描述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统计的时间点（时间格式：24H），例：15:39:10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某个时间点实时观看人数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6、查询频道的历史并发人数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查询频道的历史并发人数</w:t>
        <w:br/>
        <w:t>接口地址（仅做说明使用）：https://api.polyv.net/live/v3/channel/statistics/concurrence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testGetChannelViewerConcurrence() throws Exception, NoSuchAlgorithmException {</w:t>
        <w:br/>
        <w:t xml:space="preserve">        LiveChannelViewerConcurrenceRequest liveChannelViewerConcurrenceRequest =</w:t>
        <w:br/>
        <w:t xml:space="preserve">                new LiveChannelViewerConcurrenceRequest();</w:t>
        <w:br/>
        <w:t xml:space="preserve">        LiveChannelViewerConcurrenceResponse liveChannelViewerConcurrenceResponse;</w:t>
        <w:br/>
        <w:t xml:space="preserve">        try {</w:t>
        <w:br/>
        <w:t xml:space="preserve">            liveChannelViewerConcurrenceRequest.setChannelId(createChannel())</w:t>
        <w:br/>
        <w:t xml:space="preserve">                    .setStartDate(getDate(2020, 10, 01))</w:t>
        <w:br/>
        <w:t xml:space="preserve">                    .setEndDate(getDate(2020, 11, 11));</w:t>
        <w:br/>
        <w:t xml:space="preserve">            liveChannelViewerConcurrenceResponse = new LiveChannelViewdataServiceImpl().getChannelViewerConcurrence(</w:t>
        <w:br/>
        <w:t xml:space="preserve">                    liveChannelViewerConcurrenceRequest);</w:t>
        <w:br/>
        <w:t xml:space="preserve">            Assert.assertNotNull(liveChannelViewerConcurrenceResponse);</w:t>
        <w:br/>
        <w:t xml:space="preserve">            if (liveChannelViewerConcurrenceResponse != null) {</w:t>
        <w:br/>
        <w:t xml:space="preserve">                //to do something ......</w:t>
        <w:br/>
        <w:t xml:space="preserve">                log.debug("测试查询频道的历史并发人数成功，{}", JSON.toJSONString(liveChannelViewerConcurrenceResponse));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1、请求正确，返回LiveChannelViewerConcurrenceResponse对象，B端依据此对象处理业务逻辑；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开始日期格式，yyyy-MM-dd,开始日期和结束日期的时间跨度：最多查两个月内的数据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结束日期格式，yyyy-MM-dd，开始日期和结束日期的时间跨度：最多查两个月内的数据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channelViewerConcurrences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频道并发在线人数【详见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ChannelViewerConcurrence参数描述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ChannelViewerConcurrence参数描述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统计的日期（时间格式：yyyy-MM-dd,例：2019-04-10）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统计的时间点（时间格式：12H，例：10:30）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某个时间点实时观看人数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7、查询时间内直播场次数据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查询时间内直播场次数据</w:t>
        <w:br/>
        <w:t>接口地址（仅做说明使用）：https://api.polyv.net/live/v4/statistics/session-stats/list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2、不填写查询时间段时，默认查询当前时间到前一个小时之间产生的场次报表数据；查询时间段最大间隔24小时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testGetLiveSession() throws IOException, NoSuchAlgorithmException {</w:t>
        <w:br/>
        <w:t xml:space="preserve">        LiveGetLiveSessionRequest liveGetLiveSessionRequest = new LiveGetLiveSessionRequest();</w:t>
        <w:br/>
        <w:t xml:space="preserve">        LiveGetLiveSessionResponse liveGetLiveSessionResponse;</w:t>
        <w:br/>
        <w:t xml:space="preserve">        try {</w:t>
        <w:br/>
        <w:t xml:space="preserve">            liveGetLiveSessionRequest.setStartTime(super.getDate(2021, 10, 16, 0, 31, 15));</w:t>
        <w:br/>
        <w:t xml:space="preserve">            liveGetLiveSessionRequest.setEndTime(super.getDate(2021, 10, 16, 20, 31, 15));</w:t>
        <w:br/>
        <w:t xml:space="preserve">            liveGetLiveSessionResponse = new LiveChannelViewdataServiceImpl().getLiveSession(liveGetLiveSessionRequest);</w:t>
        <w:br/>
        <w:t xml:space="preserve">            Assert.assertNotNull(liveGetLiveSessionResponse);</w:t>
        <w:br/>
        <w:t xml:space="preserve">            if (liveGetLiveSessionResponse != null) {</w:t>
        <w:br/>
        <w:t xml:space="preserve">                //to do something ......</w:t>
        <w:br/>
        <w:t xml:space="preserve">                log.debug("测试查询时间内直播场次数据成功{}", JSON.toJSONString(liveGetLiveSessionResponse));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1、请求正确，返回LiveGetLiveSessionResponse对象，B端依据此对象处理业务逻辑；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ChannelLiveSession参数描述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ChannelLiveSession参数描述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直播开始时间，时间格式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直播结束时间，时间格式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8、分页查询账号直播观看详情数据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分页获取账号下所有频道观看详情数据</w:t>
        <w:br/>
        <w:t>接口地址（仅做说明使用）：https://api.polyv.net/live/v3/user/statistics/viewlog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testGetChannelViewLog() throws IOException, NoSuchAlgorithmException {</w:t>
        <w:br/>
        <w:t xml:space="preserve">        LiveGetChannelViewLogRequest liveGetChannelViewLogRequest = new LiveGetChannelViewLogRequest();</w:t>
        <w:br/>
        <w:t xml:space="preserve">        LiveGetChannelViewLogResponse liveGetChannelViewLogResponse;</w:t>
        <w:br/>
        <w:t xml:space="preserve">        try {</w:t>
        <w:br/>
        <w:t xml:space="preserve">            String channelId = super.createChannel();</w:t>
        <w:br/>
        <w:t xml:space="preserve">            liveGetChannelViewLogRequest.setChannelId(channelId)</w:t>
        <w:br/>
        <w:t xml:space="preserve">                    .setStartDate(super.getDate(1606924800000L))</w:t>
        <w:br/>
        <w:t xml:space="preserve">                    .setEndDate(super.getDate(1607011200000L));</w:t>
        <w:br/>
        <w:t xml:space="preserve">            liveGetChannelViewLogResponse = new LiveChannelViewdataServiceImpl().getChannelViewLog(</w:t>
        <w:br/>
        <w:t xml:space="preserve">                    liveGetChannelViewLogRequest);</w:t>
        <w:br/>
        <w:t xml:space="preserve">            Assert.assertNotNull(liveGetChannelViewLogResponse);</w:t>
        <w:br/>
        <w:t xml:space="preserve">            if (liveGetChannelViewLogResponse != null) {</w:t>
        <w:br/>
        <w:t xml:space="preserve">                //to do something ......</w:t>
        <w:br/>
        <w:t xml:space="preserve">                log.debug("测试分页查询账号直播观看详情数据成功 {}", JSON.toJSONString(liveGetChannelViewLogResponse));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1、请求正确，返回LiveGetChannelViewLogResponse对象，B端依据此对象处理业务逻辑；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查询开始时间，格式:yyyy-MM-dd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查询结束时间，格式:yyyy-MM-dd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频道ID，不传查询所有频道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观看类型， live：直播， vod：回放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观看详情数据列表【详见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ViewLogList参数描述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ViewLogList参数描述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观看日志类型，默认为live vod：观看回放 live：直播【对应api文档的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1：无延迟观看 0：普通观看【对应api文档的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进入页面时间，部分情况返回为null，非特殊说明，请使用createdTime替代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退出页面时间，部分情况返回为null，非特殊说明，请使用createdTime+stayDuration替代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9、查询频道多场次概览统计数据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接口用于统计直播间内多场次的直播的观看数据，数据会根据场次号进行汇总，返回观看UV、观看PV等。</w:t>
        <w:br/>
        <w:t>接口地址（仅做说明使用）：https://api.polyv.net/live/v3/channel/statistics/get-session-stats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testGetSessionStats() throws IOException, NoSuchAlgorithmException {</w:t>
        <w:br/>
        <w:t xml:space="preserve">        LiveGetSessionStatsRequest liveGetSessionStatsRequest = new LiveGetSessionStatsRequest();</w:t>
        <w:br/>
        <w:t xml:space="preserve">        LiveGetSessionStatsResponse liveGetSessionStatsResponse;</w:t>
        <w:br/>
        <w:t xml:space="preserve">        try {</w:t>
        <w:br/>
        <w:t xml:space="preserve">            String channelId = super.createChannel();</w:t>
        <w:br/>
        <w:t xml:space="preserve">            liveGetSessionStatsRequest.setChannelId(channelId)</w:t>
        <w:br/>
        <w:t xml:space="preserve">                    .setStartTime(getDate(1610273359000L))</w:t>
        <w:br/>
        <w:t xml:space="preserve">                    .setEndTime(getDate(1612001359000L));</w:t>
        <w:br/>
        <w:t xml:space="preserve">            liveGetSessionStatsResponse = new LiveChannelViewdataServiceImpl().getSessionStats(</w:t>
        <w:br/>
        <w:t xml:space="preserve">                    liveGetSessionStatsRequest);</w:t>
        <w:br/>
        <w:t xml:space="preserve">            Assert.assertNotNull(liveGetSessionStatsResponse);</w:t>
        <w:br/>
        <w:t xml:space="preserve">            if (liveGetSessionStatsResponse != null) {</w:t>
        <w:br/>
        <w:t xml:space="preserve">                //to do something ......</w:t>
        <w:br/>
        <w:t xml:space="preserve">                log.debug("测试查询频道多场次概览统计数据成功 {}", JSON.toJSONString(liveGetSessionStatsResponse));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1、请求正确，返回LiveGetSessionStatsResponse对象，B端依据此对象处理业务逻辑；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场次ID，多个场次使用逗号分隔，如：fw82mayhuy,fvipafupmh，场次ID和直播开始结束时间必填一项，场次ID和直播开始结束时间同时存在时，使用场次ID进行查询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直播开始时间，开始时间和结束时间相隔不可以超过30天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直播结束时间，场次ID和直播开始结束时间必填一项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直播间内多场次的观看数据列表【详见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ChannelSessionStats参数描述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ChannelSessionStats参数描述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liveUV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直播观看用户数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playbackUV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回放观看用户数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观看直播总时长，单位秒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totalPlaybackDuration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观看回放总时长，单位秒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10、查询时间范围内频道直播观看详情数据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通过频道号获取该频道某段时间的直播观看的统计数据</w:t>
        <w:br/>
        <w:t>接口地址（仅做说明使用）：https://api.polyv.net/live/v3/channel/statistics/daily/summary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testGetDailySummary() throws IOException, NoSuchAlgorithmException {</w:t>
        <w:br/>
        <w:t xml:space="preserve">        LiveDailySummaryRequest liveDailySummaryRequest = new LiveDailySummaryRequest();</w:t>
        <w:br/>
        <w:t xml:space="preserve">        List&lt;LiveDailySummaryResponse&gt; liveDailySummaryResponse;</w:t>
        <w:br/>
        <w:t xml:space="preserve">        try {</w:t>
        <w:br/>
        <w:t xml:space="preserve">            String channelId = super.createChannel();</w:t>
        <w:br/>
        <w:t xml:space="preserve">            liveDailySummaryRequest.setChannelId(channelId);</w:t>
        <w:br/>
        <w:t xml:space="preserve">            liveDailySummaryRequest.setStartDay(super.getDate(2021, 3, 01));</w:t>
        <w:br/>
        <w:t xml:space="preserve">            liveDailySummaryRequest.setEndDay(super.getDate(2021, 3, 30));</w:t>
        <w:br/>
        <w:t xml:space="preserve">            liveDailySummaryResponse = new LiveChannelViewdataServiceImpl().getDailySummary(liveDailySummaryRequest);</w:t>
        <w:br/>
        <w:t xml:space="preserve">            Assert.assertNotNull(liveDailySummaryResponse);</w:t>
        <w:br/>
        <w:t xml:space="preserve">            if (liveDailySummaryResponse != null) {</w:t>
        <w:br/>
        <w:t xml:space="preserve">                //to do something ......</w:t>
        <w:br/>
        <w:t xml:space="preserve">                log.debug("测试查询时间范围内频道直播观看详情数据成功 {}", JSON.toJSONString(liveDailySummaryResponse));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1、请求正确，返回LiveDailySummaryResponse对象，B端依据此对象处理业务逻辑；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返回对象是List&amp;lt;LiveDailySummaryResponse&amp;gt;，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LiveDailySummaryResponse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PC端总播放量，类似PV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PC端唯一观众数，类似UV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移动端总播放量，类似PV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移动端唯一观众数，类似UV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记录添加的时间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记录修改的时间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创建账号的子账号用户ID（为空则为主账号创建）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创建频道的子账号名称（主账号创建的则显示"主账号"）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11、查询频道连麦详情数据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接口用于查询某个频道的一段时间区间内的连麦详情数据，支持分页</w:t>
        <w:br/>
        <w:t>接口地址（仅做说明使用）：https://api.polyv.net/live/v3/channel/mic/log/list-detail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testListLinkMicDetail() throws IOException, NoSuchAlgorithmException {</w:t>
        <w:br/>
        <w:t xml:space="preserve">        LiveListLinkMicDetailRequest liveListLinkMicDetailRequest = new LiveListLinkMicDetailRequest();</w:t>
        <w:br/>
        <w:t xml:space="preserve">        LiveListLinkMicDetailResponse liveListLinkMicDetailResponse;</w:t>
        <w:br/>
        <w:t xml:space="preserve">        try {</w:t>
        <w:br/>
        <w:t xml:space="preserve">            String channelId = super.createChannel();</w:t>
        <w:br/>
        <w:t xml:space="preserve">            liveListLinkMicDetailRequest.setChannelId(channelId);</w:t>
        <w:br/>
        <w:t xml:space="preserve">            liveListLinkMicDetailRequest.setStartDate(super.getDate(2020, 11, 1));</w:t>
        <w:br/>
        <w:t xml:space="preserve">            liveListLinkMicDetailRequest.setEndDate(super.getDate(2020, 11, 03));</w:t>
        <w:br/>
        <w:t xml:space="preserve">            liveListLinkMicDetailResponse = new LiveChannelViewdataServiceImpl().listLinkMicDetail(</w:t>
        <w:br/>
        <w:t xml:space="preserve">                    liveListLinkMicDetailRequest);</w:t>
        <w:br/>
        <w:t xml:space="preserve">            Assert.assertNotNull(liveListLinkMicDetailResponse);</w:t>
        <w:br/>
        <w:t xml:space="preserve">            if (liveListLinkMicDetailResponse != null) {</w:t>
        <w:br/>
        <w:t xml:space="preserve">                //to do something ......</w:t>
        <w:br/>
        <w:t xml:space="preserve">                log.debug("测试查询频道连麦详情数据成功 {}", JSON.toJSONString(liveListLinkMicDetailResponse));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1、请求正确，返回LiveListLinkMicDetailResponse对象，B端依据此对象处理业务逻辑；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开始日期，格式：yyyy-MM-dd，如2020-10-01，时间范围不能超过30天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结束日期，格式：yyyy-MM-dd，如2020-10-01，时间范围不能超过30天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每页数据大小，默认500条，最大5000条，超过5000条可以分多批拉取，每次page加1，直到返回列表contents为空为止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MicDetail参数描述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MicDetail参数描述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身份 guest：嘉宾 student：学员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 rtc 的时间，13位毫秒时间戳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leaveTime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 rtc 的时间，13位毫秒时间戳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连麦时长(分钟数)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12、查询频道实时并发数据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在直播中，查询频道实时在线人数</w:t>
        <w:br/>
        <w:t>接口地址（仅做说明使用）：https://api.polyv.net/live/v1/statistics/%s/realtime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testGetRealviewers() throws IOException, NoSuchAlgorithmException {</w:t>
        <w:br/>
        <w:t xml:space="preserve">        LiveRealviewersRequest liveRealviewersRequest = new LiveRealviewersRequest();</w:t>
        <w:br/>
        <w:t xml:space="preserve">        List&lt;LiveRealviewersResponse&gt; liveRealviewersResponse;</w:t>
        <w:br/>
        <w:t xml:space="preserve">        try {</w:t>
        <w:br/>
        <w:t xml:space="preserve">            String channelId = super.createChannel();</w:t>
        <w:br/>
        <w:t xml:space="preserve">            liveRealviewersRequest.setChannelId(channelId);</w:t>
        <w:br/>
        <w:t xml:space="preserve">            liveRealviewersRequest.setUserId(LiveGlobalConfig.getUserId());</w:t>
        <w:br/>
        <w:t xml:space="preserve">            liveRealviewersResponse = new LiveChannelViewdataResultServiceImpl().getRealviewers(liveRealviewersRequest);</w:t>
        <w:br/>
        <w:t xml:space="preserve">            Assert.assertNotNull(liveRealviewersResponse);</w:t>
        <w:br/>
        <w:t xml:space="preserve">            if (liveRealviewersResponse != null) {</w:t>
        <w:br/>
        <w:t xml:space="preserve">                //to do something ......</w:t>
        <w:br/>
        <w:t xml:space="preserve">                log.debug("测试查询频道实时并发数据成功 {}", JSON.toJSONString(liveRealviewersResponse));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1、请求正确，返回LiveRealviewersResponse对象，B端依据此对象处理业务逻辑；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返回对象是List&amp;lt;LiveRealviewersResponse&amp;gt;，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LiveRealviewersResponse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统计的时间，格式：HH:mm:ss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某个时间，实时观看人数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13、查询后台频道统计信息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查询后台频道统计信息</w:t>
        <w:br/>
        <w:t>接口地址（仅做说明使用）：https://api.polyv.net/live/v4/channel/statistics/channel-statistic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testGetChannelStatistic() throws IOException, NoSuchAlgorithmException {</w:t>
        <w:br/>
        <w:t xml:space="preserve">        LiveChannelStatisticRequest liveChannelStatisticRequest = new LiveChannelStatisticRequest();</w:t>
        <w:br/>
        <w:t xml:space="preserve">        LiveChannelStatisticResponse liveChannelStatisticResponse;</w:t>
        <w:br/>
        <w:t xml:space="preserve">        try {</w:t>
        <w:br/>
        <w:t xml:space="preserve">            String channelId = super.createChannel();</w:t>
        <w:br/>
        <w:t xml:space="preserve">            liveChannelStatisticRequest.setChannelId(channelId)</w:t>
        <w:br/>
        <w:t xml:space="preserve">                    .setStartDate(super.getDate(2023, 10, 1))</w:t>
        <w:br/>
        <w:t xml:space="preserve">                    .setEndDate(super.getDate(2023, 10, 30));</w:t>
        <w:br/>
        <w:t xml:space="preserve">            liveChannelStatisticResponse = new LiveChannelViewdataServiceImpl().getChannelStatistic(</w:t>
        <w:br/>
        <w:t xml:space="preserve">                    liveChannelStatisticRequest);</w:t>
        <w:br/>
        <w:t xml:space="preserve">            Assert.assertNotNull(liveChannelStatisticResponse);</w:t>
        <w:br/>
        <w:t xml:space="preserve">            if (liveChannelStatisticResponse != null) {</w:t>
        <w:br/>
        <w:t xml:space="preserve">                log.info("uniqueVisitor is "+ liveChannelStatisticResponse.getUniqueVisitor());</w:t>
        <w:br/>
        <w:t xml:space="preserve">                //to do something ......</w:t>
        <w:br/>
        <w:t xml:space="preserve">                log.debug("测试查询后台频道统计信息成功 {}", JSON.toJSONString(liveChannelStatisticResponse));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1、请求正确，返回LiveChannelStatisticResponse对象，B端依据此对象处理业务逻辑；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 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 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人均观看时长，为(观看时长/观看人数)向下取整，单位:分钟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人均观看次数，为(观看次数/观看人数)*10后向下取整后再除10，所以有一位小数，单位：次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观看人数（根据ip地址去重）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观看人数（根据viewerId计算）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uniqueVisitor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访问人数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14、查询账号观看记录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查询账号观看记录</w:t>
        <w:br/>
        <w:t>接口地址（仅做说明使用）：https://api.polyv.net/live/v4/user/viewlog/list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testGetViewLogList() throws IOException, NoSuchAlgorithmException {</w:t>
        <w:br/>
        <w:t xml:space="preserve">        LiveListAccountViewlogRequest liveListAccountViewlogRequest = new LiveListAccountViewlogRequest();</w:t>
        <w:br/>
        <w:t xml:space="preserve">        LiveListAccountViewlogResponse liveListAccountViewlogResponse;</w:t>
        <w:br/>
        <w:t xml:space="preserve">        try {</w:t>
        <w:br/>
        <w:t xml:space="preserve">            liveListAccountViewlogRequest</w:t>
        <w:br/>
        <w:t xml:space="preserve">                    .setStartDate(super.getDate(2023, 10, 1))</w:t>
        <w:br/>
        <w:t xml:space="preserve">                    .setEndDate(super.getDate(2023, 10, 30));</w:t>
        <w:br/>
        <w:t xml:space="preserve">            liveListAccountViewlogResponse = new LiveChannelViewdataServiceImpl().listAccountViewlog(</w:t>
        <w:br/>
        <w:t xml:space="preserve">                    liveListAccountViewlogRequest);</w:t>
        <w:br/>
        <w:t xml:space="preserve">            Assert.assertNotNull(liveListAccountViewlogResponse);</w:t>
        <w:br/>
        <w:t xml:space="preserve">            if (liveListAccountViewlogResponse != null) {</w:t>
        <w:br/>
        <w:t xml:space="preserve">                //to do something ......</w:t>
        <w:br/>
        <w:t xml:space="preserve">                log.debug("测试查询账号观看记录成功 {}", JSON.toJSONString(liveListAccountViewlogResponse));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1、请求正确，返回LiveListAccountViewlogResponse对象，B端依据此对象处理业务逻辑；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查询的开始日期，不传查询当月，格式为yyyy-MM-dd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查询的结束日期，必须和开始日期在同一个月，格式为yyyy-MM-dd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ViewlogDetail参数描述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ViewlogDetail参数描述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自定义参数param5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channelViewdata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