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channelTemplate</w:t>
      </w:r>
    </w:p>
    <w:p>
      <w:pPr>
        <w:pStyle w:val="Heading1"/>
      </w:pPr>
      <w:r>
        <w:t>1、查询直播模板打赏设置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查询直播模板打赏设置，包括现金打赏、礼物打赏，礼物打赏又分为现金支付和积分支付</w:t>
        <w:br/>
        <w:t>接口地址（仅做说明使用）：https://api.polyv.net/live/v4/user/donate/get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testGetUserDonate() throws IOException, NoSuchAlgorithmException {</w:t>
        <w:br/>
        <w:t xml:space="preserve">        LiveGetUserDonateRequest liveGetUserDonateRequest = new LiveGetUserDonateRequest();</w:t>
        <w:br/>
        <w:t xml:space="preserve">        LiveGetUserDonateResponse liveGetUserDonateResponse;</w:t>
        <w:br/>
        <w:t xml:space="preserve">        try {</w:t>
        <w:br/>
        <w:t xml:space="preserve">            liveGetUserDonateResponse = new LiveChannelTemplateServiceImpl().getUserDonate(liveGetUserDonateRequest);</w:t>
        <w:br/>
        <w:t xml:space="preserve">            Assert.assertNotNull(liveGetUserDonateResponse);</w:t>
        <w:br/>
        <w:t xml:space="preserve">            if (liveGetUserDonateResponse != null) {</w:t>
        <w:br/>
        <w:t xml:space="preserve">                //to do something ......</w:t>
        <w:br/>
        <w:t xml:space="preserve">                log.debug("测试查询直播模板打赏设成功{}", JSON.toJSONString(liveGetUserDonateResponse));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1、请求正确，返回LiveGetUserDonateResponse对象，B端依据此对象处理业务逻辑；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donateCashEnabled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现金红包打赏开关，Y：开启，N：关闭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cashDonate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UserCashDonate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现金红包【详见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UserCashDonate参数描述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donateGiftEnabled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giftDonate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礼物打赏（现金支付或积分支付）【详见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UserGiftDonate参数描述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UserCashDonate参数描述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固定打赏金额，数组长度在1-6，最小值0.01，最大值9999.99【对应api文档的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cashs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cashMin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自定义打赏金额-最低金额，最小值0.01，最大值9999.99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UserGiftDonate参数描述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payWay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支付方式，CASH：现金支付，POINT：积分支付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cashPays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现金支付列表【详见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ChannelGift参数描述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pointPays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积分支付列表【详见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ChannelGift参数描述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ChannelGift参数描述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开关，Y：开启，N：关闭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ChannelGift参数描述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开关，Y：开启，N：关闭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2、修改默认模板礼物打赏设置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修改直播模板礼物打赏设置，礼物打赏又分为现金支付和积分支付</w:t>
        <w:br/>
        <w:t>接口地址（仅做说明使用）：https://api.polyv.net/live/v4/user/donate/gift/update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testUpdateUserDonate() throws IOException, NoSuchAlgorithmException {</w:t>
        <w:br/>
        <w:t xml:space="preserve">        LiveUpdateUserDonateRequest liveUpdateUserDonateRequest = new LiveUpdateUserDonateRequest();</w:t>
        <w:br/>
        <w:t xml:space="preserve">        Boolean liveUpdateUserDonateResponse;</w:t>
        <w:br/>
        <w:t xml:space="preserve">        try {</w:t>
        <w:br/>
        <w:t xml:space="preserve">            LiveUpdateUserDonateRequest.UserGiftDonate giftDonate = new LiveUpdateUserDonateRequest.UserGiftDonate();</w:t>
        <w:br/>
        <w:t xml:space="preserve">            List&lt;LiveUpdateUserDonateRequest.UserGift&gt; giftList = new ArrayList&lt;&gt;();</w:t>
        <w:br/>
        <w:t xml:space="preserve">            LiveUpdateUserDonateRequest.UserGift gift1 = new LiveUpdateUserDonateRequest.UserGift();</w:t>
        <w:br/>
        <w:t xml:space="preserve">            gift1.setImg("//liveimages.videocc.net/uploaded/images/2021/11/g41in083xo.png")</w:t>
        <w:br/>
        <w:t xml:space="preserve">                    .setName("现金礼物")</w:t>
        <w:br/>
        <w:t xml:space="preserve">                    .setPrice(Float.valueOf("1.66"))</w:t>
        <w:br/>
        <w:t xml:space="preserve">                    .setEnabled(LiveConstant.Flag.YES.getFlag());</w:t>
        <w:br/>
        <w:t xml:space="preserve">            giftList.add(gift1);</w:t>
        <w:br/>
        <w:t xml:space="preserve">            List&lt;LiveUpdateUserDonateRequest.UserGift&gt; pointList = new ArrayList&lt;&gt;();</w:t>
        <w:br/>
        <w:t xml:space="preserve">            LiveUpdateUserDonateRequest.UserGift pointGift1 = new LiveUpdateUserDonateRequest.UserGift();</w:t>
        <w:br/>
        <w:t xml:space="preserve">            pointGift1.setImg("//s1.videocc.net/default-img/donate/666.png")</w:t>
        <w:br/>
        <w:t xml:space="preserve">                    .setName("积分礼物")</w:t>
        <w:br/>
        <w:t xml:space="preserve">                    .setPrice(Float.valueOf("12.88"))</w:t>
        <w:br/>
        <w:t xml:space="preserve">                    .setEnabled(LiveConstant.Flag.YES.getFlag());</w:t>
        <w:br/>
        <w:t xml:space="preserve">            LiveUpdateUserDonateRequest.UserGift pointGift2 = new LiveUpdateUserDonateRequest.UserGift();</w:t>
        <w:br/>
        <w:t xml:space="preserve">            pointGift2.setImg("https://liveimages.videocc.net/uploaded/images/2021/11/g4b3010gmm.gif")</w:t>
        <w:br/>
        <w:t xml:space="preserve">                    .setName("积分礼物2")</w:t>
        <w:br/>
        <w:t xml:space="preserve">                    .setPrice(Float.valueOf("66.88"))</w:t>
        <w:br/>
        <w:t xml:space="preserve">                    .setEnabled(LiveConstant.Flag.YES.getFlag());</w:t>
        <w:br/>
        <w:t xml:space="preserve">            pointList.add(pointGift1);</w:t>
        <w:br/>
        <w:t xml:space="preserve">            pointList.add(pointGift2);</w:t>
        <w:br/>
        <w:t xml:space="preserve">            giftDonate.setPayWay(LiveConstant.PayWay.POINT.getValue())</w:t>
        <w:br/>
        <w:t xml:space="preserve">                    .setCashPays(giftList)</w:t>
        <w:br/>
        <w:t xml:space="preserve">                    .setPointPays(pointList)</w:t>
        <w:br/>
        <w:t xml:space="preserve">                    .setPointUnit("polyv积分");</w:t>
        <w:br/>
        <w:t xml:space="preserve">            liveUpdateUserDonateRequest.setGiftDonate(giftDonate);</w:t>
        <w:br/>
        <w:t xml:space="preserve">            liveUpdateUserDonateRequest.setDonateGiftEnabled(LiveConstant.Flag.YES.getFlag());</w:t>
        <w:br/>
        <w:t xml:space="preserve">            liveUpdateUserDonateResponse = new LiveChannelTemplateServiceImpl().updateUserDonate(</w:t>
        <w:br/>
        <w:t xml:space="preserve">                    liveUpdateUserDonateRequest);</w:t>
        <w:br/>
        <w:t xml:space="preserve">            Assert.assertTrue(liveUpdateUserDonateResponse);</w:t>
        <w:br/>
        <w:t xml:space="preserve">            if (liveUpdateUserDonateResponse) {</w:t>
        <w:br/>
        <w:t xml:space="preserve">                //to do something ......</w:t>
        <w:br/>
        <w:t xml:space="preserve">                log.debug("测试修改默认模板礼物打赏设置成功");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donateGiftEnabled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giftDonate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UserGiftDonate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礼物打赏（现金支付或积分支付）【详见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UserGiftDonate参数描述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UserGiftDonate参数描述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支付方式，CASH：现金支付，POINT：积分支付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现金单位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积分单位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cashPays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现金支付列表【详见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UserGift参数描述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pointPays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积分支付列表【详见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UserGift参数描述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UserGift参数描述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礼物价格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开关，Y：开启，N：关闭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UserGift参数描述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礼物价格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开关，Y：开启，N：关闭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修改默认模板礼物打赏设置返回实体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channelTemplate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