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channelState</w:t>
      </w:r>
    </w:p>
    <w:p>
      <w:pPr>
        <w:pStyle w:val="Heading1"/>
      </w:pPr>
      <w:r>
        <w:t>1、查询频道实时推流信息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查询频道实时推流信息</w:t>
        <w:br/>
        <w:t>接口地址（仅做说明使用）：https://api.polyv.net/live/v3/channel/monitor/get-stream-info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2、讲师未进入直播间或未开启上课等情况，将抛出"channel status not live"异常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testGetChannelStreamInfo() throws Exception, NoSuchAlgorithmException {</w:t>
        <w:br/>
        <w:t xml:space="preserve">        LiveChannelStreamInfoRequest liveChannelStreamInfoRequest = new LiveChannelStreamInfoRequest();</w:t>
        <w:br/>
        <w:t xml:space="preserve">        LiveChannelStreamInfoResponse liveChannelStreamInfoResponse;</w:t>
        <w:br/>
        <w:t xml:space="preserve">        try {</w:t>
        <w:br/>
        <w:t xml:space="preserve">            liveChannelStreamInfoRequest.setChannelId(createChannel());</w:t>
        <w:br/>
        <w:t xml:space="preserve">            liveChannelStreamInfoResponse = new LiveChannelStateServiceImpl().getChannelStreamInfo(</w:t>
        <w:br/>
        <w:t xml:space="preserve">                    liveChannelStreamInfoRequest);</w:t>
        <w:br/>
        <w:t xml:space="preserve">            Assert.assertNotNull(liveChannelStreamInfoResponse);</w:t>
        <w:br/>
        <w:t xml:space="preserve">            if (liveChannelStreamInfoResponse != null) {</w:t>
        <w:br/>
        <w:t xml:space="preserve">                //to do something ......</w:t>
        <w:br/>
        <w:t xml:space="preserve">                log.debug("批量查询频道直播流状态成功{}", JSON.toJSONString(liveChannelStreamInfoResponse));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1、请求正确，返回LiveChannelStreamInfoResponse对象，B端依据此对象处理业务逻辑；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deployAddress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推送的CDN节点IP，可能会为null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推流出口ip，可能会为null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lfr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推流丢帧率，可能会为null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inBandWidth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推流码率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2、批量查询频道直播流状态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批量查询频道直播流状态</w:t>
        <w:br/>
        <w:t>接口地址（仅做说明使用）：https://api.polyv.net/live/v2/channels/live-status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testListChannelLiveStream() throws Exception, NoSuchAlgorithmException {</w:t>
        <w:br/>
        <w:t xml:space="preserve">        LiveListChannelStreamStatusRequest liveListChannelStreamStatusRequest =</w:t>
        <w:br/>
        <w:t xml:space="preserve">                new LiveListChannelStreamStatusRequest();</w:t>
        <w:br/>
        <w:t xml:space="preserve">        LiveListChannelStreamStatusResponse liveListChannelStreamStatusResponse;</w:t>
        <w:br/>
        <w:t xml:space="preserve">        try {</w:t>
        <w:br/>
        <w:t xml:space="preserve">            //准备测试数据</w:t>
        <w:br/>
        <w:t xml:space="preserve">            String channelId0 = super.createChannel();</w:t>
        <w:br/>
        <w:t xml:space="preserve">            String channelId1 = getAloneChannelId();</w:t>
        <w:br/>
        <w:t xml:space="preserve">            liveListChannelStreamStatusRequest.setChannelIds(String.format("%s,%s", channelId0, channelId1));</w:t>
        <w:br/>
        <w:t xml:space="preserve">            liveListChannelStreamStatusResponse = new LiveChannelStateServiceImpl().listChannelLiveStream(</w:t>
        <w:br/>
        <w:t xml:space="preserve">                    liveListChannelStreamStatusRequest);</w:t>
        <w:br/>
        <w:t xml:space="preserve">            Assert.assertNotNull(liveListChannelStreamStatusResponse);</w:t>
        <w:br/>
        <w:t xml:space="preserve">            if (liveListChannelStreamStatusResponse != null) {</w:t>
        <w:br/>
        <w:t xml:space="preserve">                //to do something ......</w:t>
        <w:br/>
        <w:t xml:space="preserve">                log.debug("批量查询频道直播流状态成功{}", JSON.toJSONString(liveListChannelStreamStatusResponse));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1、请求正确，返回LiveListChannelStreamStatusResponse对象，B端依据此对象处理业务逻辑；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用逗号隔开的频道号，如：10000,100001 最多20个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LiveChannelStreamStatusResponse参数描述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LiveChannelStreamStatusResponse参数描述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频道的直播状态，字符串，值包括：live end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3、禁止直播频道推流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禁止直播频道推流</w:t>
        <w:br/>
        <w:t>接口地址（仅做说明使用）：https://api.polyv.net/live/v2/stream/%s/cutoff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testCutoffChannelStream() throws Exception, NoSuchAlgorithmException {</w:t>
        <w:br/>
        <w:t xml:space="preserve">        LiveCutoffChannelStreamRequest liveCutoffChannelStreamRequest = new LiveCutoffChannelStreamRequest();</w:t>
        <w:br/>
        <w:t xml:space="preserve">        Boolean liveCutoffChannelStreamResponse;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liveCutoffChannelStreamRequest.setChannelId(channelId);</w:t>
        <w:br/>
        <w:t xml:space="preserve">            liveCutoffChannelStreamResponse = new LiveChannelStateServiceImpl().cutoffChannelStream(</w:t>
        <w:br/>
        <w:t xml:space="preserve">                    liveCutoffChannelStreamRequest);</w:t>
        <w:br/>
        <w:t xml:space="preserve">            Assert.assertNotNull(liveCutoffChannelStreamResponse);</w:t>
        <w:br/>
        <w:t xml:space="preserve">            if (liveCutoffChannelStreamResponse) {</w:t>
        <w:br/>
        <w:t xml:space="preserve">                //to do something ......</w:t>
        <w:br/>
        <w:t xml:space="preserve">                log.debug("禁止直播频道推流成功");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禁播截至日期，最长禁播90天，不传默认禁播24小时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true为禁止推流成功，false为失败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4、恢复直播频道推流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恢复直播频道推流</w:t>
        <w:br/>
        <w:t>接口地址（仅做说明使用）：https://api.polyv.net/live/v2/stream/%s/resume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testResumeChannelStream() throws Exception, NoSuchAlgorithmException {</w:t>
        <w:br/>
        <w:t xml:space="preserve">        LiveResumeChannelStreamRequest liveResumeChannelStreamRequest = new LiveResumeChannelStreamRequest();</w:t>
        <w:br/>
        <w:t xml:space="preserve">        Boolean liveResumeChannelStreamResponse;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liveResumeChannelStreamRequest.setChannelId(channelId);</w:t>
        <w:br/>
        <w:t xml:space="preserve">            liveResumeChannelStreamResponse = new LiveChannelStateServiceImpl().resumeChannelStream(</w:t>
        <w:br/>
        <w:t xml:space="preserve">                    liveResumeChannelStreamRequest);</w:t>
        <w:br/>
        <w:t xml:space="preserve">            Assert.assertNotNull(liveResumeChannelStreamResponse);</w:t>
        <w:br/>
        <w:t xml:space="preserve">            if (liveResumeChannelStreamResponse) {</w:t>
        <w:br/>
        <w:t xml:space="preserve">                //to do something ......</w:t>
        <w:br/>
        <w:t xml:space="preserve">                log.debug("恢复直播频道推流成功");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true为恢复成功，false为恢复失败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5、设置频道流状态为直播中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设置频道流状态为直播中</w:t>
        <w:br/>
        <w:t>接口地址（仅做说明使用）：https://api.polyv.net/live/v2/channels/%s/live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testSetChannelStreamLive() throws Exception, NoSuchAlgorithmException {</w:t>
        <w:br/>
        <w:t xml:space="preserve">        LiveChannelStreamLiveRequest liveChannelStreamLiveRequest = new LiveChannelStreamLiveRequest();</w:t>
        <w:br/>
        <w:t xml:space="preserve">        Boolean liveChannelStreamLiveResponse;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liveChannelStreamLiveRequest.setChannelId(channelId);</w:t>
        <w:br/>
        <w:t xml:space="preserve">            liveChannelStreamLiveResponse = new LiveChannelStateServiceImpl().setChannelStreamLive(</w:t>
        <w:br/>
        <w:t xml:space="preserve">                    liveChannelStreamLiveRequest);</w:t>
        <w:br/>
        <w:t xml:space="preserve">            Assert.assertNotNull(liveChannelStreamLiveResponse);</w:t>
        <w:br/>
        <w:t xml:space="preserve">            if (liveChannelStreamLiveResponse) {</w:t>
        <w:br/>
        <w:t xml:space="preserve">                //to do something ......</w:t>
        <w:br/>
        <w:t xml:space="preserve">                log.debug("测试设置频道流状态为直播中成功");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6、设置频道为无直播状态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设置频道为无直播状态</w:t>
        <w:br/>
        <w:t>接口地址（仅做说明使用）：https://api.polyv.net/live/v2/channels/%s/end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testSetChannelStreamEnd() throws Exception, NoSuchAlgorithmException {</w:t>
        <w:br/>
        <w:t xml:space="preserve">        LiveChannelStreamEndRequest liveChannelStreamEndRequest = new LiveChannelStreamEndRequest();</w:t>
        <w:br/>
        <w:t xml:space="preserve">        Boolean liveChannelStreamEndResponse;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liveChannelStreamEndRequest.setChannelId(channelId);</w:t>
        <w:br/>
        <w:t xml:space="preserve">            liveChannelStreamEndResponse = new LiveChannelStateServiceImpl().setChannelStreamEnd(</w:t>
        <w:br/>
        <w:t xml:space="preserve">                    liveChannelStreamEndRequest);</w:t>
        <w:br/>
        <w:t xml:space="preserve">            Assert.assertNotNull(liveChannelStreamEndResponse);</w:t>
        <w:br/>
        <w:t xml:space="preserve">            if (liveChannelStreamEndResponse) {</w:t>
        <w:br/>
        <w:t xml:space="preserve">                //to do something ......</w:t>
        <w:br/>
        <w:t xml:space="preserve">                log.debug("测试设置频道为无直播状态成功");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7、批量查询频道直播状态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批量查询频道直播状态</w:t>
        <w:br/>
        <w:t>接口地址（仅做说明使用）：https://api.polyv.net/live/v4/channel/live-status/list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testGetLiveStatus() throws Exception, NoSuchAlgorithmException {</w:t>
        <w:br/>
        <w:t xml:space="preserve">        LiveListChannelStreamStatusV2Request liveListChannelStreamStatusV2Request = new LiveListChannelStreamStatusV2Request();</w:t>
        <w:br/>
        <w:t xml:space="preserve">        List&lt;LiveListChannelStreamStatusV2Response&gt; liveListChannelStreamStatusV2Respons;</w:t>
        <w:br/>
        <w:t xml:space="preserve">        try {</w:t>
        <w:br/>
        <w:t xml:space="preserve">            //准备测试数据</w:t>
        <w:br/>
        <w:t xml:space="preserve">            String channelIds = String.format("%s,%s", super.getAloneChannelId(), super.createChannel());</w:t>
        <w:br/>
        <w:t xml:space="preserve">            liveListChannelStreamStatusV2Request.setChannelIds(channelIds);</w:t>
        <w:br/>
        <w:t xml:space="preserve">            liveListChannelStreamStatusV2Respons = new LiveChannelStateServiceImpl().listChannelLiveStreamV2(</w:t>
        <w:br/>
        <w:t xml:space="preserve">                    liveListChannelStreamStatusV2Request);</w:t>
        <w:br/>
        <w:t xml:space="preserve">            Assert.assertNotNull(liveListChannelStreamStatusV2Respons);</w:t>
        <w:br/>
        <w:t xml:space="preserve">            if (liveListChannelStreamStatusV2Respons != null) {</w:t>
        <w:br/>
        <w:t xml:space="preserve">                //to do something ......</w:t>
        <w:br/>
        <w:t xml:space="preserve">                log.debug("测试批量查询频道直播状态成功:{}", JSON.toJSONString(liveListChannelStreamStatusV2Respons));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1、请求正确，返回LiveListChannelStreamStatusV2Response对象，B端依据此对象处理业务逻辑；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用英文逗号隔开的频道号，如：10000,100001 最多20个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返回对象是List&amp;lt;LiveListChannelStreamStatusV2Response&amp;gt;，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LiveListChannelStreamStatusV2Response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 unStart：未开始 live：直播中 end：已结束 waiting：等待中 playback：回放中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8、批量查询频道直播流信息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批量获取频道直播的实时推流信息</w:t>
        <w:br/>
        <w:t>接口地址（仅做说明使用）：https://api.polyv.net/live/v3/channel/monitor/get-streams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testGetStreams() throws IOException, NoSuchAlgorithmException {</w:t>
        <w:br/>
        <w:t xml:space="preserve">        LiveGetStreamsRequest liveGetStreamsRequest = new LiveGetStreamsRequest();</w:t>
        <w:br/>
        <w:t xml:space="preserve">        List&lt;LiveGetStreamsResponse&gt; liveGetStreamsResponse;</w:t>
        <w:br/>
        <w:t xml:space="preserve">        try {</w:t>
        <w:br/>
        <w:t xml:space="preserve">            String channelId = super.createChannel();</w:t>
        <w:br/>
        <w:t xml:space="preserve">            liveGetStreamsRequest.setChannelIds(channelId);</w:t>
        <w:br/>
        <w:t xml:space="preserve">            liveGetStreamsResponse = new LiveChannelStateServiceImpl().getStreams(liveGetStreamsRequest);</w:t>
        <w:br/>
        <w:t xml:space="preserve">            Assert.assertNotNull(liveGetStreamsResponse);</w:t>
        <w:br/>
        <w:t xml:space="preserve">            if (liveGetStreamsResponse != null) {</w:t>
        <w:br/>
        <w:t xml:space="preserve">                //to do something ......</w:t>
        <w:br/>
        <w:t xml:space="preserve">                log.debug("测试批量查询频道直播流信息成功 {}", JSON.toJSONString(liveGetStreamsResponse));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1、请求正确，返回LiveGetStreamsResponse对象，B端依据此对象处理业务逻辑；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直播中的频道号，多个频道用英文逗号分隔，最多100个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返回对象是List&amp;lt;LiveGetStreamsResponse&amp;gt;，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LiveGetStreamsResponse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频道是否直播中 true：直播中 false：未直播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频道推流信息，直播中才有值，未直播时为null【详见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StreamInfo参数描述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StreamInfo参数描述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deployAddress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推送的CDN节点IP地址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推流出口IP地址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lfr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推流丢帧率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inBandWidth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推流码率，单位：bps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9、结束伪直播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结束当前正在直播中的伪直播</w:t>
        <w:br/>
        <w:t>接口地址（仅做说明使用）：https://api.polyv.net/live/v3/channel/stream/end-disk-push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testEndDiskPush() throws IOException, NoSuchAlgorithmException {</w:t>
        <w:br/>
        <w:t xml:space="preserve">        LiveEndDiskPushRequest liveEndDiskPushRequest = new LiveEndDiskPushRequest();</w:t>
        <w:br/>
        <w:t xml:space="preserve">        Boolean liveEndDiskPushResponse;</w:t>
        <w:br/>
        <w:t xml:space="preserve">        try {</w:t>
        <w:br/>
        <w:t xml:space="preserve">            String channelId = super.createChannel();</w:t>
        <w:br/>
        <w:t xml:space="preserve">            liveEndDiskPushRequest.setChannelId(channelId);</w:t>
        <w:br/>
        <w:t xml:space="preserve">            liveEndDiskPushResponse = new LiveChannelStateServiceImpl().endDiskPush(liveEndDiskPushRequest);</w:t>
        <w:br/>
        <w:t xml:space="preserve">            Assert.assertNotNull(liveEndDiskPushResponse);</w:t>
        <w:br/>
        <w:t xml:space="preserve">            if (liveEndDiskPushResponse != null) {</w:t>
        <w:br/>
        <w:t xml:space="preserve">                //to do something ......</w:t>
        <w:br/>
        <w:t xml:space="preserve">                log.debug("测试结束伪直播成功 {}", JSON.toJSONString(liveEndDiskPushResponse));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diskVideoId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伪直播id,不传则结束当前时间直播中的伪直播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结束伪直播返回实体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channelState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