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channelSession</w:t>
      </w:r>
    </w:p>
    <w:p>
      <w:pPr>
        <w:pStyle w:val="Heading1"/>
      </w:pPr>
      <w:r>
        <w:t>1、查询频道场次信息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查询频道直播场次信息</w:t>
        <w:br/>
        <w:t>接口地址（仅做说明使用）：https://api.polyv.net/live/v3/channel/session/data/list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testGetSessionList() throws IOException, NoSuchAlgorithmException {</w:t>
        <w:br/>
        <w:t xml:space="preserve">        LiveSessionListRequest liveSessionListRequest = new LiveSessionListRequest();</w:t>
        <w:br/>
        <w:t xml:space="preserve">        LiveSessionListResponse liveSessionListResponse;</w:t>
        <w:br/>
        <w:t xml:space="preserve">        try {</w:t>
        <w:br/>
        <w:t xml:space="preserve">            String channelId = super.createChannel();</w:t>
        <w:br/>
        <w:t xml:space="preserve">            liveSessionListRequest.setChannelId(channelId);</w:t>
        <w:br/>
        <w:t xml:space="preserve">            liveSessionListRequest.setStartDate(super.getDate(2022, 07, 01));</w:t>
        <w:br/>
        <w:t xml:space="preserve">            liveSessionListRequest.setEndDate(super.getDate(2022, 07, 22));</w:t>
        <w:br/>
        <w:t xml:space="preserve">            liveSessionListResponse = new LiveChannelSessionServiceImpl().getSessionList(liveSessionListRequest);</w:t>
        <w:br/>
        <w:t xml:space="preserve">            Assert.assertNotNull(liveSessionListResponse);</w:t>
        <w:br/>
        <w:t xml:space="preserve">            if (liveSessionListResponse != null) {</w:t>
        <w:br/>
        <w:t xml:space="preserve">                //to do something ......</w:t>
        <w:br/>
        <w:t xml:space="preserve">                log.debug("测试查询频道场次信息成功 {}", JSON.toJSONString(liveSessionListResponse));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1、请求正确，返回LiveSessionListResponse对象，B端依据此对象处理业务逻辑；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直播场次的开始日期，格式：yyyy-MM-dd HH:mm:ss，如果时间为00:00:00也支持格式：yyyy-MM-dd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直播场次的结束日期，格式：yyyy-MM-dd HH:mm:ss，如果时间为00:00:00也支持格式：yyyy-MM-dd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每页显示的数据条数，默认20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SessionInfo参数描述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SessionInfo参数描述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直播结束时间</w:t>
            </w:r>
          </w:p>
        </w:tc>
      </w:tr>
    </w:tbl>
    <w:p>
      <w:pPr>
        <w:spacing w:after="40"/>
      </w:pP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channelSession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