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channelProduct</w:t>
      </w:r>
    </w:p>
    <w:p>
      <w:pPr>
        <w:pStyle w:val="Heading1"/>
      </w:pPr>
      <w:r>
        <w:t>1、添加频道商品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添加频道商品库商品</w:t>
        <w:br/>
        <w:t>接口地址（仅做说明使用）：https://api.polyv.net/live/v3/channel/product/add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2、当商品类型为普通商品时，商品名称、商品封面链接、商品实际价格、商品上下架状态、商品链接类型必传，并根据商品链接类型传入对应链接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3、当商品类型为金融商品时，商品名称、商品上下架状态、商品链接类型必传，并根据商品链接类型传入对应链接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testAddChannelProduct() throws IOException, NoSuchAlgorithmException {</w:t>
        <w:br/>
        <w:t xml:space="preserve">        LiveAddProductRequest liveAddProductRequest = new LiveAddProductRequest();</w:t>
        <w:br/>
        <w:t xml:space="preserve">        LiveAddProductResponse liveAddProductResponse;</w:t>
        <w:br/>
        <w:t xml:space="preserve">        try {</w:t>
        <w:br/>
        <w:t xml:space="preserve">            LiveAddProductRequest.ExtObject ext = new LiveAddProductRequest.ExtObject();</w:t>
        <w:br/>
        <w:t xml:space="preserve">            ext.setCoverList(Arrays.asList("https://liveimages.videocc.net/assets/wimages/pc_images/logo.png",</w:t>
        <w:br/>
        <w:t xml:space="preserve">                    "https://s1.videocc.net/live-admin-v3/assets/img/5c5f0d2242a07f21.svg"));</w:t>
        <w:br/>
        <w:t xml:space="preserve">            LiveAddProductRequest.Video video = new LiveAddProductRequest.Video();</w:t>
        <w:br/>
        <w:t xml:space="preserve">            video.setVideoId("b820ac35dc3bb6be0dcb0841fcb379db");</w:t>
        <w:br/>
        <w:t xml:space="preserve">            video.setVideoSource("MATERIAL_LIBRARY");</w:t>
        <w:br/>
        <w:t xml:space="preserve">            ext.setVideoList(Collections.singletonList(video));</w:t>
        <w:br/>
        <w:t xml:space="preserve">            ext.setJumpWay("POP_UP");</w:t>
        <w:br/>
        <w:t xml:space="preserve">            liveAddProductRequest.setChannelId(super.createChannel())</w:t>
        <w:br/>
        <w:t xml:space="preserve">                    .setName("测试添加普通产品1")</w:t>
        <w:br/>
        <w:t xml:space="preserve">                    .setProductType("normal")</w:t>
        <w:br/>
        <w:t xml:space="preserve">                    .setStatus(1)</w:t>
        <w:br/>
        <w:t xml:space="preserve">                    .setLinkType(11)</w:t>
        <w:br/>
        <w:t xml:space="preserve">                    .setPcLink("http://polyv.net")</w:t>
        <w:br/>
        <w:t xml:space="preserve">                    .setMobileLink("http://polyv.net")</w:t>
        <w:br/>
        <w:t xml:space="preserve">                    .setMobileAppLink("http://polyv.net")</w:t>
        <w:br/>
        <w:t xml:space="preserve">                    .setWxMiniProgramLink("pages/home/index.html")</w:t>
        <w:br/>
        <w:t xml:space="preserve">                    .setCover("https://liveimages.videocc.net/assets/wimages/pc_images/logo.png")</w:t>
        <w:br/>
        <w:t xml:space="preserve">                    .setWxMiniProgramOriginalId("xxxxxxx")</w:t>
        <w:br/>
        <w:t xml:space="preserve">                    .setYield("88")</w:t>
        <w:br/>
        <w:t xml:space="preserve">                    .setFeatures("[\"tab1\", \"tab2\", \"tab3\", \"tab4\"]")</w:t>
        <w:br/>
        <w:t xml:space="preserve">                    .setBtnShow("立即了解")</w:t>
        <w:br/>
        <w:t xml:space="preserve">                    .setProductDesc("测试描述")</w:t>
        <w:br/>
        <w:t xml:space="preserve">                    .setRealPrice(100F)</w:t>
        <w:br/>
        <w:t xml:space="preserve">                    .setParams("{\"code\":123,\"color\":\"red\"}")</w:t>
        <w:br/>
        <w:t xml:space="preserve">                    .setProductDetail("你能够点击购买&lt;br/&gt;为我们购买助力&lt;a href='https://polyv.com'&gt;&lt;/a&gt;")</w:t>
        <w:br/>
        <w:t xml:space="preserve">                    .setExtObject(ext)</w:t>
        <w:br/>
        <w:t xml:space="preserve">                    .setTagIds("[100,102,103]")</w:t>
        <w:br/>
        <w:t xml:space="preserve">                    .setOriginalPriceType("CUSTOM")</w:t>
        <w:br/>
        <w:t xml:space="preserve">                    .setCustomOriginalPrice("199.00")</w:t>
        <w:br/>
        <w:t xml:space="preserve">                    .setAppId(super.getLiveAppInfo().getAppId())</w:t>
        <w:br/>
        <w:t xml:space="preserve">                    .setAppSecret(super.getLiveAppInfo().getAppSecret());</w:t>
        <w:br/>
        <w:t xml:space="preserve">            liveAddProductResponse = new LiveChannelProductServiceImpl().addChannelProduct(liveAddProductRequest);</w:t>
        <w:br/>
        <w:t xml:space="preserve">            Assert.assertNotNull(liveAddProductResponse);</w:t>
        <w:br/>
        <w:t xml:space="preserve">            if (liveAddProductResponse != null) {</w:t>
        <w:br/>
        <w:t xml:space="preserve">                log.debug("测试添加频道商品成功 {}", JSON.toJSONString(liveAddProductResponse));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1、请求正确，返回LiveAddProductResponse对象，B端依据此对象处理业务逻辑；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商品名称，长度范围：1-60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商品上下架状态：1：上架，2：下架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商品链接类型：10：通用链接，11：多平台链接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商品链接，链接地址长度为1-500：请求参数linkType=10时，该参数必填，当请求参数linkType=11时，该参数为非必填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多平台链接，pc端跳转链接，链接地址长度为1-500：请求参数linkType=10时，该参数非必填，当请求参数linkType=11时，该参数必填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多平台链接，移动web端链接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多平台链接，小程序内页面路径及参数（对于path属性，所声明的页面路径必须添加.html后缀，如pages/home/index.html）【对应api文档的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wxMiniprogramLink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wxMiniProgramOriginalId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多平台链接，小程序端原始Id【对应api文档的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wxMiniprogramOriginalId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mobileAppLink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多平台链接，移动APP-安卓系统原生页面链接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多平台链接，移动APP-苹果系统原生页面链接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自定义参数，类型json对象，需要转为string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features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产品特色，卖点标签，可以多个，json字段，如：["tab1", "tab2"]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普通商品参数，商品封面链接，商品类型为普通商品时必传，长度范围：1-500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普通商品参数，商品实际价格，商品类型为普通商品时必传，保留两位小数，如：0.01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普通商品参数，商品原价，保留两位小数，如：0.01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btnShow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金融商品参数，按钮显示文案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yield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金融商品参数，产品收益率/价格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商品类型，默认为普通商品：normal：普通商品，finance：金融商品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平台商品id，（有值则平台商品库复制新建频道商品，此时其他字段只有status为必填）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strategy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originId非空时的复制平台商品的策略，可选值: copy-复制, ref-引用(推荐使用此值)，默认值为copy (引用平台商品库的商品：平台商品库改动商品字段，会自动同步到频道商品库中。拷贝平台商品库的商品：平台商品库改动商品字段，不会自动同步到频道商品库中)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productDetail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商品详情，普通商品显示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价格类型，默认不填为为金额 AMOUNT，自定义价格 CUSTOM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购买价格-自定义，当priceType=CUSTOM时候生效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商品标签id列表：JSON数组字符串, 格式如: [100,102,103]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originalPriceType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商品原始价格（划线价格）类型，可能的值有：AMOUNT: 金额、CUSTOM: 自定义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customOriginalPrice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商品原始价格（划线价格）-自定义备注：如果 price 和 customOriginalPrice 都为空，则表示不启用原始价格（划线价格）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扩展信息对象【详见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ExtObject参数描述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ExtObject参数描述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封面图地址数组，最多15个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视频数组，最多1个,需要开通素材库才能使用【详见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Video参数描述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jumpWay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购买方式为外链购买-通用链接的跳转方式: POP_UP 弹出框打开、NEW_WINDOW 新窗口打开、CURRENT_WINDOW 当前窗口打开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Video参数描述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视频来源： MATERIAL_LIBRARY-素材库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商品productId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商品名称，长度范围：1-60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普通商品参数，商品原价，保留两位小数，如：0.01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商品封面链接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商品通用类型商品链接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商品上下架状态：1：上架，2：下架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创建商品时间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更新商品时间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商品排序号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商品实际价格，保留两位小数，如：0.01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平台标志，默认live，其他无效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商品链接类型：10：通用链接，11：多平台链接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多平台链接，pc端跳转链接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多平台链接，移动web端跳转链接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多平台链接，小程序端跳转链接【对应api文档的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wxMiniprogramLink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wxMiniProgramOriginalId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多平台链接，小程序端原始Id【对应api文档的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wxMiniprogramOriginalId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mobileAppLink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多平台链接，移动App端跳转链接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多平台链接，移动APP-安卓系统原生页面链接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多平台链接，移动APP-苹果系统原生页面链接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自定义参数，类型json对象，需要转为string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商品类型，normal：普通商品，finance：金融商品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btnShow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按钮显示文案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features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产品特色，卖点标签，可以多个，json字段，如：["tab1", "tab2"]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金融商品参数，产品收益率/价格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productDetail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商品详情，返回的是个内容存放的地址：例如 https://liveimages.videocc.net/product-info/product-detail/4d57ea01de/704007d1fdfd4cb2a5b3d3a842418831.json url存放的就是商品详情内容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价格类型，默认不填为金额 AMOUNT，自定义价格 CUSTOM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购买价格-自定义，当priceType=CUSTOM时候生效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商品标签id列表：JSON数组字符串, 格式如: [100,102,103]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originalPriceType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商品原始价格（划线价格）类型，可能的值有：AMOUNT: 金额、CUSTOM: 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customOriginalPrice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商品原始价格（划线价格）-自定义备注：如果 price 和 customOriginalPrice 都为空，则表示不启用原始价格（划线价格）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扩展信息对象【详见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ExtObject参数描述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ExtObject参数描述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封面图地址数组，最多15个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视频数组，最多1个,需要开通素材库才能使用【详见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Video参数描述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jumpWay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购买方式为外链购买-通用链接的跳转方式: POP_UP 弹出框打开、NEW_WINDOW 新窗口打开、CURRENT_WINDOW 当前窗口打开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Video参数描述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视频来源： MATERIAL_LIBRARY-素材库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2、修改频道商品信息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修改频道商品库商品信息</w:t>
        <w:br/>
        <w:t>接口地址（仅做说明使用）：https://api.polyv.net/live/v3/channel/product/update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2、当商品类型为普通商品时，商品名称、商品封面链接、商品实际价格、商品上下架状态、商品链接类型必传，并根据商品链接类型传入对应链接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3、当商品类型为金融商品时，商品名称、商品上下架状态、商品链接类型必传，并根据商品链接类型传入对应链接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testUpdateChannelProduct() throws IOException, NoSuchAlgorithmException {</w:t>
        <w:br/>
        <w:t xml:space="preserve">        LiveUpdateProductRequest liveUpdateProductRequest = new LiveUpdateProductRequest();</w:t>
        <w:br/>
        <w:t xml:space="preserve">        Boolean liveUpdateProductResponse;</w:t>
        <w:br/>
        <w:t xml:space="preserve">        try {</w:t>
        <w:br/>
        <w:t xml:space="preserve">            LiveUpdateProductRequest.ExtObject extObject = new LiveUpdateProductRequest.ExtObject()</w:t>
        <w:br/>
        <w:t xml:space="preserve">                    .setCoverList(Arrays.asList("https://liveimages.videocc.net/assets/wimages/pc_images/logo.png",</w:t>
        <w:br/>
        <w:t xml:space="preserve">                            "https://s1.videocc.net/live-admin-v3/assets/img/5c5f0d2242a07f21.svg"))</w:t>
        <w:br/>
        <w:t xml:space="preserve">                    .setVideoList(Collections.singletonList(new LiveUpdateProductRequest.Video()</w:t>
        <w:br/>
        <w:t xml:space="preserve">                            .setVideoId("b820ac35dc3bb6be0dcb0841fcb379db")</w:t>
        <w:br/>
        <w:t xml:space="preserve">                            .setVideoSource("MATERIAL_LIBRARY")))</w:t>
        <w:br/>
        <w:t xml:space="preserve">                    .setJumpWay("POP_UP");</w:t>
        <w:br/>
        <w:t xml:space="preserve">            String ext = JSON.toJSONString(extObject);</w:t>
        <w:br/>
        <w:t xml:space="preserve">            liveUpdateProductRequest.setChannelId(createChannel())</w:t>
        <w:br/>
        <w:t xml:space="preserve">                    .setProductId(getChannelProductId(createChannel()))</w:t>
        <w:br/>
        <w:t xml:space="preserve">                    .setCover("https://liveimages.videocc.net/uploadimage/20200827/chat_img_1779741_15985125681801.jpeg")</w:t>
        <w:br/>
        <w:t xml:space="preserve">                    .setRealPrice(Float.MIN_VALUE)</w:t>
        <w:br/>
        <w:t xml:space="preserve">                    .setName("测试修改普通产品")</w:t>
        <w:br/>
        <w:t xml:space="preserve">                    .setStatus(1)</w:t>
        <w:br/>
        <w:t xml:space="preserve">                    .setProductType("normal")</w:t>
        <w:br/>
        <w:t xml:space="preserve">                    .setLinkType(11)</w:t>
        <w:br/>
        <w:t xml:space="preserve">                    .setPcLink("http://polyv.net")</w:t>
        <w:br/>
        <w:t xml:space="preserve">                    .setMobileLink("http://polyv.net")</w:t>
        <w:br/>
        <w:t xml:space="preserve">                    .setMobileAppLink("http://polyv.net")</w:t>
        <w:br/>
        <w:t xml:space="preserve">                    .setWxMiniProgramLink("pages/home/index.html")</w:t>
        <w:br/>
        <w:t xml:space="preserve">                    .setWxMiniProgramOriginalId("xxxxxxx")</w:t>
        <w:br/>
        <w:t xml:space="preserve">                    .setYield("88.88")</w:t>
        <w:br/>
        <w:t xml:space="preserve">                    .setFeatures("[\"tab1\", \"tab2\", \"tab3\", \"tab4\"]")</w:t>
        <w:br/>
        <w:t xml:space="preserve">                    .setBtnShow("立即了解")</w:t>
        <w:br/>
        <w:t xml:space="preserve">                    .setProductDesc("测试描述")</w:t>
        <w:br/>
        <w:t xml:space="preserve">                    .setParams("{\"code\":123,\"color\":\"red\"}")</w:t>
        <w:br/>
        <w:t xml:space="preserve">                    .setProductDetail("你能够点击购买&lt;br/&gt;为我们购买助力&lt;a href='https://polyv.com'&gt;&lt;/a&gt;")</w:t>
        <w:br/>
        <w:t xml:space="preserve">                    .setTagIds("[100,102,103]")</w:t>
        <w:br/>
        <w:t xml:space="preserve">                    .setPriceType("CUSTOM")</w:t>
        <w:br/>
        <w:t xml:space="preserve">                    .setCustomPrice("99.00")</w:t>
        <w:br/>
        <w:t xml:space="preserve">                    .setOriginalPriceType("CUSTOM")</w:t>
        <w:br/>
        <w:t xml:space="preserve">                    .setCustomOriginalPrice("199.00")</w:t>
        <w:br/>
        <w:t xml:space="preserve">                    .setExtObject(extObject)</w:t>
        <w:br/>
        <w:t xml:space="preserve">                    .setExt(ext)</w:t>
        <w:br/>
        <w:t xml:space="preserve">                    .setExtObject(null)</w:t>
        <w:br/>
        <w:t xml:space="preserve">                    .setAppId(super.getLiveAppInfo().getAppId())</w:t>
        <w:br/>
        <w:t xml:space="preserve">                    .setAppSecret(super.getLiveAppInfo().getAppSecret());</w:t>
        <w:br/>
        <w:t xml:space="preserve">            liveUpdateProductResponse = new LiveChannelProductServiceImpl().updateChannelProduct(</w:t>
        <w:br/>
        <w:t xml:space="preserve">                    liveUpdateProductRequest);</w:t>
        <w:br/>
        <w:t xml:space="preserve">            Assert.assertTrue(liveUpdateProductResponse);</w:t>
        <w:br/>
        <w:t xml:space="preserve">            if (liveUpdateProductResponse != null) {</w:t>
        <w:br/>
        <w:t xml:space="preserve">                log.debug("测试修改频道商品信息成功");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商品库商品productId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商品名称，必填，长度范围：1-60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商品上下架状态：1：上架，2：下架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商品链接类型 10：通用链接 11：多平台链接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普通商品参数，商品类型为普通商品时必传，商品购买价格，保留两位小数，如：0.01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商品封面链接，必填，长度范围：1-500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商品价格，保留两位小数，如：0.01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通用链接，商品链接，长度1-500，当linkType=10时，该参数必填；当请求参数linkType=11时，该参数无效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多平台链接，pc端跳转链接，长度1-500 当请求参数linkType=11时，该参数必填；当请求参数linkType=10时，该参数无效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多平台链接，移动web端链接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多平台链接，小程序内页面路径及参数（对于path属性，所声明的页面路径必须添加.html后缀，如pages/home/index.html）【对应api文档的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wxMiniprogramLink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wxMiniProgramOriginalId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多平台链接，小程序端原始Id【对应api文档的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wxMiniprogramOriginalId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mobileAppLink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多平台链接，移动APP-安卓系统原生页面链接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多平台链接，移动APP-苹果系统原生页面链接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自定义参数，类型json对象，需要转为string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productDetail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产品详情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features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产品特色，卖点标签，可以多个，json字段，如：["tab1", "tab2"]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btnShow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金融商品参数，按钮显示文案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yield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金融商品参数，产品收益率/价格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商品类型，默认为普通商品：normal：普通商品，finance：金融商品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商品标签ID, json对象 例如: [1,2,3]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商品实际价格类型，可选值有：AMOUNT: 金额、CUSTOM: 自定义、不传时默认为 AMOUNT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商品实际价格-自定义，priceType=CUSTOM 时必传，最多20个字符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originalPriceType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商品原始价格（划线价格）类型，可选值有： AMOUNT: 金额、CUSTOM: 自定义、默认为 AMOUNT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customOriginalPrice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商品原始价格（划线价格）-自定义，originalPriceType=CUSTOM 时生效，最多20个字符，备注：如果 price 和 customOriginalPrice 都为空，则表示不启用原始价格（划线价格）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扩展信息对象【详见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ExtObject参数描述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】]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ExtObject参数描述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封面图地址数组，最多15个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视频数组，最多1个,需要开通素材库才能使用【详见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Video参数描述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jumpWay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购买方式为外链购买-通用链接的跳转方式: POP_UP 弹出框打开、NEW_WINDOW 新窗口打开、CURRENT_WINDOW 当前窗口打开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Video参数描述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视频来源： MATERIAL_LIBRARY-素材库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null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3、查询频道商品库开关状态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查询频道商品库开关状态</w:t>
        <w:br/>
        <w:t>接口地址（仅做说明使用）：https://api.polyv.net/live/v3/channel/product/get-enabled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testGetChannelProductEnabled() throws IOException, NoSuchAlgorithmException {</w:t>
        <w:br/>
        <w:t xml:space="preserve">        LiveGetProductEnabledRequest liveGetProductEnabledRequest = new LiveGetProductEnabledRequest();</w:t>
        <w:br/>
        <w:t xml:space="preserve">        LiveGetProductEnabledResponse liveGetProductEnabledResponse;</w:t>
        <w:br/>
        <w:t xml:space="preserve">        try {</w:t>
        <w:br/>
        <w:t xml:space="preserve">            liveGetProductEnabledRequest.setChannelId(createChannel());</w:t>
        <w:br/>
        <w:t xml:space="preserve">            liveGetProductEnabledResponse = new LiveChannelProductServiceImpl().getChannelProductEnabled(</w:t>
        <w:br/>
        <w:t xml:space="preserve">                    liveGetProductEnabledRequest);</w:t>
        <w:br/>
        <w:t xml:space="preserve">            Assert.assertNotNull(liveGetProductEnabledResponse);</w:t>
        <w:br/>
        <w:t xml:space="preserve">            if (liveGetProductEnabledResponse != null) {</w:t>
        <w:br/>
        <w:t xml:space="preserve">                //to do something ......</w:t>
        <w:br/>
        <w:t xml:space="preserve">                log.debug("测试查询频道商品库开关状态成功{}", JSON.toJSONString(liveGetProductEnabledResponse));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1、请求正确，返回LiveGetProductEnabledResponse对象，B端依据此对象处理业务逻辑；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开关状态，Y：开启，N：关闭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4、查询频道商品列表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获取频道商品库商品列表</w:t>
        <w:br/>
        <w:t>接口地址（仅做说明使用）：https://api.polyv.net/live/v3/channel/product/list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testGetChannelProductList() throws IOException, NoSuchAlgorithmException {</w:t>
        <w:br/>
        <w:t xml:space="preserve">        LiveGetProductListRequest liveGetProductListRequest = new LiveGetProductListRequest();</w:t>
        <w:br/>
        <w:t xml:space="preserve">        LiveGetProductListResponse liveGetProductListResponse;</w:t>
        <w:br/>
        <w:t xml:space="preserve">        try {</w:t>
        <w:br/>
        <w:t xml:space="preserve">            liveGetProductListRequest.setChannelId(createChannel()).setCurrentPage(1).setPageSize(2);</w:t>
        <w:br/>
        <w:t xml:space="preserve">            liveGetProductListResponse = new LiveChannelProductServiceImpl().getChannelProductList(</w:t>
        <w:br/>
        <w:t xml:space="preserve">                    liveGetProductListRequest);</w:t>
        <w:br/>
        <w:t xml:space="preserve">            Assert.assertNotNull(liveGetProductListResponse);</w:t>
        <w:br/>
        <w:t xml:space="preserve">            if (liveGetProductListResponse != null) {</w:t>
        <w:br/>
        <w:t xml:space="preserve">                //to do something ......</w:t>
        <w:br/>
        <w:t xml:space="preserve">                log.debug("测试查询频道商品列表成功{}", JSON.toJSONString(liveGetProductListResponse));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1、请求正确，返回LiveGetProductListResponse对象，B端依据此对象处理业务逻辑；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查询的商品列表【详见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channelProductList参数描述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channelProductList参数描述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商品productId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商品价格，保留两位小数，如：0.01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商品封面链接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商品通用类型商品链接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商品上下架状态，1：上架状态，2：下架状态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创建商品时间，格式：yyyy-MM-dd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更新商品时间，格式：yyyy-MM-dd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商品排序号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商品实际价格，保留两位小数，如：0.01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平台标志，默认live，其他无效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商品链接类型，10：通用链接，11：多平台链接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多平台链接，pc端跳转链接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多平台链接，移动web端跳转链接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多平台链接，小程序端跳转链接【对应api文档的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wxMiniprogramLink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wxMiniProgramOriginalId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多平台链接，小程序端原始Id【对应api文档的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wxMiniprogramOriginalId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mobileAppLink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多平台链接，移动App端跳转链接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多平台链接，移动APP-安卓系统原生页面链接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多平台链接，移动APP-苹果系统原生页面链接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自定义参数，类型json对象，需要转为string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商品类型，normal：普通商品，finance：金融商品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btnShow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按钮显示文案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features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产品特色，卖点标签，可以多个，json字段，如：["tab1", "tab2"]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金融商品参数，产品收益率/价格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显示Id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5、修改频道商品库开关状态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修改频道商品库商品列表开关状态，开启后，观看页将展示商品列表</w:t>
        <w:br/>
        <w:t>接口地址（仅做说明使用）：https://api.polyv.net/live/v3/channel/product/update-enabled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testUpdateChannelProductEnabled() throws IOException, NoSuchAlgorithmException {</w:t>
        <w:br/>
        <w:t xml:space="preserve">        LiveUpdateProductEnabledRequest liveUpdateProductEnabledRequest = new LiveUpdateProductEnabledRequest();</w:t>
        <w:br/>
        <w:t xml:space="preserve">        Boolean liveUpdateProductEnabledResponse;</w:t>
        <w:br/>
        <w:t xml:space="preserve">        try {</w:t>
        <w:br/>
        <w:t xml:space="preserve">            liveUpdateProductEnabledRequest.setChannelId(createChannel()).setEnabled("Y");</w:t>
        <w:br/>
        <w:t xml:space="preserve">            liveUpdateProductEnabledResponse = new LiveChannelProductServiceImpl().updateChannelProductEnabled(</w:t>
        <w:br/>
        <w:t xml:space="preserve">                    liveUpdateProductEnabledRequest);</w:t>
        <w:br/>
        <w:t xml:space="preserve">            Assert.assertTrue(liveUpdateProductEnabledResponse);</w:t>
        <w:br/>
        <w:t xml:space="preserve">            if (liveUpdateProductEnabledResponse) {</w:t>
        <w:br/>
        <w:t xml:space="preserve">                //to do something ......</w:t>
        <w:br/>
        <w:t xml:space="preserve">                log.debug("测试修改频道商品库开关状态成功");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开关状态，Y：开启，N：关闭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true为修改成功，false为修改失败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6、修改频道商品库上下架状态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修改频道商品库商品上下架状态</w:t>
        <w:br/>
        <w:t>接口地址（仅做说明使用）：https://api.polyv.net/live/v3/channel/product/shelf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testShelfChannelProduct() throws IOException, NoSuchAlgorithmException {</w:t>
        <w:br/>
        <w:t xml:space="preserve">        LiveShelfChannelProductRequest liveShelfChannelProductRequest = new LiveShelfChannelProductRequest();</w:t>
        <w:br/>
        <w:t xml:space="preserve">        Boolean liveShelfChannelProductResponse;</w:t>
        <w:br/>
        <w:t xml:space="preserve">        try {</w:t>
        <w:br/>
        <w:t xml:space="preserve">            liveShelfChannelProductRequest.setChannelId(createChannel())</w:t>
        <w:br/>
        <w:t xml:space="preserve">                    .setProductId(super.getChannelProductId(createChannel()))</w:t>
        <w:br/>
        <w:t xml:space="preserve">                    .setShelf(1);</w:t>
        <w:br/>
        <w:t xml:space="preserve">            liveShelfChannelProductResponse = new LiveChannelProductServiceImpl().shelfChannelProduct(</w:t>
        <w:br/>
        <w:t xml:space="preserve">                    liveShelfChannelProductRequest);</w:t>
        <w:br/>
        <w:t xml:space="preserve">            Assert.assertTrue(liveShelfChannelProductResponse);</w:t>
        <w:br/>
        <w:t xml:space="preserve">            if (liveShelfChannelProductResponse) {</w:t>
        <w:br/>
        <w:t xml:space="preserve">                //to do something ......</w:t>
        <w:br/>
        <w:t xml:space="preserve">                log.debug("测试修改频道商品库上下架状态成功");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shelf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商品上下架状态，1：上架，2：下架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true为修改成功，false为修改失败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7、推送频道商品库商品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推送频道商品库商品</w:t>
        <w:br/>
        <w:t>接口地址（仅做说明使用）：https://api.polyv.net/live/v3/channel/product/push-product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2、仅商品为上架状态才可进行推送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testPushChannelProduct() throws IOException, NoSuchAlgorithmException {</w:t>
        <w:br/>
        <w:t xml:space="preserve">        LivePushProductRequest livePushProductRequest = new LivePushProductRequest();</w:t>
        <w:br/>
        <w:t xml:space="preserve">        Boolean livePushProductResponse;</w:t>
        <w:br/>
        <w:t xml:space="preserve">        try {</w:t>
        <w:br/>
        <w:t xml:space="preserve">            livePushProductRequest.setChannelId(createChannel())</w:t>
        <w:br/>
        <w:t xml:space="preserve">                    .setProductId(super.getChannelProductId(createChannel()));</w:t>
        <w:br/>
        <w:t xml:space="preserve">            livePushProductResponse = new LiveChannelProductServiceImpl().pushChannelProduct(livePushProductRequest);</w:t>
        <w:br/>
        <w:t xml:space="preserve">            Assert.assertTrue(livePushProductResponse);</w:t>
        <w:br/>
        <w:t xml:space="preserve">            if (livePushProductResponse) {</w:t>
        <w:br/>
        <w:t xml:space="preserve">                //to do something ......</w:t>
        <w:br/>
        <w:t xml:space="preserve">                log.debug("测试推送频道商品库商品成功");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商品productId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true为推送成功，false为推送失败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8、修改频道商品库列表顺序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修改商品库商品列表顺序</w:t>
        <w:br/>
        <w:t>接口地址（仅做说明使用）：https://api.polyv.net/live/v3/channel/product/sort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2、排序在第一位不能上移操作，最后一位不能下移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testSortChannelProduct() throws IOException, NoSuchAlgorithmException {</w:t>
        <w:br/>
        <w:t xml:space="preserve">        LiveSortChannelProductRequest liveSortChannelProductRequest = new LiveSortChannelProductRequest();</w:t>
        <w:br/>
        <w:t xml:space="preserve">        Boolean liveSortChannelProductResponse;</w:t>
        <w:br/>
        <w:t xml:space="preserve">        try {</w:t>
        <w:br/>
        <w:t xml:space="preserve">            liveSortChannelProductRequest.setChannelId(createChannel())</w:t>
        <w:br/>
        <w:t xml:space="preserve">                    .setProductId(super.getChannelProductId(createChannel()))</w:t>
        <w:br/>
        <w:t xml:space="preserve">                    .setType(20);</w:t>
        <w:br/>
        <w:t xml:space="preserve">            liveSortChannelProductResponse = new LiveChannelProductServiceImpl().sortChannelProduct(</w:t>
        <w:br/>
        <w:t xml:space="preserve">                    liveSortChannelProductRequest);</w:t>
        <w:br/>
        <w:t xml:space="preserve">            Assert.assertTrue(liveSortChannelProductResponse);</w:t>
        <w:br/>
        <w:t xml:space="preserve">            if (liveSortChannelProductResponse) {</w:t>
        <w:br/>
        <w:t xml:space="preserve">                //to do something ......</w:t>
        <w:br/>
        <w:t xml:space="preserve">                log.debug("测试修改频道商品库列表顺序成功");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商品上下移动操作，10：上移，20：下移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type为50时必传，移动到的指定位置（范围：1~商品总数）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true为修改成功，false为修改失败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9、删除频道商品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删除频道商品库商品</w:t>
        <w:br/>
        <w:t>接口地址（仅做说明使用）：https://api.polyv.net/live/v3/channel/product/delete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testDeleteChannelProduct() throws IOException, NoSuchAlgorithmException {</w:t>
        <w:br/>
        <w:t xml:space="preserve">        LiveDeleteChannelProductRequest liveDeleteChannelProductRequest = new LiveDeleteChannelProductRequest();</w:t>
        <w:br/>
        <w:t xml:space="preserve">        Boolean liveDeleteChannelProductResponse;</w:t>
        <w:br/>
        <w:t xml:space="preserve">        try {</w:t>
        <w:br/>
        <w:t xml:space="preserve">            //准备测试数据</w:t>
        <w:br/>
        <w:t xml:space="preserve">            Integer productId = super.getChannelProductId(createChannel());</w:t>
        <w:br/>
        <w:t xml:space="preserve">            liveDeleteChannelProductRequest.setChannelId(createChannel()).setProductId(productId);</w:t>
        <w:br/>
        <w:t xml:space="preserve">            liveDeleteChannelProductResponse = new LiveChannelProductServiceImpl().deleteChannelProduct(</w:t>
        <w:br/>
        <w:t xml:space="preserve">                    liveDeleteChannelProductRequest);</w:t>
        <w:br/>
        <w:t xml:space="preserve">            Assert.assertTrue(liveDeleteChannelProductResponse);</w:t>
        <w:br/>
        <w:t xml:space="preserve">            if (liveDeleteChannelProductResponse) {</w:t>
        <w:br/>
        <w:t xml:space="preserve">                //to do something ......</w:t>
        <w:br/>
        <w:t xml:space="preserve">                log.debug("测试删除频道商品成功");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  <w:br/>
        <w:t>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true为删除成功，false为删除失败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channelProduct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