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channelPlayback</w:t>
      </w:r>
    </w:p>
    <w:p>
      <w:pPr>
        <w:pStyle w:val="Heading1"/>
      </w:pPr>
      <w:r>
        <w:t>1、将点播中的视频添加到视频库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将点播中的视频添加到视频库</w:t>
        <w:br/>
        <w:t>接口地址（仅做说明使用）：https://api.polyv.net/live/v3/channel/playback/add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2、点播视频得设置标签为频道号，多个用英文逗号分隔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testAddChannelVideoPlayback() throws Exception, NoSuchAlgorithmException {</w:t>
        <w:br/>
        <w:t xml:space="preserve">        LiveCreateChannelVideoPlaybackRequest liveCreateChannelVideoPlaybackRequest =</w:t>
        <w:br/>
        <w:t xml:space="preserve">                new LiveCreateChannelVideoPlaybackRequest();</w:t>
        <w:br/>
        <w:t xml:space="preserve">        LiveCreateChannelVideoPlaybackResponse liveCreateChannelVideoPlaybackResponse;</w:t>
        <w:br/>
        <w:t xml:space="preserve">        try {</w:t>
        <w:br/>
        <w:t xml:space="preserve">            liveCreateChannelVideoPlaybackRequest.setChannelId(getAloneChannelId())</w:t>
        <w:br/>
        <w:t xml:space="preserve">                    .setVideoId("1b448be323f85566b217d3988dbb35a8_1")</w:t>
        <w:br/>
        <w:t xml:space="preserve">                    .setListType("vod")</w:t>
        <w:br/>
        <w:t xml:space="preserve">                    .setSetAsDefault("Y");</w:t>
        <w:br/>
        <w:t xml:space="preserve">            liveCreateChannelVideoPlaybackResponse = new LiveChannelPlaybackServiceImpl().addChannelVideoPlayback(</w:t>
        <w:br/>
        <w:t xml:space="preserve">                    liveCreateChannelVideoPlaybackRequest);</w:t>
        <w:br/>
        <w:t xml:space="preserve">            Assert.assertNotNull(liveCreateChannelVideoPlaybackResponse);</w:t>
        <w:br/>
        <w:t xml:space="preserve">            if (liveCreateChannelVideoPlaybackResponse != null) {</w:t>
        <w:br/>
        <w:t xml:space="preserve">                //to do something ......</w:t>
        <w:br/>
        <w:t xml:space="preserve">                log.debug("测试将点播中的视频添加到视频库成功{}", JSON.toJSONString(liveCreateChannelVideoPlaybackResponse));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1、请求正确，返回LiveCreateChannelVideoPlaybackResponse对象，B端依据此对象处理业务逻辑；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要添加为回放的的点播视频【对应api文档的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vid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listType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playback-回放列表，vod-点播列表;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setAsDefault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添加到视频库列表中的位置，默认为N Y：回放列表中置顶 N：回放列表中置底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直播系统生成的id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videoPoolId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点播视频vid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点播后台用户id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回放视频对应的直播频道号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视频标题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firstImage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视频首图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视频长度，如：00:00:30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myBr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默认视频的播放清晰度，1为流畅，2为高清，3为超清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访客信息收集id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视频加密状态，1表示为加密状态，0为非加密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添加为回放视频的日期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lastModified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视频最后修改日期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视频播放地址，注：如果视频为加密视频，则此地址无法访问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用于PPT请求数据，与PPT直播的回放相关，普通直播回放值为null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mergeInfo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视频合并信息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直播开始时间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liveType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回放视频的场景类型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2、异步批量转存录制文件到点播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异步批量转存录制文件到点播</w:t>
        <w:br/>
        <w:t>接口地址（仅做说明使用）：https://api.polyv.net/live/v3/channel/record/convert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testConvertChannelVideoListAsync() throws Exception, NoSuchAlgorithmException {</w:t>
        <w:br/>
        <w:t xml:space="preserve">        LiveConvertChannelVideoListAsyncRequest liveConvertChannelVideoListAsyncRequest =</w:t>
        <w:br/>
        <w:t xml:space="preserve">                new LiveConvertChannelVideoListAsyncRequest();</w:t>
        <w:br/>
        <w:t xml:space="preserve">        Boolean liveConvertChannelVideoResponse;</w:t>
        <w:br/>
        <w:t xml:space="preserve">        try {</w:t>
        <w:br/>
        <w:t xml:space="preserve">            liveConvertChannelVideoListAsyncRequest.setChannelId("1951952")</w:t>
        <w:br/>
        <w:t xml:space="preserve">                    .setFileIds("dfcfabd4e3db60892b625aeddf80b242,4329a8920588b257c3d66414bd37f8d8")</w:t>
        <w:br/>
        <w:t xml:space="preserve">                    .setFileName("删除-直播录制转点播")</w:t>
        <w:br/>
        <w:t xml:space="preserve">                    .setCataId(null)</w:t>
        <w:br/>
        <w:t xml:space="preserve">                    .setCallbackUrl(null);</w:t>
        <w:br/>
        <w:t xml:space="preserve">            liveConvertChannelVideoResponse = new LiveChannelPlaybackServiceImpl().convertChannelVideoListAsync(</w:t>
        <w:br/>
        <w:t xml:space="preserve">                    liveConvertChannelVideoListAsyncRequest);</w:t>
        <w:br/>
        <w:t xml:space="preserve">            Assert.assertNotNull(liveConvertChannelVideoResponse);</w:t>
        <w:br/>
        <w:t xml:space="preserve">            if (liveConvertChannelVideoResponse) {</w:t>
        <w:br/>
        <w:t xml:space="preserve">                //to do something ......</w:t>
        <w:br/>
        <w:t xml:space="preserve">                log.debug("测试异步批量转存录制文件到点播,具体是否成功以回调为准");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要转存的录制视频文件id，多个id用英文逗号,分隔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转存后的文件名，目前暂不支持传多个文件名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cataId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转存到点播的目录id，默认为点播的根目录id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callbackUrl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转存成功时候回调通知的url，通知的相关参数见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附录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true为提交成功，false为提交失败，具体转存是否成功以回调为准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3、异步合并直播录制文件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异步合并直播录制文件</w:t>
        <w:br/>
        <w:t>接口地址（仅做说明使用）：https://api.polyv.net/live/v3/channel/record/merge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testMergeChannelVideoAsync() throws Exception, NoSuchAlgorithmException {</w:t>
        <w:br/>
        <w:t xml:space="preserve">        LiveMergeChannelVideoAsyncRequest liveMergeChannelVideoAsyncRequest = new LiveMergeChannelVideoAsyncRequest();</w:t>
        <w:br/>
        <w:t xml:space="preserve">        Boolean liveMergeChannelVideoAsyncResponse;</w:t>
        <w:br/>
        <w:t xml:space="preserve">        try {</w:t>
        <w:br/>
        <w:t xml:space="preserve">            liveMergeChannelVideoAsyncRequest.setChannelId("1951952")</w:t>
        <w:br/>
        <w:t xml:space="preserve">                    .setFileIds("dfcfabd4e3db60892b625aeddf80b242,4329a8920588b257c3d66414bd37f8d8")</w:t>
        <w:br/>
        <w:t xml:space="preserve">                    .setFileName("测试合并-可删除")</w:t>
        <w:br/>
        <w:t xml:space="preserve">                    .setCallbackUrl(null)</w:t>
        <w:br/>
        <w:t xml:space="preserve">                    .setAutoConvert("Y")</w:t>
        <w:br/>
        <w:t xml:space="preserve">                    .setMergeMp4("Y");</w:t>
        <w:br/>
        <w:t xml:space="preserve">            liveMergeChannelVideoAsyncResponse = new LiveChannelPlaybackServiceImpl().mergeChannelVideoAsync(</w:t>
        <w:br/>
        <w:t xml:space="preserve">                    liveMergeChannelVideoAsyncRequest);</w:t>
        <w:br/>
        <w:t xml:space="preserve">            Assert.assertTrue(liveMergeChannelVideoAsyncResponse);</w:t>
        <w:br/>
        <w:t xml:space="preserve">            if (liveMergeChannelVideoAsyncResponse) {</w:t>
        <w:br/>
        <w:t xml:space="preserve">                //to do something ......</w:t>
        <w:br/>
        <w:t xml:space="preserve">                log.debug("测试异步合并直播录制文件,具体是否成功以回调为准");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要合并的录制视频文件ID，多个id用英文逗号,分隔，可通过调用查询视频库列表获取fileId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合并后的视频的文件名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callbackUrl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合并成功或失败回调的url，可以带上自定义参数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autoConvert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传入Y，自动转存到对应点播分类下(直播回放-频道号-场次)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mergeMp4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传Y合并MP4文件，传N或者不传合并m3u8文件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true为提交成功，false为提交失败，具体合并是否成功以回调为准</w:t>
      </w:r>
    </w:p>
    <w:p>
      <w:pPr>
        <w:pStyle w:val="Heading2"/>
      </w:pPr>
      <w:r>
        <w:t>回调说明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&amp;emsp;&amp;emsp;该接口为异步处理，如果需要获取转存的结果，可以在请求接口时提交callbackUrl 参数，在程序转存成功或失败后，会对callbackUrl 进行回调通知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接口处理结果，取值：success（成功），error（出错）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错误码,userExpired-用户已过期；spaceOverSize-点播空间不足；unknown-未知异常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转存的文件ID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校验的加密字符串，生成的规则md5(AppSecret+timestamp)，AppSecret是直播系统的用密匙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13位毫秒时间戳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4、查询频道录制视频信息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查询频道录制视频信息</w:t>
        <w:br/>
        <w:t>接口地址（仅做说明使用）：https://api.polyv.net/live/v2/channels/%s/recordFiles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testListChannelVideo() throws Exception, NoSuchAlgorithmException {</w:t>
        <w:br/>
        <w:t xml:space="preserve">        LiveChannelVideoListRequest liveChannelVideoListRequest = new LiveChannelVideoListRequest();</w:t>
        <w:br/>
        <w:t xml:space="preserve">        LiveChannelVideoListResponse liveChannelVideoListResponse;</w:t>
        <w:br/>
        <w:t xml:space="preserve">        try {</w:t>
        <w:br/>
        <w:t xml:space="preserve">            liveChannelVideoListRequest.setChannelId("1951952")</w:t>
        <w:br/>
        <w:t xml:space="preserve">                    .setStartDate(getDate(2020, 1, 1))</w:t>
        <w:br/>
        <w:t xml:space="preserve">                    .setEndDate(getDate(2020, 10, 14))</w:t>
        <w:br/>
        <w:t xml:space="preserve">                    .setSessionIds("fs4j2z8wcb,fs8p8eso44");</w:t>
        <w:br/>
        <w:t xml:space="preserve">            liveChannelVideoListResponse = new LiveChannelPlaybackServiceImpl().listChannelVideo(</w:t>
        <w:br/>
        <w:t xml:space="preserve">                    liveChannelVideoListRequest);</w:t>
        <w:br/>
        <w:t xml:space="preserve">            Assert.assertNotNull(liveChannelVideoListResponse);</w:t>
        <w:br/>
        <w:t xml:space="preserve">            if (liveChannelVideoListResponse != null) {</w:t>
        <w:br/>
        <w:t xml:space="preserve">                //to do something ......</w:t>
        <w:br/>
        <w:t xml:space="preserve">                log.debug("查询频道录制视频信息成功{}", JSON.toJSONString(liveChannelVideoListResponse));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1、请求正确，返回LiveChannelVideoListResponse对象，B端依据此对象处理业务逻辑；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需要设置频道详情的频道号，例如：1938028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开始日期（录制生成的日期），格式为：yyyy-MM-dd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结束日期，格式为：yyyy-MM-dd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场次ID，多个用英文逗号分割（仅查询转存文件来源为频道录制的视频）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channelVedioInfos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视频库视频信息【详见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ChannelVedioInfo参数描述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ChannelVedioInfo参数描述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录制文件id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录制文件地址，优先返回mp4，若没有MP4会返回m3u8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开始录制时间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结束录制时间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录制文件大小（单位：字节）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时长（单位：秒）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bitrate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录制文件码率（单位：字节）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resolution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分辨率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直播的场次id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录制文件名称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daysLeft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录制文件剩余天数，大于0：剩余天数，-1：永久，不会返回过期的录制文件记录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origin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录制文件来源 manual：手动录制 auto：自动录制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originSessionId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原始直播场次ID 当该录制文件为手动录制或自动录制时就等于当前直播场次ID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recordFileType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录制文件类型 complete：完整回放,part：自动录制_片段,merge：手动合并,clip：裁剪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5、查询视频库列表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查询视频库列表</w:t>
        <w:br/>
        <w:t>接口地址（仅做说明使用）：https://api.polyv.net/live/v2/channel/recordFile/%s/playback/list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testListChannelVideoLibrary() throws Exception, NoSuchAlgorithmException {</w:t>
        <w:br/>
        <w:t xml:space="preserve">        LiveListChannelVideoLibraryRequest liveListChannelVideoLibraryRequest =</w:t>
        <w:br/>
        <w:t xml:space="preserve">                new LiveListChannelVideoLibraryRequest();</w:t>
        <w:br/>
        <w:t xml:space="preserve">        LiveListChannelVideoLibraryResponse liveListChannelVideoLibraryResponse;</w:t>
        <w:br/>
        <w:t xml:space="preserve">        try {</w:t>
        <w:br/>
        <w:t xml:space="preserve">            liveListChannelVideoLibraryRequest.setChannelId(super.createChannel())</w:t>
        <w:br/>
        <w:t xml:space="preserve">                    .setListType("playback");</w:t>
        <w:br/>
        <w:t xml:space="preserve">            liveListChannelVideoLibraryResponse = new LiveChannelPlaybackServiceImpl().listChannelVideoLibrary(</w:t>
        <w:br/>
        <w:t xml:space="preserve">                    liveListChannelVideoLibraryRequest);</w:t>
        <w:br/>
        <w:t xml:space="preserve">            Assert.assertNotNull(liveListChannelVideoLibraryResponse);</w:t>
        <w:br/>
        <w:t xml:space="preserve">            if (liveListChannelVideoLibraryResponse != null) {</w:t>
        <w:br/>
        <w:t xml:space="preserve">                //to do something ......</w:t>
        <w:br/>
        <w:t xml:space="preserve">                log.debug("测试查询视频库列表成功{}", JSON.toJSONString(liveListChannelVideoLibraryResponse));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1、请求正确，返回LiveListChannelVideoLibraryResponse对象，B端依据此对象处理业务逻辑；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listType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playback-回放列表,vod-点播列表;默认普通直播场景为vod，三分屏为playback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场次ID，多个用英文逗号分割（仅查询转存文件来源为频道录制的视频）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页数，默认为1【对应api文档的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page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每页显示的数据条数，默认每页显示20条数据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视频库视频信息【详见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ChannelVideoLibrary参数描述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每页显示的数据条数，默认每页显示20条数据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pageNumber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记录总条数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totalPages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ChannelVideoLibrary参数描述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直播系统生成的id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videoPoolId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点播视频vid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点播后台用户id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回放视频对应的直播频道号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视频标题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firstImage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视频首图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视频长度，如：00:27:10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myBr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默认视频的播放清晰度1：流畅2：高清3：超清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访客信息收集id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视频加密状态，1表示为加密状态，0为非加密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添加为回放视频的日期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lastModified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视频最后修改日期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asDefault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是否为默认播放视频，值为Y/N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视频播放地址，注：如果视频为加密视频，则此地址无法访问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用于PPT请求数据，与PPT直播的回放相关，普通直播回放值为null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mergeInfo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视频合并信息，后续补充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直播开始时间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liveType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alone：活动直播，ppt：三分屏，topclass：大班课，seminar：研讨会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ordertime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关联点播视频的排序字段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rank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排序值，值越大优先级越高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width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视频宽度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height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视频高度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关联点播视频的状态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回放视频转存前的暂存fileId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origin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manual：手动录制，auto：自动录制，merge：合并，clip：裁剪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callbackUrl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转存视频时设置的回调地址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处理失败的次数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zh_CN：中文,EN：英文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英文回放videoId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enFileUrl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英文回放文件地址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观看回放视频的地址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originSessionId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来源场次Id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6、查询频道直播场次信息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查询频道直播场次信息</w:t>
        <w:br/>
        <w:t>接口地址（仅做说明使用）：https://api.polyv.net/live/v3/channel/session/list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testListChannelSessionInfo() throws Exception, NoSuchAlgorithmException {</w:t>
        <w:br/>
        <w:t xml:space="preserve">        LiveListChannelSessionInfoRequest liveListChannelSessionInfoRequest = new LiveListChannelSessionInfoRequest();</w:t>
        <w:br/>
        <w:t xml:space="preserve">        LiveListChannelSessionInfoResponse liveListChannelSessionInfoResponse;</w:t>
        <w:br/>
        <w:t xml:space="preserve">        try {</w:t>
        <w:br/>
        <w:t xml:space="preserve">            Calendar instance = Calendar.getInstance();</w:t>
        <w:br/>
        <w:t xml:space="preserve">            instance.set(2020, 10, 1);</w:t>
        <w:br/>
        <w:t xml:space="preserve">            liveListChannelSessionInfoRequest.setChannelId(createChannel())</w:t>
        <w:br/>
        <w:t xml:space="preserve">                    .setStartDate(instance.getTime())</w:t>
        <w:br/>
        <w:t xml:space="preserve">                    .setEndDate(new Date())</w:t>
        <w:br/>
        <w:t xml:space="preserve">                    .setCurrentPage(1);</w:t>
        <w:br/>
        <w:t xml:space="preserve">            liveListChannelSessionInfoResponse = new LiveChannelPlaybackServiceImpl().listChannelSessionInfo(</w:t>
        <w:br/>
        <w:t xml:space="preserve">                    liveListChannelSessionInfoRequest);</w:t>
        <w:br/>
        <w:t xml:space="preserve">            Assert.assertNotNull(liveListChannelSessionInfoResponse);</w:t>
        <w:br/>
        <w:t xml:space="preserve">            if (liveListChannelSessionInfoResponse != null) {</w:t>
        <w:br/>
        <w:t xml:space="preserve">                //to do something ......</w:t>
        <w:br/>
        <w:t xml:space="preserve">                log.debug("测试查询频道直播场次信息成功{}", JSON.toJSONString(liveListChannelSessionInfoResponse));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1、请求正确，返回LiveListChannelSessionInfoResponse对象，B端依据此对象处理业务逻辑；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开始日期，格式yyyy-MM-dd HH:mm:ss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结束日期，格式yyyy-MM-dd HH:mm:ss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页数，默认为1【对应api文档的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page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每页显示的数据条数，默认每页显示20条数据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频道直播场次信息【详见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ChannelSessionInfo参数描述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每页显示的数据条数，默认每页显示20条数据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pageNumber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记录总条数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totalPages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ChannelSessionInfo参数描述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直播开始时间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直播结束时间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7、查询频道的回放开关状态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查询频道的回放开关状态</w:t>
        <w:br/>
        <w:t>接口地址（仅做说明使用）：https://api.polyv.net/live/v3/channel/playback/get-enabled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testGetChannelPlayBackEnabledInfo() throws Exception, NoSuchAlgorithmException {</w:t>
        <w:br/>
        <w:t xml:space="preserve">        LiveChannelPlaybackEnabledInfoRequest liveChannelPlaybackEnabledInfoRequest =</w:t>
        <w:br/>
        <w:t xml:space="preserve">                new LiveChannelPlaybackEnabledInfoRequest();</w:t>
        <w:br/>
        <w:t xml:space="preserve">        String liveChannelPlaybackEnabledInfoResponse;</w:t>
        <w:br/>
        <w:t xml:space="preserve">        try {</w:t>
        <w:br/>
        <w:t xml:space="preserve">            liveChannelPlaybackEnabledInfoRequest.setChannelId(createChannel());</w:t>
        <w:br/>
        <w:t xml:space="preserve">            liveChannelPlaybackEnabledInfoResponse = new LiveChannelPlaybackServiceImpl().getChannelPlayBackEnabledInfo(</w:t>
        <w:br/>
        <w:t xml:space="preserve">                    liveChannelPlaybackEnabledInfoRequest);</w:t>
        <w:br/>
        <w:t xml:space="preserve">            Assert.assertNotNull(liveChannelPlaybackEnabledInfoResponse);</w:t>
        <w:br/>
        <w:t xml:space="preserve">            if ("Y".equals(liveChannelPlaybackEnabledInfoResponse)) {</w:t>
        <w:br/>
        <w:t xml:space="preserve">                //to do something ......</w:t>
        <w:br/>
        <w:t xml:space="preserve">                log.debug("测试查询频道的回放开关状态成功{}", liveChannelPlaybackEnabledInfoResponse);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1、请求正确，返回String对象，B端依据此对象处理业务逻辑；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Y为开启，N为关闭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8、查询指定文件ID的录制文件信息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查询指定文件ID的录制文件信息</w:t>
        <w:br/>
        <w:t>接口地址（仅做说明使用）：https://api.polyv.net/live/v3/channel/record/get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testGetChannelVideoOnly() throws Exception, NoSuchAlgorithmException {</w:t>
        <w:br/>
        <w:t xml:space="preserve">        LiveChannelVideoOnlyRequest liveChannelVideoOnlyRequest = new LiveChannelVideoOnlyRequest();</w:t>
        <w:br/>
        <w:t xml:space="preserve">        LiveChannelVideoOnlyResponse liveChannelVideoOnlyResponse;</w:t>
        <w:br/>
        <w:t xml:space="preserve">        try {</w:t>
        <w:br/>
        <w:t xml:space="preserve">            String channelId = super.getAloneNewChannelId();</w:t>
        <w:br/>
        <w:t xml:space="preserve">            String fileId = listChannelFileIds(channelId).get(0);</w:t>
        <w:br/>
        <w:t xml:space="preserve">            liveChannelVideoOnlyRequest.setChannelId(channelId)</w:t>
        <w:br/>
        <w:t xml:space="preserve">                    .setFileId(fileId);</w:t>
        <w:br/>
        <w:t xml:space="preserve">            liveChannelVideoOnlyResponse = new LiveChannelPlaybackServiceImpl().getChannelVideoOnly(</w:t>
        <w:br/>
        <w:t xml:space="preserve">                    liveChannelVideoOnlyRequest);</w:t>
        <w:br/>
        <w:t xml:space="preserve">            Assert.assertNotNull(liveChannelVideoOnlyResponse);</w:t>
        <w:br/>
        <w:t xml:space="preserve">            if (liveChannelVideoOnlyResponse != null) {</w:t>
        <w:br/>
        <w:t xml:space="preserve">                //to do something ......</w:t>
        <w:br/>
        <w:t xml:space="preserve">                log.debug("测试查询指定文件ID的录制文件信息成功{}", JSON.toJSONString(liveChannelVideoOnlyResponse));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1、请求正确，返回LiveChannelVideoOnlyResponse对象，B端依据此对象处理业务逻辑；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文件ID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bitrate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码率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频道场次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originSessionId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原始场次ID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时长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结束时间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文件id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文件名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文件大小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height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高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liveType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m3u8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m3u8文件地址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mp4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MP4地址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POLYV用户ID，和保利威官网一致，获取路径：官网-&gt;登录-&gt;直播（开发设置）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width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宽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9、设置频道回放设置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设置频道回放设置</w:t>
        <w:br/>
        <w:t>接口地址（仅做说明使用）：https://api.polyv.net/live/v3/channel/playback/set-setting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2、当请求参数type为single时，origin可设置为record，当设置为playback或vod时还需要设置videoId；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3、当请求参数type为list时，origin可以设置为playback以及vod；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testUpdateChannelPlaybackSetting() throws Exception, NoSuchAlgorithmException {</w:t>
        <w:br/>
        <w:t xml:space="preserve">        LiveChannelPlaybackSettingRequest liveChannelPlaybackSettingRequest;</w:t>
        <w:br/>
        <w:t xml:space="preserve">        Boolean liveChannelPlaybackSettingResponse;</w:t>
        <w:br/>
        <w:t xml:space="preserve">        try {</w:t>
        <w:br/>
        <w:t xml:space="preserve">            String channelId = super.createChannel();</w:t>
        <w:br/>
        <w:t xml:space="preserve">            //videoId可通过new LiveChannelPlaybackServiceImpl().listChannelVideoLibrary()获取</w:t>
        <w:br/>
        <w:t xml:space="preserve">            List&lt;String&gt; videoIds = listChannelVideoIds(channelId);</w:t>
        <w:br/>
        <w:t xml:space="preserve">            liveChannelPlaybackSettingRequest = new LiveChannelPlaybackSettingRequest();</w:t>
        <w:br/>
        <w:t xml:space="preserve">            liveChannelPlaybackSettingRequest.setChannelId(channelId)</w:t>
        <w:br/>
        <w:t xml:space="preserve">                    .setPlaybackEnabled("Y")</w:t>
        <w:br/>
        <w:t xml:space="preserve">                    .setType("single")</w:t>
        <w:br/>
        <w:t xml:space="preserve">                    .setOrigin("playback")</w:t>
        <w:br/>
        <w:t xml:space="preserve">                    .setVideoId(videoIds.get(0))</w:t>
        <w:br/>
        <w:t xml:space="preserve">                    .setSectionEnabled("N")</w:t>
        <w:br/>
        <w:t xml:space="preserve">                    .setChatPlaybackEnabled("N");</w:t>
        <w:br/>
        <w:t xml:space="preserve">            liveChannelPlaybackSettingResponse = new LiveChannelPlaybackServiceImpl().updateChannelPlaybackSetting(</w:t>
        <w:br/>
        <w:t xml:space="preserve">                    liveChannelPlaybackSettingRequest);</w:t>
        <w:br/>
        <w:t xml:space="preserve">            Assert.assertNotNull(liveChannelPlaybackSettingResponse);</w:t>
        <w:br/>
        <w:t xml:space="preserve">            if (liveChannelPlaybackSettingResponse) {</w:t>
        <w:br/>
        <w:t xml:space="preserve">                //to do something ......</w:t>
        <w:br/>
        <w:t xml:space="preserve">                log.debug("设置频道回放设置成功");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playbackEnabled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回放开关，Y-开启，N-关闭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回放方式，single-单个回放，list-列表回放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origin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回放来源，record-暂存，playback-回放列表，vod-点播列表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单个回放的视频id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sectionEnabled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章节开关 Y：开启 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chatPlaybackEnabled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聊天重放 Y：开启 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true为设置成功，false为设置失败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10、设置后台回放开关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设置后台回放开关</w:t>
        <w:br/>
        <w:t>接口地址（仅做说明使用）：https://api.polyv.net/live/v2/channelSetting/%s/setPlayBackEnabled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testUpdateChannelPlayBackEnabledSetting() throws Exception, NoSuchAlgorithmException {</w:t>
        <w:br/>
        <w:t xml:space="preserve">        LiveChannelPlaybackEnabledRequest liveChannelPlaybackEnabledRequest = new LiveChannelPlaybackEnabledRequest();</w:t>
        <w:br/>
        <w:t xml:space="preserve">        String liveChannelPlaybackEnabledResponse;</w:t>
        <w:br/>
        <w:t xml:space="preserve">        try {</w:t>
        <w:br/>
        <w:t xml:space="preserve">            liveChannelPlaybackEnabledRequest.setChannelId(createChannel())</w:t>
        <w:br/>
        <w:t xml:space="preserve">                    .setPlayBackEnabled("Y");</w:t>
        <w:br/>
        <w:t xml:space="preserve">            liveChannelPlaybackEnabledResponse =</w:t>
        <w:br/>
        <w:t xml:space="preserve">                    new LiveChannelPlaybackServiceImpl().updateChannelPlayBackEnabledSetting(</w:t>
        <w:br/>
        <w:t xml:space="preserve">                    liveChannelPlaybackEnabledRequest);</w:t>
        <w:br/>
        <w:t xml:space="preserve">            Assert.assertNotNull(liveChannelPlaybackEnabledResponse);</w:t>
        <w:br/>
        <w:t xml:space="preserve">            if (liveChannelPlaybackEnabledResponse != null) {</w:t>
        <w:br/>
        <w:t xml:space="preserve">                //to do something ......</w:t>
        <w:br/>
        <w:t xml:space="preserve">                log.debug("测试设置后台回放开关成功{}", liveChannelPlaybackEnabledResponse);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1、请求正确，返回String对象，B端依据此对象处理业务逻辑；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playBackEnabled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回放开关是开/关的状态，值为Y/N，必填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频道号，非必填，不填添加该用户的所有频道号的回放开关都设置为开/关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成功返回频道号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11、设置视频库列表排序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设置视频库列表排序</w:t>
        <w:br/>
        <w:t>接口地址（仅做说明使用）：https://api.polyv.net/live/v3/channel/playback/sort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testSetChannelVideoSort() throws Exception, NoSuchAlgorithmException {</w:t>
        <w:br/>
        <w:t xml:space="preserve">        LiveChannelVideoSortRequest liveChannelVideoSortRequest = new LiveChannelVideoSortRequest();</w:t>
        <w:br/>
        <w:t xml:space="preserve">        Boolean liveChannelVideoSortResponse;</w:t>
        <w:br/>
        <w:t xml:space="preserve">        try {</w:t>
        <w:br/>
        <w:t xml:space="preserve">            List&lt;String&gt; videoIdList = listChannelVideoIds("1965681");//992d36fa40,f1574595e1</w:t>
        <w:br/>
        <w:t xml:space="preserve">            Collections.shuffle(videoIdList);</w:t>
        <w:br/>
        <w:t xml:space="preserve">            liveChannelVideoSortRequest.setChannelId("1965681")</w:t>
        <w:br/>
        <w:t xml:space="preserve">                    .setVideoIds(videoIdList)</w:t>
        <w:br/>
        <w:t xml:space="preserve">                    .setListType("playback");</w:t>
        <w:br/>
        <w:t xml:space="preserve">            liveChannelVideoSortResponse = new LiveChannelPlaybackServiceImpl().setChannelVideoSort(</w:t>
        <w:br/>
        <w:t xml:space="preserve">                    liveChannelVideoSortRequest);</w:t>
        <w:br/>
        <w:t xml:space="preserve">            Assert.assertNotNull(liveChannelVideoSortResponse);</w:t>
        <w:br/>
        <w:t xml:space="preserve">            if (liveChannelVideoSortResponse) {</w:t>
        <w:br/>
        <w:t xml:space="preserve">                //to do something ......</w:t>
        <w:br/>
        <w:t xml:space="preserve">                log.debug("测试设置视频库列表排序成功");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完整回放视频ID列表,存放在请求体中,请求视频ID数量必须和回放列表数量一致，且不能少或者缺或者多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listType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playback-回放列表，vod-点播列表;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true为设置成功，false为设置失败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12、设置视频库列表的默认视频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设置视频库列表的默认视频</w:t>
        <w:br/>
        <w:t>接口地址（仅做说明使用）：https://api.polyv.net/live/v2/channel/recordFile/%s/playback/set-Default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testSetChannelDefaultVideo() throws Exception, NoSuchAlgorithmException {</w:t>
        <w:br/>
        <w:t xml:space="preserve">        LiveChannelDefaultVideoRequest liveChannelDefaultVideoRequest = new LiveChannelDefaultVideoRequest();</w:t>
        <w:br/>
        <w:t xml:space="preserve">        Boolean liveChannelDefaultVideoResponse;</w:t>
        <w:br/>
        <w:t xml:space="preserve">        try {</w:t>
        <w:br/>
        <w:t xml:space="preserve">            final String channelId = super.createChannel();</w:t>
        <w:br/>
        <w:t xml:space="preserve">            liveChannelDefaultVideoRequest.setChannelId(channelId)</w:t>
        <w:br/>
        <w:t xml:space="preserve">                    .setVideoId(super.listChannelVideoIds(channelId).get(0))</w:t>
        <w:br/>
        <w:t xml:space="preserve">                    .setListType("playback");</w:t>
        <w:br/>
        <w:t xml:space="preserve">            liveChannelDefaultVideoResponse = new LiveChannelPlaybackServiceImpl().setChannelDefaultVideo(</w:t>
        <w:br/>
        <w:t xml:space="preserve">                    liveChannelDefaultVideoRequest);</w:t>
        <w:br/>
        <w:t xml:space="preserve">            Assert.assertNotNull(liveChannelDefaultVideoResponse);</w:t>
        <w:br/>
        <w:t xml:space="preserve">            if (liveChannelDefaultVideoResponse) {</w:t>
        <w:br/>
        <w:t xml:space="preserve">                //to do something ......</w:t>
        <w:br/>
        <w:t xml:space="preserve">                log.debug("测试设置视频库列表的默认视频成功");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直播系统生成的id，可在回放列表接口的返回数据获取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listType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playback-回放列表，vod-点播列表;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true为设置成功，false为设置失败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13、删除直播暂存中的录制文件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删除直播暂存中的录制文件</w:t>
        <w:br/>
        <w:t>接口地址（仅做说明使用）：https://api.polyv.net/live/v2/channel/recordFile/%s/delete-record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testDeleteChannelVideo() throws Exception, NoSuchAlgorithmException {</w:t>
        <w:br/>
        <w:t xml:space="preserve">        LiveDeleteChannelVideoRequest liveDeleteChannelVideoRequest = new LiveDeleteChannelVideoRequest();</w:t>
        <w:br/>
        <w:t xml:space="preserve">        Boolean liveDeleteChannelVideoResponse;</w:t>
        <w:br/>
        <w:t xml:space="preserve">        try {</w:t>
        <w:br/>
        <w:t xml:space="preserve">            liveDeleteChannelVideoRequest.setChannelId("1951952")</w:t>
        <w:br/>
        <w:t xml:space="preserve">                    .setStartTime(getDate(2020, 10, 16, 11, 12, 34));</w:t>
        <w:br/>
        <w:t xml:space="preserve">            liveDeleteChannelVideoResponse = new LiveChannelPlaybackServiceImpl().deleteChannelVideo(</w:t>
        <w:br/>
        <w:t xml:space="preserve">                    liveDeleteChannelVideoRequest);</w:t>
        <w:br/>
        <w:t xml:space="preserve">            Assert.assertNotNull(liveDeleteChannelVideoResponse);</w:t>
        <w:br/>
        <w:t xml:space="preserve">            if (liveDeleteChannelVideoResponse) {</w:t>
        <w:br/>
        <w:t xml:space="preserve">                //to do something ......</w:t>
        <w:br/>
        <w:t xml:space="preserve">                log.debug("测试删除直播暂存中的录制文件");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录制视频的场次ID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录制视频的开始录制时间，可从 获取频道录制信息 接口中获取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true为删除成功，false为删除失败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14、删除视频库列表中的视频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删除视频库列表中的视频</w:t>
        <w:br/>
        <w:t>接口地址（仅做说明使用）：https://api.polyv.net/live/v2/channel/recordFile/%s/playback/delete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testDeleteChannelPlaybackVideo() throws Exception, NoSuchAlgorithmException {</w:t>
        <w:br/>
        <w:t xml:space="preserve">        LiveDeleteChannelPlaybackVideoRequest liveDeleteChannelPlaybackVideoRequest =</w:t>
        <w:br/>
        <w:t xml:space="preserve">                new LiveDeleteChannelPlaybackVideoRequest();</w:t>
        <w:br/>
        <w:t xml:space="preserve">        Boolean liveDeleteChannelPlaybackVideoResponse;</w:t>
        <w:br/>
        <w:t xml:space="preserve">        try {</w:t>
        <w:br/>
        <w:t xml:space="preserve">            String channelId = super.createChannel();</w:t>
        <w:br/>
        <w:t xml:space="preserve">            String videoId = "07f5bbeb67";</w:t>
        <w:br/>
        <w:t xml:space="preserve">            liveDeleteChannelPlaybackVideoRequest.setChannelId(channelId)</w:t>
        <w:br/>
        <w:t xml:space="preserve">                    .setVideoId(videoId)</w:t>
        <w:br/>
        <w:t xml:space="preserve">                    .setListType("playback");</w:t>
        <w:br/>
        <w:t xml:space="preserve">            liveDeleteChannelPlaybackVideoResponse = new LiveChannelPlaybackServiceImpl().deleteChannelPlaybackVideo(</w:t>
        <w:br/>
        <w:t xml:space="preserve">                    liveDeleteChannelPlaybackVideoRequest);</w:t>
        <w:br/>
        <w:t xml:space="preserve">            Assert.assertNotNull(liveDeleteChannelPlaybackVideoResponse);</w:t>
        <w:br/>
        <w:t xml:space="preserve">            if (liveDeleteChannelPlaybackVideoResponse) {</w:t>
        <w:br/>
        <w:t xml:space="preserve">                //to do something ......</w:t>
        <w:br/>
        <w:t xml:space="preserve">                log.debug("测试删除视频库列表中的视频成功");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直播系统生成的id，可在回放列表接口的返回数据获取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listType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playback-回放列表，vod-点播列表;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true为删除成功，false为删除失败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15、修改回放视频名称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修改回放视频名称</w:t>
        <w:br/>
        <w:t>接口地址（仅做说明使用）：https://api.polyv.net/live/v3/channel/playback/update-title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testUpdatePlaybackTitle() throws Exception, NoSuchAlgorithmException {</w:t>
        <w:br/>
        <w:t xml:space="preserve">        LiveUpdatePlaybackTitleRequest liveUpdatePlaybackTitleRequest = new LiveUpdatePlaybackTitleRequest();</w:t>
        <w:br/>
        <w:t xml:space="preserve">        Boolean liveUpdatePlaybackTitleResponse;</w:t>
        <w:br/>
        <w:t xml:space="preserve">        try {</w:t>
        <w:br/>
        <w:t xml:space="preserve">            String channelId = super.createChannel();</w:t>
        <w:br/>
        <w:t xml:space="preserve">            String videoId = "992d36fa40";</w:t>
        <w:br/>
        <w:t xml:space="preserve">            liveUpdatePlaybackTitleRequest.setChannelId(channelId)</w:t>
        <w:br/>
        <w:t xml:space="preserve">                    .setVideoId(videoId)</w:t>
        <w:br/>
        <w:t xml:space="preserve">                    .setTitle("修改标题后");</w:t>
        <w:br/>
        <w:t xml:space="preserve">            liveUpdatePlaybackTitleResponse = new LiveChannelPlaybackServiceImpl().updatePlaybackTitle(</w:t>
        <w:br/>
        <w:t xml:space="preserve">                    liveUpdatePlaybackTitleRequest);</w:t>
        <w:br/>
        <w:t xml:space="preserve">            Assert.assertTrue(liveUpdatePlaybackTitleResponse);</w:t>
        <w:br/>
        <w:t xml:space="preserve">            if (liveUpdatePlaybackTitleResponse) {</w:t>
        <w:br/>
        <w:t xml:space="preserve">                //to do something ......</w:t>
        <w:br/>
        <w:t xml:space="preserve">                log.debug("测试修改回放视频名称成功");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回放视频ID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回放视频名称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true为修改成功，false为修改失败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16、导出合并的录制文件并回调mp4下载地址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导出合并的录制文件并回调mp4下载地址</w:t>
        <w:br/>
        <w:t>接口地址（仅做说明使用）：https://api.polyv.net/live/v3/channel/record/merge-mp4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2、该接口为文件合并过程为异步处理过程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3、该接口合并的录制文件必须在8小时内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4、三分屏的录制将自动经过重制课件后再合并mp4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5、mp4下载地址30天内有效，超出后需要重新导出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testMergeMp4Record() throws Exception, NoSuchAlgorithmException {</w:t>
        <w:br/>
        <w:t xml:space="preserve">        LiveMergeMp4RecordRequest liveMergeMp4RecordRequest = new LiveMergeMp4RecordRequest();</w:t>
        <w:br/>
        <w:t xml:space="preserve">        LiveMergeMp4RecordResponse liveMergeMp4RecordResponse;</w:t>
        <w:br/>
        <w:t xml:space="preserve">        try {</w:t>
        <w:br/>
        <w:t xml:space="preserve">            String channelId = super.createChannel();</w:t>
        <w:br/>
        <w:t xml:space="preserve">            liveMergeMp4RecordRequest.setChannelId(channelId)</w:t>
        <w:br/>
        <w:t xml:space="preserve">                    .setStartTime(super.getDate(1603848613000l))</w:t>
        <w:br/>
        <w:t xml:space="preserve">                    .setEndTime(super.getDate(1603854259000l))</w:t>
        <w:br/>
        <w:t xml:space="preserve">                    .setCallbackUrl(null)</w:t>
        <w:br/>
        <w:t xml:space="preserve">                    .setFileName("testMergeMp4");</w:t>
        <w:br/>
        <w:t xml:space="preserve">            liveMergeMp4RecordResponse = new LiveChannelPlaybackServiceImpl().mergeMp4Record(liveMergeMp4RecordRequest);</w:t>
        <w:br/>
        <w:t xml:space="preserve">            Assert.assertNotNull(liveMergeMp4RecordResponse);</w:t>
        <w:br/>
        <w:t xml:space="preserve">            if (liveMergeMp4RecordResponse != null) {</w:t>
        <w:br/>
        <w:t xml:space="preserve">                //to do something ......</w:t>
        <w:br/>
        <w:t xml:space="preserve">                log.debug("测试导出合并的录制文件并回调mp4下载地址成功,{}", JSON.toJSONString(liveMergeMp4RecordResponse));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1、请求正确，返回LiveMergeMp4RecordResponse对象，B端依据此对象处理业务逻辑；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录制文件开始时间，与endtime最大不能超过8小时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录制文件结束时间，与startTime最大不能超过8小时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callbackUrl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合并成功或失败回调的url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合并后文件名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文件ID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已合并返回文件地址，合并中返回空字符串</w:t>
            </w:r>
          </w:p>
        </w:tc>
      </w:tr>
    </w:tbl>
    <w:p>
      <w:pPr>
        <w:spacing w:after="40"/>
      </w:pPr>
    </w:p>
    <w:p>
      <w:pPr>
        <w:pStyle w:val="Heading2"/>
      </w:pPr>
      <w:r>
        <w:t>回调说明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&amp;emsp;&amp;emsp;该接口为异步处理，如果需要获取合并的结果，可以在请求接口时提交callbackUrl 参数，在程序合并成功后，会对callbackUrl 进行回调通知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接口处理结果，取值：success（成功），error（出错）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频道号，成功时返回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合并后的文件ID，成功时返回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fileIds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合并前的所有文件ID，成功时返回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合并后的MP4的地址，成功时返回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合并后的文件名称，成功时返回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17、查询多个频道回放设置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查询多个频道回放设置和视频列表</w:t>
        <w:br/>
        <w:t>接口地址（仅做说明使用）：https://api.polyv.net/live/v4/channel/playback/list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testGetPlaybackList() throws IOException, NoSuchAlgorithmException {</w:t>
        <w:br/>
        <w:t xml:space="preserve">        LiveGetPlaybackListRequest liveGetPlaybackListRequest = new LiveGetPlaybackListRequest();</w:t>
        <w:br/>
        <w:t xml:space="preserve">        List&lt;LiveGetPlaybackListResponse&gt; liveGetPlaybackListResponse;</w:t>
        <w:br/>
        <w:t xml:space="preserve">        try {</w:t>
        <w:br/>
        <w:t xml:space="preserve">            String channelId = super.createChannel();</w:t>
        <w:br/>
        <w:t xml:space="preserve">            liveGetPlaybackListRequest.setChannelIds(channelId);</w:t>
        <w:br/>
        <w:t xml:space="preserve">            liveGetPlaybackListResponse = new LiveChannelPlaybackServiceImpl().getPlaybackList(</w:t>
        <w:br/>
        <w:t xml:space="preserve">                    liveGetPlaybackListRequest);</w:t>
        <w:br/>
        <w:t xml:space="preserve">            Assert.assertNotNull(liveGetPlaybackListResponse);</w:t>
        <w:br/>
        <w:t xml:space="preserve">            if (liveGetPlaybackListResponse != null) {</w:t>
        <w:br/>
        <w:t xml:space="preserve">                //to do something ......</w:t>
        <w:br/>
        <w:t xml:space="preserve">                log.debug("测试查询多个频道回放列表成功 {}", JSON.toJSONString(liveGetPlaybackListResponse));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1、请求正确，返回LiveGetPlaybackListResponse对象，B端依据此对象处理业务逻辑；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用英文逗号隔开的频道号，如：10000,100001 最多100个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返回对象是List&amp;lt;LiveGetPlaybackListResponse&amp;gt;，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LiveGetPlaybackListResponse</w:t>
      </w:r>
      <w:r>
        <w:rPr>
          <w:rFonts w:ascii="Source Han Sans SC" w:hAnsi="Source Han Sans SC" w:eastAsia="Source Han Sans SC" w:cs="Source Han Sans SC" w:hint="eastAsia"/>
          <w:sz w:val="21"/>
        </w:rPr>
        <w:t>具体元素内容如下：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playBackEnabled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观看回放功能开关 Y：开启 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origin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回放来源 record：暂存 playback：回放列表 vod：点播列表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回放方式 single：单个视频回放 list：列表回放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videoList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视频列表，回放方式为单个视频时只会返回一个视频，列表回放时返回前10个视频，回放开关关闭时也会返回视频列表【详见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PlaybackVideoList参数描述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globalSettingEnabled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是否开启全局设置 Y：开启 N：关闭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PlaybackVideoList参数描述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直播系统生成的id （回放来源为回放列表或点播列表有值）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videoPoolId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点播视频videoPoolId （回放来源为回放列表或点播列表有值）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回放视频转存前的暂存文件ID（回放来源为暂存时有值）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视频时长，格式为HH:mm:ss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视频名称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18、裁剪录制文件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裁剪直播录制视频文件，裁剪文件过程为异步处理过程</w:t>
        <w:br/>
        <w:t>接口地址（仅做说明使用）：https://api.polyv.net/live/v3/channel/record/clip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testClipRecordFile() throws IOException, NoSuchAlgorithmException {</w:t>
        <w:br/>
        <w:t xml:space="preserve">        LiveClipRecordFileRequest liveClipRecordFileRequest = new LiveClipRecordFileRequest();</w:t>
        <w:br/>
        <w:t xml:space="preserve">        Boolean liveClipRecordFileResponse;</w:t>
        <w:br/>
        <w:t xml:space="preserve">        try {</w:t>
        <w:br/>
        <w:t xml:space="preserve">            liveClipRecordFileRequest.setChannelId("3948351");</w:t>
        <w:br/>
        <w:t xml:space="preserve">            liveClipRecordFileRequest.setFileId("c1a6650a221144b605b433fe6978f4b1");</w:t>
        <w:br/>
        <w:t xml:space="preserve">            liveClipRecordFileRequest.setDeleteTimeFrame("[{\"start\":1, \"end\":30},{\"start\":50, \"end\":60}]");</w:t>
        <w:br/>
        <w:t xml:space="preserve">            liveClipRecordFileResponse = new LiveChannelPlaybackServiceImpl().clipRecordFile(liveClipRecordFileRequest);</w:t>
        <w:br/>
        <w:t xml:space="preserve">            Assert.assertNotNull(liveClipRecordFileResponse);</w:t>
        <w:br/>
        <w:t xml:space="preserve">            if (liveClipRecordFileResponse != null) {</w:t>
        <w:br/>
        <w:t xml:space="preserve">                //to do something ......</w:t>
        <w:br/>
        <w:t xml:space="preserve">                log.debug("测试裁剪录制文件成功 {}", JSON.toJSONString(liveClipRecordFileResponse));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文件ID【可通过查询频道录制视频信息获取】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deleteTimeFrame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要裁剪移除的时间区间 传入格式要求： （1）start、end值是单位为秒的数值，格式为：[{"start":xx, "end":xx},{"start":xx, "end":xx}] （2）多个区间请按照时间顺序从小到大排列 （3）时间区间不允许重叠 （4）时间区间不得超过100个限制 【示例：要裁剪移除的是第1s到第14s，以及第25s到第30s的区间，则传入的字符串为 [{"start":1, "end":14},{"start":25, "end":30}] 】 误差说明： （1）裁剪区间存在一定的时间误差 （2）误差原因：回放默认为m3u8格式裁剪，由于m3u8的视频裁剪是精确到每片ts，所以裁剪时会判断裁剪要移除的时间区间所包含的ts片，进行裁剪移除，如需更精准的裁剪，可联系保利威客服人员开通mp4裁剪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callbackUrl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裁剪成功或失败回调的url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autoConvert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是否自动转存回放到点播，默认为N Y：是 N：否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裁剪后文件名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裁剪录制文件返回实体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19、查询频道回放设置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查询频道回放设置</w:t>
        <w:br/>
        <w:t>接口地址（仅做说明使用）：https://api.polyv.net/live/v3/channel/playback/get-setting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testGetPlaybackSetting() throws IOException, NoSuchAlgorithmException {</w:t>
        <w:br/>
        <w:t xml:space="preserve">        LiveGetPlaybackSettingRequest liveGetPlaybackSettingRequest = new LiveGetPlaybackSettingRequest();</w:t>
        <w:br/>
        <w:t xml:space="preserve">        LiveGetPlaybackSettingResponse liveGetPlaybackSettingResponse;</w:t>
        <w:br/>
        <w:t xml:space="preserve">        try {</w:t>
        <w:br/>
        <w:t xml:space="preserve">            String channelId = super.createChannel();</w:t>
        <w:br/>
        <w:t xml:space="preserve">            liveGetPlaybackSettingRequest.setChannelId(channelId);</w:t>
        <w:br/>
        <w:t xml:space="preserve">            liveGetPlaybackSettingResponse = new LiveChannelPlaybackServiceImpl().getPlaybackSetting(</w:t>
        <w:br/>
        <w:t xml:space="preserve">                    liveGetPlaybackSettingRequest);</w:t>
        <w:br/>
        <w:t xml:space="preserve">            Assert.assertNotNull(liveGetPlaybackSettingResponse);</w:t>
        <w:br/>
        <w:t xml:space="preserve">            if (liveGetPlaybackSettingResponse != null) {</w:t>
        <w:br/>
        <w:t xml:space="preserve">                //to do something ......</w:t>
        <w:br/>
        <w:t xml:space="preserve">                log.debug("测试查询频道回放设置成功 {}", JSON.toJSONString(liveGetPlaybackSettingResponse));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1、请求正确，返回LiveGetPlaybackSettingResponse对象，B端依据此对象处理业务逻辑；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回放类型 single：单个视频回放 list：列表回放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playbackEnabled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回放的开关 Y：开启 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origin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回放的视频来源 record：录制文件 playback：回放列表 vod：点播列表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回放的视频ID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回放的视频名称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sectionEnabled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回放设置，章节开关 Y：开启 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globalSettingEnabled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是否应用通用设置 Y：是 N：否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chatPlaybackEnabled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聊天重放 Y：开启 N：关闭</w:t>
            </w:r>
          </w:p>
        </w:tc>
      </w:tr>
    </w:tbl>
    <w:p>
      <w:pPr>
        <w:spacing w:after="40"/>
      </w:pPr>
    </w:p>
    <w:p/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channelPlayback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