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channelOperate</w:t>
      </w:r>
    </w:p>
    <w:p>
      <w:pPr>
        <w:pStyle w:val="Heading1"/>
      </w:pPr>
      <w:r>
        <w:t>1、创建频道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创建一个直播频道，返回直播频道相关的基础信息。</w:t>
        <w:br/>
        <w:t>接口地址（仅做说明使用）：https://api.polyv.net/live/v4/channel/create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testCreateChannelV2() throws Exception, NoSuchAlgorithmException {</w:t>
        <w:br/>
        <w:t xml:space="preserve">        LiveChannelV2Request liveChannelRequest = new LiveChannelV2Request();</w:t>
        <w:br/>
        <w:t xml:space="preserve">        LiveChannelV2Response liveChannelResponse = null;</w:t>
        <w:br/>
        <w:t xml:space="preserve">        try {</w:t>
        <w:br/>
        <w:t xml:space="preserve">            liveChannelRequest.setName("gateway 从入门到精通")</w:t>
        <w:br/>
        <w:t xml:space="preserve">                    .setNewScene(LiveConstant.NewSceneType.ALONE.getCode())</w:t>
        <w:br/>
        <w:t xml:space="preserve">                    .setTemplate("alone")</w:t>
        <w:br/>
        <w:t xml:space="preserve">                    .setCategoryId(391352)</w:t>
        <w:br/>
        <w:t xml:space="preserve">                    .setSeminarAttendeePassword(super.getRandomString(6))</w:t>
        <w:br/>
        <w:t xml:space="preserve">                    .setSeminarHostPassword(super.getRandomString(7))</w:t>
        <w:br/>
        <w:t xml:space="preserve">                    .setEndTime(super.getDate(2034,11,11))</w:t>
        <w:br/>
        <w:t xml:space="preserve">                    .setOnlyOneLiveEnabled("N");</w:t>
        <w:br/>
        <w:t xml:space="preserve">            liveChannelResponse = new LiveChannelOperateServiceImpl().createChannelV2(liveChannelRequest);</w:t>
        <w:br/>
        <w:t xml:space="preserve">            Assert.assertNotNull(liveChannelResponse);</w:t>
        <w:br/>
        <w:t xml:space="preserve">            if (liveChannelResponse != null) {</w:t>
        <w:br/>
        <w:t xml:space="preserve">                //to do something ......</w:t>
        <w:br/>
        <w:t xml:space="preserve">                log.debug("频道创建成功{}", JSON.toJSONString(liveChannelResponse));</w:t>
        <w:br/>
        <w:t xml:space="preserve">                log.debug("网页开播地址：https://live.polyv.net/web-start/login?channelId={}",</w:t>
        <w:br/>
        <w:t xml:space="preserve">                        liveChannelResponse.getChannelId());</w:t>
        <w:br/>
        <w:t xml:space="preserve">                log.debug("网页观看地址：https://live.polyv.cn/watch/{} ", liveChannelResponse.getChannelId());</w:t>
        <w:br/>
        <w:t xml:space="preserve">                //TODO 此处创建完成后删除了频道，正式使用需删除该语句</w:t>
        <w:br/>
        <w:t xml:space="preserve">                super.deleteChannel(liveChannelResponse.getChannelId());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(topclass-大班课 、 double-双师课（该场景需开通） 、 train-企业培训 、 seminar-研讨会 、 alone-活动营销)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(ppt-三分屏(横屏) 、 portrait_ppt-三分屏(竖屏) 、 alone-纯视频(横屏) 、portrait_alone-纯视频(竖屏) 、 topclass-纯视频-极速(横屏) 、 portrait_topclass-纯视频-极速(竖屏) 、 seminar-研讨会、guide（导播，该场景需开通）)直播场景为topclass时，该字段支持ppt、portrait_ppt、alone、portrait_alone、topclass、portrait_topclass直播场景为train、guide或alone时，该字段支持ppt、portrait_ppt、alone、portrait_alone直播场景为double时，该字段支持ppt、alone直播场景为seminar时，该字段支持seminar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讲师登录密码，直播场景不是研讨会时有效，长度6-16位，不传则由系统随机生成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直播延迟 Y无延时 N普通延迟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转播类型 normal不开启、transmit发起转播、receive接收转播（该功能需要开通）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doubleTeacherType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线上双师 transmit大房间、receive小房间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中英双语直播开关 Y开、N关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连麦人数限制，最多16人。为0表示关闭连麦。该值为空时，则默认使用账号的最大连麦人数(可联系商务修改)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分类ID，可通过“查询直播分类”接口获取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开始时间，格式：yyyy-MM-dd HH:mm:ss【注：仅做直播前倒计时显示，不对讲师开播操作产生影响】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结束时间，格式：yyyy-MM-dd HH:mm:ss【注：仅做未开播时直播状态判断显示，不对讲师开播操作产生影响】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onlyOneLiveEnabled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频道仅可上下课一次（已经结束直播的频道不可以再发起直播）Y：开启，N：关闭，默认为N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讲师登录密码，直播场景不是研讨会时不为null，长度6-16位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研讨会主持人密码，仅直播场景是研讨会时不为null，长度6-16位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研讨会参会人密码，仅直播场景是研讨会时不为null，长度6-16位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2、批量创建频道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批量创建频道</w:t>
        <w:br/>
        <w:t>接口地址（仅做说明使用）：https://api.polyv.net/live/v4/channel/create-batch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testCreateChannelListV2() throws IOException, NoSuchAlgorithmException {</w:t>
        <w:br/>
        <w:t xml:space="preserve">        LiveCreateChannelListV2Request liveCreateChannelListV2Request = new LiveCreateChannelListV2Request();</w:t>
        <w:br/>
        <w:t xml:space="preserve">        List&lt;LiveCreateChannelListV2Response&gt; liveCreateChannelListV2Response;</w:t>
        <w:br/>
        <w:t xml:space="preserve">        try {</w:t>
        <w:br/>
        <w:t xml:space="preserve">            List&lt;LiveCreateChannelListV2Request.ChannelV2CreateBatch&gt; channelV2CreateBatch = new ArrayList&lt;&gt;();</w:t>
        <w:br/>
        <w:t xml:space="preserve">            channelV2CreateBatch.add(LiveCreateChannelListV2Request.ChannelV2CreateBatch.builder()</w:t>
        <w:br/>
        <w:t xml:space="preserve">                    .name("测试批量创建频道1（可删）")</w:t>
        <w:br/>
        <w:t xml:space="preserve">                    .newScene(LiveConstant.NewSceneType.ALONE.getCode())</w:t>
        <w:br/>
        <w:t xml:space="preserve">                    .template(LiveConstant.Template.ALONE.getCode())</w:t>
        <w:br/>
        <w:t xml:space="preserve">                    .channelPasswd(super.getRandomString(8))</w:t>
        <w:br/>
        <w:t xml:space="preserve">                    .pureRtcEnabled(LiveConstant.Flag.YES.getFlag())</w:t>
        <w:br/>
        <w:t xml:space="preserve">                    .categoryId(391352)</w:t>
        <w:br/>
        <w:t xml:space="preserve">                    .linkMicLimit(2)</w:t>
        <w:br/>
        <w:t xml:space="preserve">                    .startTime(super.getDate(System.currentTimeMillis() + 600 * 1000))</w:t>
        <w:br/>
        <w:t xml:space="preserve">                    .build());</w:t>
        <w:br/>
        <w:t xml:space="preserve">            channelV2CreateBatch.add(LiveCreateChannelListV2Request.ChannelV2CreateBatch.builder()</w:t>
        <w:br/>
        <w:t xml:space="preserve">                    .name("测试批量创建频道2（可删）")</w:t>
        <w:br/>
        <w:t xml:space="preserve">                    .newScene(LiveConstant.NewSceneType.SEMINAR.getCode())</w:t>
        <w:br/>
        <w:t xml:space="preserve">                    .template(LiveConstant.Template.SEMINAR.getCode())</w:t>
        <w:br/>
        <w:t xml:space="preserve">                    .seminarHostPassword(super.getRandomString(8))</w:t>
        <w:br/>
        <w:t xml:space="preserve">                    .seminarAttendeePassword(super.getRandomString(8))</w:t>
        <w:br/>
        <w:t xml:space="preserve">                    .categoryId(391352)</w:t>
        <w:br/>
        <w:t xml:space="preserve">                    .subAccount("test-dev@qq.com")</w:t>
        <w:br/>
        <w:t xml:space="preserve">                    .build());</w:t>
        <w:br/>
        <w:t xml:space="preserve">            liveCreateChannelListV2Request.setChannels(channelV2CreateBatch);</w:t>
        <w:br/>
        <w:t xml:space="preserve">            liveCreateChannelListV2Response = new LiveChannelOperateServiceImpl().createBatchV2(</w:t>
        <w:br/>
        <w:t xml:space="preserve">                    liveCreateChannelListV2Request);</w:t>
        <w:br/>
        <w:t xml:space="preserve">            Assert.assertNotNull(liveCreateChannelListV2Response);</w:t>
        <w:br/>
        <w:t xml:space="preserve">            if (liveCreateChannelListV2Response != null) {</w:t>
        <w:br/>
        <w:t xml:space="preserve">                //to do something ......</w:t>
        <w:br/>
        <w:t xml:space="preserve">                log.debug("测试批量创建频道成功{}", JSON.toJSONString(liveCreateChannelListV2Response));</w:t>
        <w:br/>
        <w:t xml:space="preserve">                //TODO 此处创建完成后删除了频道，正式使用需删除该语句</w:t>
        <w:br/>
        <w:t xml:space="preserve">                liveCreateChannelListV2Response.stream()</w:t>
        <w:br/>
        <w:t xml:space="preserve">                        .forEach(channel -&gt; super.tryDeleteChannel(channel.getChannelId()));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1、请求正确，返回LiveCreateChannelListV2Response对象，B端依据此对象处理业务逻辑；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批量创建频道请求体【详见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ChannelV2CreateBatch参数描述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ChannelV2CreateBatch参数描述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(topclass-大班课 、 double-双师课（该场景需开通） 、 train-企业培训 、 seminar-研讨会 、 alone-活动营销)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(ppt-三分屏(横屏) 、 portrait_ppt-三分屏(竖屏) 、 alone-纯视频(横屏) 、portrait_alone-纯视频(竖屏) 、 topclass-纯视频-极速(横屏) 、 portrait_topclass-纯视频-极速(竖屏) 、 seminar-研讨会)直播场景为topclass时，该字段支持ppt、portrait_ppt、alone、portrait_alone、topclass、portrait_topclass直播场景为train或alone时，该字段支持ppt、portrait_ppt、alone、portrait_alone直播场景为double时，该字段支持ppt、alone直播场景为seminar时，该字段支持seminar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讲师登录密码，直播场景不是研讨会时有效，长度6-16位，不传则由系统随机生成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研讨会参会人密码，仅直播场景是研讨会时有效，长度6-16位，不传则由系统随机生成。研讨会主持人密码和参会人密码不能相同。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直播延迟 Y无延时 N普通延迟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转播类型 normal不开启、transmit发起转播、receive接收转播（该功能需要开通），部分直播场景不支持转播设置，具体请阅读接口约束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doubleTeacherType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线上双师 transmit大房间、receive小房间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中英双语直播开关 Y开、N关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分类ID，可通过“查询直播分类”接口获取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返回对象是List&amp;lt;LiveCreateChannelListV2Response&amp;gt;，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LiveCreateChannelListV2Response</w:t>
      </w:r>
      <w:r>
        <w:rPr>
          <w:rFonts w:ascii="Source Han Sans SC" w:hAnsi="Source Han Sans SC" w:eastAsia="Source Han Sans SC" w:cs="Source Han Sans SC" w:hint="eastAsia"/>
          <w:sz w:val="21"/>
        </w:rPr>
        <w:t>具体元素内容如下：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讲师登录密码，非研讨会场景使用，长度6-16位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研讨会主持人密码，仅直播场景是研讨会时返回，长度6-16位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研讨会参会人密码，仅直播场景是研讨会时返回，长度6-16位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3、创建并初始化频道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根据请求参数与默认模板创建频道</w:t>
        <w:br/>
        <w:t>接口地址（仅做说明使用）：https://api.polyv.net/live/v4/channel/create-init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testCreateChannelInitV2() throws IOException, NoSuchAlgorithmException {</w:t>
        <w:br/>
        <w:t xml:space="preserve">        LiveChannelInitV2Request liveChannelInitV2Request = new LiveChannelInitV2Request();</w:t>
        <w:br/>
        <w:t xml:space="preserve">        LiveChannelInitV2Response liveChannelInitV2Response;</w:t>
        <w:br/>
        <w:t xml:space="preserve">        try {</w:t>
        <w:br/>
        <w:t xml:space="preserve">            //基础信息</w:t>
        <w:br/>
        <w:t xml:space="preserve">            LiveChannelInitV2Request.BasicSetting basicSetting = new LiveChannelInitV2Request.BasicSetting().setName(</w:t>
        <w:br/>
        <w:t xml:space="preserve">                            "创建并初始化新版后台频道-验证码观看")</w:t>
        <w:br/>
        <w:t xml:space="preserve">                    .setChannelPasswd(getRandomString(6))</w:t>
        <w:br/>
        <w:t xml:space="preserve">                    .setNewScene(LiveConstant.NewSceneType.TOPCLASS.getCode())</w:t>
        <w:br/>
        <w:t xml:space="preserve">                    .setTemplate(LiveConstant.Template.PPT.getCode())</w:t>
        <w:br/>
        <w:t xml:space="preserve">                    .setCategoryId(391352)</w:t>
        <w:br/>
        <w:t xml:space="preserve">                    .setDescription("这是一个描述")</w:t>
        <w:br/>
        <w:t xml:space="preserve">                    .setLinkMicLimit(1)</w:t>
        <w:br/>
        <w:t xml:space="preserve">                    .setSubAccount("test-dev@qq.com");</w:t>
        <w:br/>
        <w:t xml:space="preserve">            liveChannelInitV2Request.setBasicSetting(basicSetting);</w:t>
        <w:br/>
        <w:t xml:space="preserve">            //主要观看条件 验证码观看</w:t>
        <w:br/>
        <w:t xml:space="preserve">            LiveChannelInitV2Request.MasterAuthSetting masterAuthSetting =</w:t>
        <w:br/>
        <w:t xml:space="preserve">                    new LiveChannelInitV2Request.MasterAuthSetting().setAuthType(</w:t>
        <w:br/>
        <w:t xml:space="preserve">                            LiveConstant.AuthType.CODE.getDesc())</w:t>
        <w:br/>
        <w:t xml:space="preserve">                    .setEnabled("Y")</w:t>
        <w:br/>
        <w:t xml:space="preserve">                    .setAuthCode("123456")</w:t>
        <w:br/>
        <w:t xml:space="preserve">                    .setQCodeTips("提示文案")</w:t>
        <w:br/>
        <w:t xml:space="preserve">                    .setQCodeImg("https://live.polyv.net/static/images/live-header-logo.png");</w:t>
        <w:br/>
        <w:t xml:space="preserve">            liveChannelInitV2Request.setMasterAuthSetting(masterAuthSetting);</w:t>
        <w:br/>
        <w:t xml:space="preserve">            //回放设置</w:t>
        <w:br/>
        <w:t xml:space="preserve">            LiveChannelInitV2Request.PlaybackSetting playbackSetting = new LiveChannelInitV2Request.PlaybackSetting();</w:t>
        <w:br/>
        <w:t xml:space="preserve">            playbackSetting.setPlaybackEnabled("N");</w:t>
        <w:br/>
        <w:t xml:space="preserve">            liveChannelInitV2Request.setPlaybackSetting(playbackSetting);</w:t>
        <w:br/>
        <w:t xml:space="preserve">            //设置角色</w:t>
        <w:br/>
        <w:t xml:space="preserve">            LiveChannelInitV2Request.Roles assistantRole = new LiveChannelInitV2Request.Roles();</w:t>
        <w:br/>
        <w:t xml:space="preserve">            assistantRole.setNickName("孙助教").setActor("助教").setPasswd(getRandomString(6)).setRole("Assistant");</w:t>
        <w:br/>
        <w:t xml:space="preserve">            LiveChannelInitV2Request.Roles guestRole = new LiveChannelInitV2Request.Roles();</w:t>
        <w:br/>
        <w:t xml:space="preserve">            guestRole.setNickName("赵嘉宾").setActor("嘉宾").setPasswd(getRandomString(6)).setRole("Guest");</w:t>
        <w:br/>
        <w:t xml:space="preserve">            List&lt;LiveChannelInitV2Request.Roles&gt; roles = new ArrayList&lt;&gt;();</w:t>
        <w:br/>
        <w:t xml:space="preserve">            roles.add(assistantRole);</w:t>
        <w:br/>
        <w:t xml:space="preserve">            roles.add(guestRole);</w:t>
        <w:br/>
        <w:t xml:space="preserve">            liveChannelInitV2Request.setRoles(roles);</w:t>
        <w:br/>
        <w:t xml:space="preserve">            liveChannelInitV2Response = new LiveChannelOperateServiceImpl().createChannelInitV2(</w:t>
        <w:br/>
        <w:t xml:space="preserve">                    liveChannelInitV2Request);</w:t>
        <w:br/>
        <w:t xml:space="preserve">            Assert.assertNotNull(liveChannelInitV2Response);</w:t>
        <w:br/>
        <w:t xml:space="preserve">            if (liveChannelInitV2Response != null) {</w:t>
        <w:br/>
        <w:t xml:space="preserve">                //to do something ......</w:t>
        <w:br/>
        <w:t xml:space="preserve">                log.debug("测试创建并初始化频道(新版后台)成功 {}", JSON.toJSONString(liveChannelInitV2Response));</w:t>
        <w:br/>
        <w:t xml:space="preserve">                //TODO 此处创建完成后删除了频道，正式使用需删除该语句</w:t>
        <w:br/>
        <w:t xml:space="preserve">                super.tryDeleteChannel(liveChannelInitV2Response.getChannelId());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1、请求正确，返回LiveChannelInitV2Response对象，B端依据此对象处理业务逻辑；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频道基础信息【详见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masterAuthSetting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MasterAuthSetting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主要观看条件，不传该字段，将按照默认模板设值。【详见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MasterAuthSetting参数描述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回放设置，不传该字段，将按照默认模板设值。【详见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PlaybackSetting参数描述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角色设置，包括讲师、助教、嘉宾。 不传该字段，将按照默认模板设置角色信息。 传入该字段，不设置讲师，将按照默认模板设置讲师信息。 传入该字段，不设置助教、嘉宾将不创建。最多设置10个角色【详见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Roles参数描述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(topclass-大班课 、 double-双师课（该场景需开通） 、 train-企业培训 、 seminar-研讨会 、 alone-活动营销)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(ppt-三分屏(横屏) 、 portrait_ppt-三分屏(竖屏) 、 alone-纯视频(横屏) 、portrait_alone-纯视频(竖屏) 、 topclass-纯视频-极速(横屏) 、 portrait_topclass-纯视频-极速(竖屏) 、 seminar-研讨会) 直播场景为topclass时，该字段支持ppt、portrait_ppt、alone、portrait_alone、topclass、portrait_topclass 直播场景为train或alone时，该字段支持ppt、portrait_ppt、alone、portrait_alone 直播场景为double时，该字段支持ppt、alone 直播场景为seminar时，该字段支持seminar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讲师登录密码，直播场景不是研讨会时有效，长度6-16位，不传则由系统随机生成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研讨会主持人密码，仅直播场景是研讨会时有效，长度6-16位，不传则由系统随机生成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研讨会参会人密码，仅直播场景是研讨会时有效，长度6-16位，不传则由系统随机生成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无延迟直播开关，Y：开启，N：关闭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 发起转播：transmit 接收转播：receive 普通频道：normal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doubleTeacherType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线上双师房间类型 transmit大房间、receive小房间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中英双语直播开关Y开、N关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连麦人数限制，最多16人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直播介绍，最多1024字符长度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直播logo图片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播放器封面图片，没有直播和回放的时候显示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子账号邮箱，填写时频道会创建在该子账号下（子账号不能被删除或者禁用），暂无法通过接口获取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watchLangType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观看页语言(zh_CN:中文/en:英文 /ja:日文 /ko:韩文 /zh_TW:繁体中文 /follow_browser:跟随浏览器)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allowSwitchLangEnabled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允许观众切换语言开关br/&gt;Y：允许N：不允许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MasterAuthSetting参数描述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 code：验证码观看 pay：付费观看 custom：自定义授权观看 external：外部授权观看 direct：独立授权观看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authType为code时，设置参数，必填。观看验证码，长度不超过8位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authType为code时，设置参数，非必填。欢迎标题，长度不超过20位，默认：欢迎观看本次直播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authType为code时，设置参数，非必填。验证码提示文案，长度不超过30位，默认：扫描二维码获得验证码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authType为code时，设置参数，非必填。二维码图片地址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当authType为pay时，设置参数，必填。欢迎语标题，长度不超过20位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当authType为pay时，设置参数，必填。价格，单位为元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当authType为pay时，设置参数，非必填。付费有效截止日期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当authType为pay时，设置参数，非必填。付费有效时长，单位天。当watchEndTime和validTimePeriod都为空时，表示付费永久有效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当authType为custom时，设置参数，必填。SecretKey，长度不超过10位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当authType为custom时，设置参数，必填。自定义url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当authType为external时，设置参数，必填。SecretKey，长度不超过10位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当authType为external时，设置参数，必填。自定义url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当authType为external时，设置参数，非必填。失败跳转地址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当authType为external时，设置参数，非必填。入口文本，默认为：登录观看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当authType为direct时，设置参数，必填。独立授权SecretKey，长度不超过10位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PlaybackSetting参数描述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sectionEnabled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回放设置，章节开关Y：开启N：关闭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回放方式single：单个回放list：列表回放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回放来源record：暂存playback：回放列表注：type为single时，该值只能为record；type为list时，该值只能为playback或vod；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Roles参数描述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 Teacher：讲师 Assistant：助教 Guest：嘉宾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角色密码，密码长度6-16位，必须包含数字和英文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角色头像图片地址，需包含协议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讲师登录密码，非研讨会场景使用，长度6-16位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研讨会主持人密码，仅直播场景是研讨会时返回，长度6-16位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研讨会参会人密码，仅直播场景是研讨会时返回，长度6-16位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 (topclass-大班课 、 double-双师课（该场景需开通） 、 train-企业培训 、 seminar-研讨会 、 alone-活动营销)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直播模板 (ppt-三分屏(横屏) 、 portrait_ppt-三分屏(竖屏) 、 alone-纯视频(横屏) 、portrait_alone-纯视频(竖屏) 、 topclass-纯视频-极速(横屏) 、 portrait_topclass-纯视频-极速(竖屏) 、 seminar-研讨会) 直播场景为topclass时，该字段支持ppt、portrait_ppt、alone、portrait_alone、topclass、portrait_topclass 直播场景为train或alone时，该字段支持ppt、portrait_ppt、alone、portrait_alone 直播场景为double时，该字段支持ppt、alone 直播场景为seminar时，该字段支持seminar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直播延迟 Y：无延时迟 N：普通延迟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 发起转播：transmit 接收转播：receive 普通频道：normal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4、创建MR频道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创建MR频道</w:t>
        <w:br/>
        <w:t>接口地址（仅做说明使用）：https://api.polyv.net/live/v4/channel/mr/create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testCreateMrChannel() throws IOException, NoSuchAlgorithmException {</w:t>
        <w:br/>
        <w:t xml:space="preserve">        LiveCreateMrChannelRequest liveCreateMrChannelRequest = new LiveCreateMrChannelRequest();</w:t>
        <w:br/>
        <w:t xml:space="preserve">        LiveCreateMrChannelResponse liveCreateMrChannelResponse;</w:t>
        <w:br/>
        <w:t xml:space="preserve">        try {</w:t>
        <w:br/>
        <w:t xml:space="preserve">            liveCreateMrChannelRequest.setName("SDK测试创建MR频道")</w:t>
        <w:br/>
        <w:t xml:space="preserve">                    .setStartTime(getXDay(new Date(), 10))</w:t>
        <w:br/>
        <w:t xml:space="preserve">                    .setChannelPasswd(getRandomString(16));</w:t>
        <w:br/>
        <w:t xml:space="preserve">            liveCreateMrChannelResponse = new LiveChannelOperateServiceImpl().createMrChannel(</w:t>
        <w:br/>
        <w:t xml:space="preserve">                    liveCreateMrChannelRequest);</w:t>
        <w:br/>
        <w:t xml:space="preserve">            Assert.assertNotNull(liveCreateMrChannelResponse);</w:t>
        <w:br/>
        <w:t xml:space="preserve">            if (liveCreateMrChannelResponse != null) {</w:t>
        <w:br/>
        <w:t xml:space="preserve">                //to do something ......</w:t>
        <w:br/>
        <w:t xml:space="preserve">                log.debug("测试创建MR频道成功 {}", JSON.toJSONString(liveCreateMrChannelResponse));</w:t>
        <w:br/>
        <w:t xml:space="preserve">                //TODO 此处创建完成后删除了频道，正式使用需删除该语句</w:t>
        <w:br/>
        <w:t xml:space="preserve">                super.tryDeleteChannel(liveCreateMrChannelResponse.getChannelId());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1、请求正确，返回LiveCreateMrChannelResponse对象，B端依据此对象处理业务逻辑；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开始时间，13位毫秒级时间戳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MR控制台密码，长度6-16位，不传则由系统随机生成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MR直播助理角色密码，长度6-16位，不传则由系统随机生成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子帐号邮箱，提交后，该频道帐号在后台拥有的权限会跟随该子帐号的频道权限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MR直播-控制台登录密码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MR直播-直播助理账号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assistantPasswd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MR直播-直播助理登录密码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5、查询频道信息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查询频道信息</w:t>
        <w:br/>
        <w:t>接口地址（仅做说明使用）：https://api.polyv.net/live/v2/channels/%s/get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testGetChannelInfo() throws Exception, NoSuchAlgorithmException {</w:t>
        <w:br/>
        <w:t xml:space="preserve">        LiveChannelInfoRequest liveChannelInfoRequest = new LiveChannelInfoRequest();</w:t>
        <w:br/>
        <w:t xml:space="preserve">        LiveChannelInfoResponse liveChannelInfoResponse;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liveChannelInfoRequest.setChannelId(channelId);</w:t>
        <w:br/>
        <w:t xml:space="preserve">            liveChannelInfoResponse = new LiveChannelOperateServiceImpl().getChannelInfo(liveChannelInfoRequest);</w:t>
        <w:br/>
        <w:t xml:space="preserve">            Assert.assertNotNull(liveChannelInfoResponse);</w:t>
        <w:br/>
        <w:t xml:space="preserve">            if (liveChannelInfoResponse != null) {</w:t>
        <w:br/>
        <w:t xml:space="preserve">                //to do something ......</w:t>
        <w:br/>
        <w:t xml:space="preserve">                log.debug("查询频道信息成功{}", JSON.toJSONString(liveChannelInfoResponse));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description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直播频道描述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直播推流地址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直播流名称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播放器logo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Logo不透明度， 取值【0-1】, 1表示完全不透明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Logo位置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Logo的跳转链接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播放前显示的封面图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封面图的跳转链接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等待推流时的显示图片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waitHref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等待推流时显示图片的跳转链接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切断流时的显示图片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cutoffHref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切断流时显示图片的跳转链接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advertDuration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广告时长，单位：秒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advertWidth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广告区域宽度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advertHeight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广告区域高度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advertHref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广告的跳转链接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advertFlvUrl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视频广告链接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playerColor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播放器控制栏颜色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autoPlay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自动播放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warmUpFlv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一开始的暖场视频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passwdRestrict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观看密码限制，需要输入观看密码才能播放流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passwdEncrypted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观看密码加密后的密文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isOnlyAudio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仅推音频流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isLowLatency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低延迟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直播拉流（播放）m3u8地址1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直播拉流（播放）m3u8地址2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m3u8Url3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直播拉流（播放）m3u8地址3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currentTimeMillis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服务器返回的时间戳（毫秒）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channelLogoImage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频道的图标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主持人姓名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直播场景：alone 活动直播, topclass 大班课, ppt 三分屏, seminar：研讨会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所属分类名称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channelViewerPasswd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参与者密码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client：客户端推流，pull：拉流，thirdpull：第三方拉流，disk：硬盘推流，audio：音频直播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无延迟直播开关，Y：开启，N：关闭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transmit：发起转播，normal：普通的频道，receive：接收转播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cnAndEnLiveEnabled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中英文直播间开关，Y：开启，N：关闭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pushEnUrl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英文推流地址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closeDanmu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N：没有关闭弹幕，Y：关闭弹幕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-1：使用账号连麦人数，0-16：代表连麦人数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6、查询频道基本信息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查询频道基本信息，观看页状态与新版后台一致</w:t>
        <w:br/>
        <w:t>接口地址（仅做说明使用）：https://api.polyv.net/live/v4/channel/basic/get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testGetChannelDetail() throws IOException, NoSuchAlgorithmException {</w:t>
        <w:br/>
        <w:t xml:space="preserve">        LiveChannelBasicInfoV2Request liveChannelBasicInfoV2Request = new LiveChannelBasicInfoV2Request();</w:t>
        <w:br/>
        <w:t xml:space="preserve">        LiveChannelBasicInfoV2Response liveChannelBasicInfoV2Response;</w:t>
        <w:br/>
        <w:t xml:space="preserve">        try {</w:t>
        <w:br/>
        <w:t xml:space="preserve">            String channelId = super.createChannel();</w:t>
        <w:br/>
        <w:t xml:space="preserve">            liveChannelBasicInfoV2Request.setChannelId(channelId);</w:t>
        <w:br/>
        <w:t xml:space="preserve">            liveChannelBasicInfoV2Response = new LiveChannelOperateServiceImpl().getChannelDetail(</w:t>
        <w:br/>
        <w:t xml:space="preserve">                    liveChannelBasicInfoV2Request);</w:t>
        <w:br/>
        <w:t xml:space="preserve">            Assert.assertNotNull(liveChannelBasicInfoV2Response);</w:t>
        <w:br/>
        <w:t xml:space="preserve">            if (liveChannelBasicInfoV2Response != null) {</w:t>
        <w:br/>
        <w:t xml:space="preserve">                //to do something ......</w:t>
        <w:br/>
        <w:t xml:space="preserve">                log.debug("测试查询频道信息成功 {}", JSON.toJSONString(liveChannelBasicInfoV2Response));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1、请求正确，返回LiveChannelBasicInfoV2Response对象，B端依据此对象处理业务逻辑；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直播场景：alone 活动拍摄；ppt 三分屏；topclass 大班课；seminar：研讨会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newScene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新版后台直播场景，若未定义则取sceneundefined：未定义topclass：大班课double：双师课（需开通权限）train：企业培训seminar：研讨会alone：活动营销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新版后台直播模板，若老版频道，该字段为未定义undefined：未定义ppt：文档+视频alone：纯视频(专业) topclass：纯视频(极速)seminar：研讨会portrait_ppt：文档+视频(竖屏)portrait_alone：视频(竖屏)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直播开始时间，关闭时为null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页面累计观看数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观看页点赞数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引导页开关（取值为Y/N）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咨询提问开关（取值为Y/N）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限制最大在线观看人数开关（取值为Y/N）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最大在线观看人数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 live：直播中 playback：回放中 end：已结束 waiting：等待中 unStart：未开始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watchStatusText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观看页状态描述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UserCategory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频道所属分类的信息【详见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UserCategory参数描述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直播观看条件列表【详见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频道连麦人数限制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createdAccountId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创建者账号id，为主账号创建时，返回主账号userId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createdAccountEmail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创建者账号邮箱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clientAloneTemplateBackgroundUrl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客户端模版背景图URL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liveCdnBackgroundUrl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视频混流背景图URL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UserCategory参数描述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分类的排序值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用于实现一个频道设置两个观看条件，为1或2（1为主要条件，2为次要条件）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是否开启全局设置（Y/N）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是否开启观看条件(Y/N)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观看条件类型(1. 无限制 none 2. 验证码观看 code 3. 付费观看 pay 4. 白名单观看 phone 5. 登记观看 info 6. 分享观看 wxshare 7. 自定义授权观看 custom 8. 外部授权观看 external)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付费观看提示信息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验证码观看方式的验证码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验证码观看方式的二维码提示【对应api文档的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qcodeTips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验证码观看方式的二维码图片【对应api文档的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qcodeImg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付费观看的价格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付费观看，截止时间，为null表示：一次付费，永久有效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付费观看的截止时长（天）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外部授权观看的接口地址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外部授权观看，用户直接访问观看页时的跳转地址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独立授权key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试看开关，Y:开启试看，N:关闭试看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试看时间，单位为分钟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trialWatchEndTime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试看截止日期，为null 表示对该频道永久有效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白名单输入提示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白名单入口文案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登记观看描述字段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自定义讲师ID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7、查询授权和连麦的token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查询授权和连麦的token</w:t>
        <w:br/>
        <w:t>接口地址（仅做说明使用）：https://api.polyv.net/live/v3/channel/common/get-chat-token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testGetChannelAuthToken() throws Exception, NoSuchAlgorithmException {</w:t>
        <w:br/>
        <w:t xml:space="preserve">        LiveChannelAuthTokenRequest liveChannelAuthTokenRequest = new LiveChannelAuthTokenRequest();</w:t>
        <w:br/>
        <w:t xml:space="preserve">        LiveChannelAuthTokenResponse liveChannelAuthTokenResponse;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liveChannelAuthTokenRequest.setUserId(getRandomString(32))</w:t>
        <w:br/>
        <w:t xml:space="preserve">                    .setChannelId(channelId)</w:t>
        <w:br/>
        <w:t xml:space="preserve">                    .setRole(LiveConstant.Role.ADMIN.getDesc())</w:t>
        <w:br/>
        <w:t xml:space="preserve">                    .setOrigin(null);</w:t>
        <w:br/>
        <w:t xml:space="preserve">            liveChannelAuthTokenResponse = new LiveChannelOperateServiceImpl().getChannelAuthToken(</w:t>
        <w:br/>
        <w:t xml:space="preserve">                    liveChannelAuthTokenRequest);</w:t>
        <w:br/>
        <w:t xml:space="preserve">            Assert.assertNotNull(liveChannelAuthTokenResponse);</w:t>
        <w:br/>
        <w:t xml:space="preserve">            if (liveChannelAuthTokenResponse != null) {</w:t>
        <w:br/>
        <w:t xml:space="preserve">                //to do something ......</w:t>
        <w:br/>
        <w:t xml:space="preserve">                log.debug("查询授权和连麦的token成功{}", JSON.toJSONString(liveChannelAuthTokenResponse));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1、请求正确，返回LiveChannelAuthTokenResponse对象，B端依据此对象处理业务逻辑；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C端观众ID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角色，值有：teacher admin guest assistant viewer等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观看来源,可以有web,client,app等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链接接口需要的token值，有效期6小时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mediaChannelKey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连麦需要的key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8、修改频道的相关设置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修改频道的相关设置</w:t>
        <w:br/>
        <w:t>接口地址（仅做说明使用）：https://api.polyv.net/live/v3/channel/basic/update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testUpdateChannelSetting() throws Exception, NoSuchAlgorithmException {</w:t>
        <w:br/>
        <w:t xml:space="preserve">        LiveChannelSettingRequest liveChannelSettingRequest = new LiveChannelSettingRequest();</w:t>
        <w:br/>
        <w:t xml:space="preserve">        Boolean liveChannelSettingResponse;</w:t>
        <w:br/>
        <w:t xml:space="preserve">        try {</w:t>
        <w:br/>
        <w:t xml:space="preserve">            //准备测试数据</w:t>
        <w:br/>
        <w:t xml:space="preserve">            String channelId = getAloneChannelId();</w:t>
        <w:br/>
        <w:t xml:space="preserve">            LiveChannelSettingRequest.BasicSetting basicSetting = new LiveChannelSettingRequest.BasicSetting().setName(</w:t>
        <w:br/>
        <w:t xml:space="preserve">                    "Junit测试(勿删)888")</w:t>
        <w:br/>
        <w:t xml:space="preserve">                    .setChannelPasswd(getRandomString(7))</w:t>
        <w:br/>
        <w:t xml:space="preserve">                    .setCategoryId(340019)</w:t>
        <w:br/>
        <w:t xml:space="preserve">                    .setMaxViewer(0)</w:t>
        <w:br/>
        <w:t xml:space="preserve">                    .setPageView(1000)</w:t>
        <w:br/>
        <w:t xml:space="preserve">                    .setLikes(2000)</w:t>
        <w:br/>
        <w:t xml:space="preserve">                    .setCoverImg("https://www.polyv.net/")</w:t>
        <w:br/>
        <w:t xml:space="preserve">                    .setStartTime(0l)</w:t>
        <w:br/>
        <w:t xml:space="preserve">                    .setDesc("这是一个描述")</w:t>
        <w:br/>
        <w:t xml:space="preserve">                    .setPublisher("sadboy主讲")</w:t>
        <w:br/>
        <w:t xml:space="preserve">                    .setLinkMicLimit(-1)</w:t>
        <w:br/>
        <w:t xml:space="preserve">                    .setReceiveChannelIds(null);</w:t>
        <w:br/>
        <w:t xml:space="preserve">            LiveChannelSettingRequest.AuthSetting authSetting = new LiveChannelSettingRequest.AuthSetting().setAuthType(</w:t>
        <w:br/>
        <w:t xml:space="preserve">                    LiveConstant.AuthType.CODE.getDesc())</w:t>
        <w:br/>
        <w:t xml:space="preserve">                    .setRank(1)</w:t>
        <w:br/>
        <w:t xml:space="preserve">                    .setEnabled("Y")</w:t>
        <w:br/>
        <w:t xml:space="preserve">                    .setAuthCode("123456")</w:t>
        <w:br/>
        <w:t xml:space="preserve">                    .setQcodeTips("提示文案")</w:t>
        <w:br/>
        <w:t xml:space="preserve">                    .setQcodeImg("https://live.polyv.net/static/images/live-header-logo.png");</w:t>
        <w:br/>
        <w:t xml:space="preserve">            List&lt;LiveChannelSettingRequest.AuthSetting&gt; authSettings =</w:t>
        <w:br/>
        <w:t xml:space="preserve">                    new ArrayList&lt;LiveChannelSettingRequest.AuthSetting&gt;();</w:t>
        <w:br/>
        <w:t xml:space="preserve">            authSettings.add(authSetting);</w:t>
        <w:br/>
        <w:t xml:space="preserve">            liveChannelSettingRequest.setChannelId(channelId)</w:t>
        <w:br/>
        <w:t xml:space="preserve">                    .setBasicSetting(basicSetting)</w:t>
        <w:br/>
        <w:t xml:space="preserve">                    .setAuthSettings(authSettings);</w:t>
        <w:br/>
        <w:t xml:space="preserve">            liveChannelSettingResponse = new LiveChannelOperateServiceImpl().updateChannelSetting(</w:t>
        <w:br/>
        <w:t xml:space="preserve">                    liveChannelSettingRequest);</w:t>
        <w:br/>
        <w:t xml:space="preserve">            Assert.assertTrue(liveChannelSettingResponse);</w:t>
        <w:br/>
        <w:t xml:space="preserve">            if (liveChannelSettingResponse) {</w:t>
        <w:br/>
        <w:t xml:space="preserve">                //to do something ......</w:t>
        <w:br/>
        <w:t xml:space="preserve">                log.debug("测试修改频道的相关设置成功");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需要设置频道详情的频道号，例如：1938028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BasicSetting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BasicSetting参数描述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authSettings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观看条件设置【详见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AuthSetting参数描述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BasicSetting参数描述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频道密码,长度不能超过16位,必须同时包含字母和数字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直播开始时间，13位时间戳，设置为0 表示关闭直播开始时间显示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pageView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累积观看数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封面图片地址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引导页开关(Y、N)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直播介绍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consultingMenuEnabled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咨询提问开关(Y、N)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maxViewerRestrict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是否限制最大观看人数(Y、N)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最大在线人数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频道的所属分类（分类ID可通过“获取直播分类”接口得到）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-1&lt;=连麦人数&lt;=账号的连麦人数，-1：使用账号的连麦人数，最大16人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是否增加转播关联，Y：表示增加关联，N：表示取消关联 (注：需要开启频道转播功能该参数才生效)(Y、N)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接收转播频道号，多个频道号用半角逗号,隔开(注：需要开启频道转播功能该参数才生效)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closeBarrage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是否关闭弹幕功能的开关，N：表示不关闭，Y：表示关闭；【对应api文档的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closeDanmu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showBarrageInfoEnabled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默认是否显示弹幕信息开关，Y：表示显示，N：表示不显示；【对应api文档的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showDanmuInfoEnabled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是否开启无延时直播开关，为空时不对字段进行修改，直播中不能对该字段进行修改，Y：表示是，N：表示否；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customTeacherId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自定义讲师ID，32个以内ASCII码可见字符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labelData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标签id数组，传null不修改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AuthSetting参数描述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通用参数：主要观看条件为1，次要观看条件为2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通用参数：是否开启，Y为开启，N为关闭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通用参数：付费观看-pay，验证码观看-code，白名单观看-phone，登记观看-info，自定义授权观看-custom，外部授权-external,直接授权-direct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authType为none时对应的值，public-公开观看，wx-微信授权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wxAuthExpireValue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subAuthType为wx时，对应的微信授权有效期，例如: 3d表示3天，3h表示3小时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付费观看参数：欢迎语标题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price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付费观看参数：价格，单位为元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付费观看参数：付费有效截止日期。当watchEndTime和validTimePeriod都为空时，表示付费永久有效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validTimePeriod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付费观看参数：付费有效时长，单位天。当watchEndTime和validTimePeriod都为空时，表示付费永久有效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验证码观看参数：验证码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qcodeImg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验证码观看参数：公众号二维码地址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当authType为phone时，设置参数，非必填。提示文案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当authType为phone时，设置参数，非必填。白名单入口文案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whiteListInputTips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当authType为phone时，设置参数，非必填。白名单输入提示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infoFields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登记观看参数,上限为5个【详见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InfoField参数描述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当authType为info时，设置参数，非必填。欢迎标题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当authType为info时，设置参数，非必填。提示信息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infoEntryText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当authType为info时，设置参数，非必填。入口文本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externalRedirectUri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外部授权参数：跳转地址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externalButtonEnabled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外部授权观看，登录按钮。Y为开启，N为关闭。开启后用户访问链接时，引导页面将显示登录按钮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customUri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自定义授权参数：自定义url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directKey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直接授权参数：直接授权SecretKey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codeAuthTips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密码观看条件提示信息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密码观看入口文本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payEntryText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付费入口文本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expectedArrivalEnabled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白名单观看到勤名单开关，Y-开, N-关，默认为N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onceWhitelistEnabled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白名单观看不允许重复使用，默认为N，Y:是、N:否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是否开启隐私声明，Y-开, N-关，默认为N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privacyContent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隐私声明内容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inviteWatchAuditEnabled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邀请观看审核开关，Y-开, N-关，默认为N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InfoField参数描述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登记信息名，最多为8字符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登记类型，姓名-name，文本-text，手机号码-mobile，数字-number，下拉选项-option，登记观看时该字段必填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options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下拉选项时，下拉的选项值，以英文逗号分割。选项个数上限为8个；选项内容最多为8字符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placeholder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文本框输入提示，最多为8字符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sms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短信验证开关，Y 开启，N 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9、修改频道设置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修改频道设置</w:t>
        <w:br/>
        <w:t>接口地址（仅做说明使用）：https://api.polyv.net/live/v4/channel/update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testUpdateChannel() throws IOException, NoSuchAlgorithmException {</w:t>
        <w:br/>
        <w:t xml:space="preserve">        LiveUpdateChannelRequest liveUpdateChannelRequest = new LiveUpdateChannelRequest();</w:t>
        <w:br/>
        <w:t xml:space="preserve">        Boolean liveUpdateChannelResponse;</w:t>
        <w:br/>
        <w:t xml:space="preserve">        try {</w:t>
        <w:br/>
        <w:t xml:space="preserve">            String channelId = super.createChannel();</w:t>
        <w:br/>
        <w:t xml:space="preserve">            liveUpdateChannelRequest.setChannelId(channelId)</w:t>
        <w:br/>
        <w:t xml:space="preserve">                    .setPassword(getRandomString(8))</w:t>
        <w:br/>
        <w:t xml:space="preserve">                    .setPublisher("主持人sadboy");</w:t>
        <w:br/>
        <w:t xml:space="preserve">            liveUpdateChannelResponse = new LiveChannelOperateServiceImpl().updateChannel(liveUpdateChannelRequest);</w:t>
        <w:br/>
        <w:t xml:space="preserve">            Assert.assertTrue(liveUpdateChannelResponse);</w:t>
        <w:br/>
        <w:t xml:space="preserve">            if (liveUpdateChannelResponse) {</w:t>
        <w:br/>
        <w:t xml:space="preserve">                //to do something ......</w:t>
        <w:br/>
        <w:t xml:space="preserve">                log.debug("测试修改频道设置成功");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直播名称，最大长度100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密码，长度6-16位，需同时包含数字与字母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seminarHostPassword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主持人密码，频道场景为研讨会有效，长度6-16位，需同时包含数字与字母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seminarAttendeePassword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参会人密码，频道场景为研讨会有效，长度6-16位，需同时包含数字与字母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主持人，最大长度100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template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直播观看模板 三分屏-横屏：ppt 三分屏-竖屏：portrait_ppt 纯视频-横屏：alone 纯视频-竖屏：portrait_alone 纯视频-极速-横屏：topclass 纯视频-极速-竖屏：portrait_topclass 旧版后台频道（场景为未定义 newScene：undefined）不支持修改 研讨会（seminar）场景不支持修改 场景为三分屏（scene：ppt）可修改值：ppt、portrait_ppt 场景为纯视频（scene：alone）可修改值：alone、portrait_alone 场景为大班课（scene：topclass）可修改值：topclass、portrait_topclass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pureRtcEnabled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无延时直播开关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连麦人数，范围：0-16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最大同时在线人数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直播开始时间，需大于当前时间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直播结束时间，需大于直播开始时间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引导页图片地址，非保利威域名下的图片需先调用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上传图片资源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上传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修改频道设置返回实体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10、设置频道详情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设置频道详情</w:t>
        <w:br/>
        <w:t>接口地址（仅做说明使用）：https://api.polyv.net/live/v3/channel/detail/update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testUpdateChannelDetail() throws Exception, NoSuchAlgorithmException {</w:t>
        <w:br/>
        <w:t xml:space="preserve">        LiveChannelDetailRequest liveChannelDetailRequest = new LiveChannelDetailRequest();</w:t>
        <w:br/>
        <w:t xml:space="preserve">        Boolean liveChannelDetailResponse;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String newPassword = getRandomString(16);</w:t>
        <w:br/>
        <w:t xml:space="preserve">            liveChannelDetailRequest.setChannelId(channelId).setField("channelPasswd").setValue(newPassword);</w:t>
        <w:br/>
        <w:t xml:space="preserve">            liveChannelDetailResponse = new LiveChannelOperateServiceImpl().updateChannelDetail(</w:t>
        <w:br/>
        <w:t xml:space="preserve">                    liveChannelDetailRequest);</w:t>
        <w:br/>
        <w:t xml:space="preserve">            Assert.assertNotNull(liveChannelDetailResponse);</w:t>
        <w:br/>
        <w:t xml:space="preserve">            if (liveChannelDetailResponse) {</w:t>
        <w:br/>
        <w:t xml:space="preserve">                //to do something ......</w:t>
        <w:br/>
        <w:t xml:space="preserve">                log.debug("频道{}修改密码为{}成功", channelId, newPassword);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需要设置频道详情的频道号，例如：1938028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要更新的字段名称：channelPasswd-频道密码；maxViewer-最大同时观看人数；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更新的字段值，除设置无限制最大观看人数时可不提交，其他情况都为必填；field字段为channelPasswd时，value长度为1-16位，必填，必须同时带英文和数字；field字段为maxViewer时，value取值为(0-2147483647),其中0和不传为不限制同时观看人数，非必填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11、设置频道密码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设置频道密码</w:t>
        <w:br/>
        <w:t>接口地址（仅做说明使用）：https://api.polyv.net/live/v2/channels/%s/passwdSetting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testUpdateChannelPassword() throws Exception, NoSuchAlgorithmException {</w:t>
        <w:br/>
        <w:t xml:space="preserve">        LiveChannelPasswordSettingRequest liveChannelPasswordSettingRequest = new LiveChannelPasswordSettingRequest();</w:t>
        <w:br/>
        <w:t xml:space="preserve">        Boolean liveChannelPasswordSettingResponse;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liveChannelPasswordSettingRequest.setChannelId(channelId).setPasswd(getRandomString(6));</w:t>
        <w:br/>
        <w:t xml:space="preserve">            liveChannelPasswordSettingResponse = new LiveChannelOperateServiceImpl().updateChannelPassword(</w:t>
        <w:br/>
        <w:t xml:space="preserve">                    liveChannelPasswordSettingRequest);</w:t>
        <w:br/>
        <w:t xml:space="preserve">            Assert.assertNotNull(liveChannelPasswordSettingResponse);</w:t>
        <w:br/>
        <w:t xml:space="preserve">            if (liveChannelPasswordSettingResponse) {</w:t>
        <w:br/>
        <w:t xml:space="preserve">                //to do something ......</w:t>
        <w:br/>
        <w:t xml:space="preserve">                log.debug("设置频道密码成功");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频道号，请留意，如果该参数为空，会对该用户所有的频道进行修改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修改的密码,必须同时包含字母和数字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true为设置密码成功，false为设置失败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12、设置频道单点登录token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设置频道单点登录token</w:t>
        <w:br/>
        <w:t>接口地址（仅做说明使用）：https://api.polyv.net/live/v2/channels/%s/set-token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testCreateChannelToken() throws Exception, NoSuchAlgorithmException {</w:t>
        <w:br/>
        <w:t xml:space="preserve">        LiveCreateChannelTokenRequest liveCreateChannelTokenRequest = new LiveCreateChannelTokenRequest();</w:t>
        <w:br/>
        <w:t xml:space="preserve">        Boolean liveCreateChannelTokenResponse;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liveCreateChannelTokenRequest.setChannelId(channelId).setToken(LiveSignUtil.generateUUID());</w:t>
        <w:br/>
        <w:t xml:space="preserve">            liveCreateChannelTokenResponse = new LiveChannelOperateServiceImpl().createChannelToken(</w:t>
        <w:br/>
        <w:t xml:space="preserve">                    liveCreateChannelTokenRequest);</w:t>
        <w:br/>
        <w:t xml:space="preserve">            Assert.assertNotNull(liveCreateChannelTokenResponse);</w:t>
        <w:br/>
        <w:t xml:space="preserve">            if (liveCreateChannelTokenResponse) {</w:t>
        <w:br/>
        <w:t xml:space="preserve">                //to do something ......</w:t>
        <w:br/>
        <w:t xml:space="preserve">                log.debug("设置频道单点登录token成功");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true为设置token成功，false为设置失败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13、删除直播频道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删除直播频道</w:t>
        <w:br/>
        <w:t>接口地址（仅做说明使用）：https://api.polyv.net/live/v2/channels/%s/delete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testDeleteChannel() throws Exception, NoSuchAlgorithmException {</w:t>
        <w:br/>
        <w:t xml:space="preserve">        LiveDeleteChannelRequest liveDeleteChannelRequest = new LiveDeleteChannelRequest();</w:t>
        <w:br/>
        <w:t xml:space="preserve">        Boolean liveDeleteChannelResponse;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liveDeleteChannelRequest.setChannelId(channelId);</w:t>
        <w:br/>
        <w:t xml:space="preserve">            liveDeleteChannelResponse = new LiveChannelOperateServiceImpl().deleteChannel(liveDeleteChannelRequest);</w:t>
        <w:br/>
        <w:t xml:space="preserve">            Assert.assertNotNull(liveDeleteChannelResponse);</w:t>
        <w:br/>
        <w:t xml:space="preserve">            if (liveDeleteChannelResponse) {</w:t>
        <w:br/>
        <w:t xml:space="preserve">                //to do something ......</w:t>
        <w:br/>
        <w:t xml:space="preserve">                log.debug("删除直播频道成功");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14、批量删除频道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批量删除频道</w:t>
        <w:br/>
        <w:t>接口地址（仅做说明使用）：https://api.polyv.net/live/v3/channel/basic/batch-delete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testDeleteChannelList() throws Exception, NoSuchAlgorithmException {</w:t>
        <w:br/>
        <w:t xml:space="preserve">        LiveDeleteChannelListRequest liveDeleteChannelListRequest = new LiveDeleteChannelListRequest();</w:t>
        <w:br/>
        <w:t xml:space="preserve">        Boolean liveDeleteChannelListResponse;</w:t>
        <w:br/>
        <w:t xml:space="preserve">        try {</w:t>
        <w:br/>
        <w:t xml:space="preserve">            //准备测试数据</w:t>
        <w:br/>
        <w:t xml:space="preserve">            String[] channelIds = new String[]{super.createChannel(), super.createChannel(), super.createChannel()};</w:t>
        <w:br/>
        <w:t xml:space="preserve">            liveDeleteChannelListRequest.setChannelIds(channelIds);</w:t>
        <w:br/>
        <w:t xml:space="preserve">            liveDeleteChannelListResponse = new LiveChannelOperateServiceImpl().deleteChannelList(</w:t>
        <w:br/>
        <w:t xml:space="preserve">                    liveDeleteChannelListRequest);</w:t>
        <w:br/>
        <w:t xml:space="preserve">            Assert.assertNotNull(liveDeleteChannelListResponse);</w:t>
        <w:br/>
        <w:t xml:space="preserve">            if (liveDeleteChannelListResponse) {</w:t>
        <w:br/>
        <w:t xml:space="preserve">                //to do something ......</w:t>
        <w:br/>
        <w:t xml:space="preserve">                log.debug("批量删除频道成功");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String[]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频道号列表，每次最多删除100个频道，必须放在请求体中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true为批量删除成功，false为批量删除失败，不存在部分成功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15、创建角色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创建频道的助教或嘉宾角色</w:t>
        <w:br/>
        <w:t>接口地址（仅做说明使用）：https://api.polyv.net/live/v4/channel/account/create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testCreateAccount() throws Exception {</w:t>
        <w:br/>
        <w:t xml:space="preserve">        LiveCreateAccountRequest liveCreateAccountRequest = new LiveCreateAccountRequest();</w:t>
        <w:br/>
        <w:t xml:space="preserve">        LiveCreateAccountResponse liveCreateAccountResponse;</w:t>
        <w:br/>
        <w:t xml:space="preserve">        try {</w:t>
        <w:br/>
        <w:t xml:space="preserve">            String channelId = super.createChannel();</w:t>
        <w:br/>
        <w:t xml:space="preserve">            liveCreateAccountRequest.setChannelId(channelId)</w:t>
        <w:br/>
        <w:t xml:space="preserve">                    .setRole("Assistant")</w:t>
        <w:br/>
        <w:t xml:space="preserve">                    .setActor("助教boy")</w:t>
        <w:br/>
        <w:t xml:space="preserve">                    .setNickName("王助教")</w:t>
        <w:br/>
        <w:t xml:space="preserve">                    .setPasswd(super.getRandomString(6))</w:t>
        <w:br/>
        <w:t xml:space="preserve">                    .setPurviewList(Arrays.asList(new LiveCreateAccountRequest.Purview().setCode(</w:t>
        <w:br/>
        <w:t xml:space="preserve">                                    LiveConstant.RolePurview.CHAT_LIST_ENABLED.getCode())</w:t>
        <w:br/>
        <w:t xml:space="preserve">                            .setEnabled(LiveConstant.Flag.YES.getFlag())));</w:t>
        <w:br/>
        <w:t xml:space="preserve">            liveCreateAccountResponse = new LiveChannelOperateServiceImpl().createAccount(liveCreateAccountRequest);</w:t>
        <w:br/>
        <w:t xml:space="preserve">            Assert.assertNotNull(liveCreateAccountResponse);</w:t>
        <w:br/>
        <w:t xml:space="preserve">            if (liveCreateAccountResponse != null) {</w:t>
        <w:br/>
        <w:t xml:space="preserve">                //to do something ......</w:t>
        <w:br/>
        <w:t xml:space="preserve">                log.debug("测试创建角色成功 {}", JSON.toJSONString(liveCreateAccountResponse));</w:t>
        <w:br/>
        <w:t xml:space="preserve">                //TODO 此处创建完成后删除了角色，正式使用需删除该语句</w:t>
        <w:br/>
        <w:t xml:space="preserve">                super.deleteSonChannel(liveCreateAccountResponse.getAccount());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1、请求正确，返回LiveCreateAccountResponse对象，B端依据此对象处理业务逻辑；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 Assistant：助教 Guest：嘉宾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头衔，助教默认为助教，头衔长度必须1到10位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昵称，默认随机生成昵称，昵称长度必须1到15位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头像，默认初始头像（JPG、PNG格式图片），需要携带 http:// 或 https://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角色密码，默认随机生成密码，密码长度必须6到16位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purviewList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Purview参数描述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Purview参数描述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chatListEnabled：在线列表（仅支持助教）pageTurnEnabled：翻页（仅支持助教，且仅能设置一个助教有翻页权限）monitorEnabled：监播（仅支持助教，且仅能设置一个助教有监播权限）chatAuditEnabled：聊天审核（仅支持助教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 Y：开启 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角色流名，单独使用无效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 Assistant：助教 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监播权限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翻页权限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在线列表权限 Y：开启 N：关闭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16、查询角色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查询角色</w:t>
        <w:br/>
        <w:t>接口地址（仅做说明使用）：https://api.polyv.net/live/v2/channelAccount/%s/account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testGetSonChannelInfo() throws Exception, NoSuchAlgorithmException {</w:t>
        <w:br/>
        <w:t xml:space="preserve">        LiveSonChannelInfoRequest liveSonChannelInfoRequest = new LiveSonChannelInfoRequest();</w:t>
        <w:br/>
        <w:t xml:space="preserve">        LiveSonChannelInfoResponse liveSonChannelInfoResponse;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String sonChannelId = createSonChannel(channelId);</w:t>
        <w:br/>
        <w:t xml:space="preserve">            liveSonChannelInfoRequest.setAccount(sonChannelId).setChannelId(channelId);</w:t>
        <w:br/>
        <w:t xml:space="preserve">            liveSonChannelInfoResponse = new LiveChannelOperateServiceImpl().getSonChannelInfo(</w:t>
        <w:br/>
        <w:t xml:space="preserve">                    liveSonChannelInfoRequest);</w:t>
        <w:br/>
        <w:t xml:space="preserve">            Assert.assertNotNull(liveSonChannelInfoResponse);</w:t>
        <w:br/>
        <w:t xml:space="preserve">            if (liveSonChannelInfoResponse != null) {</w:t>
        <w:br/>
        <w:t xml:space="preserve">                //to do something ......</w:t>
        <w:br/>
        <w:t xml:space="preserve">                log.debug("测试查询角色信息成功{}", JSON.toJSONString(liveSonChannelInfoResponse));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1、请求正确，返回LiveSonChannelInfoResponse对象，B端依据此对象处理业务逻辑；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角色流名（单独使用无效）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频道中所有角色序号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助教翻页权限（只能一个角色有）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开启签到权限(Y/N)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发起投票(Y/N)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助教页在线列表显示开关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助教聊天审核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助教监播开关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roundTourEnabled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助教轮巡开关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watchLockEnabled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锁定直播间功能开关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子频道推流地址（子频道推流请参考后台导播台使用）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17、查询频道号下所有角色信息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查询频道号下所有角色信息</w:t>
        <w:br/>
        <w:t>接口地址（仅做说明使用）：https://api.polyv.net/live/v2/channelAccount/%s/accounts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testGetSonChannelInfoList() throws Exception, NoSuchAlgorithmException {</w:t>
        <w:br/>
        <w:t xml:space="preserve">        LiveSonChannelInfoListRequest liveSonChannelInfoListRequest = new LiveSonChannelInfoListRequest();</w:t>
        <w:br/>
        <w:t xml:space="preserve">        LiveSonChannelInfoListResponse liveSonChannelInfoResponse;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liveSonChannelInfoListRequest.setChannelId(channelId);</w:t>
        <w:br/>
        <w:t xml:space="preserve">            liveSonChannelInfoResponse = new LiveChannelOperateServiceImpl().getSonChannelInfoList(</w:t>
        <w:br/>
        <w:t xml:space="preserve">                    liveSonChannelInfoListRequest);</w:t>
        <w:br/>
        <w:t xml:space="preserve">            Assert.assertNotNull(liveSonChannelInfoResponse);</w:t>
        <w:br/>
        <w:t xml:space="preserve">            if (liveSonChannelInfoResponse != null) {</w:t>
        <w:br/>
        <w:t xml:space="preserve">                //to do something ......</w:t>
        <w:br/>
        <w:t xml:space="preserve">                log.debug("查询频道号下所有角色信息成功{}", JSON.toJSONString(liveSonChannelInfoResponse));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1、请求正确，返回LiveSonChannelInfoListResponse对象，B端依据此对象处理业务逻辑；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sonChannelInfos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LiveSonChannelInfoResponse参数描述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LiveSonChannelInfoResponse参数描述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角色流名（单独使用无效）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频道中所有角色序号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助教翻页权限（只能一个角色有）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开启签到权限(Y/N)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发起投票(Y/N)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助教页在线列表显示开关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助教聊天审核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助教监播开关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roundTourEnabled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助教轮巡开关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watchLockEnabled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锁定直播间功能开关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pushUrl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子频道推流地址（子频道推流请参考后台导播台使用）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18、修改角色信息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修改助教或嘉宾的信息</w:t>
        <w:br/>
        <w:t>接口地址（仅做说明使用）：https://api.polyv.net/live/v4/channel/account/update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testUpdateAccount() throws Exception {</w:t>
        <w:br/>
        <w:t xml:space="preserve">        LiveUpdateAccountRequest liveUpdateAccountRequest = new LiveUpdateAccountRequest();</w:t>
        <w:br/>
        <w:t xml:space="preserve">        LiveUpdateAccountResponse liveUpdateAccountResponse;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String accountId = createSonChannel(channelId);</w:t>
        <w:br/>
        <w:t xml:space="preserve">            liveUpdateAccountRequest.setChannelId(channelId)</w:t>
        <w:br/>
        <w:t xml:space="preserve">                    .setAccount(accountId)</w:t>
        <w:br/>
        <w:t xml:space="preserve">                    .setNickName("张三")</w:t>
        <w:br/>
        <w:t xml:space="preserve">                    .setActor("嘉宾A")</w:t>
        <w:br/>
        <w:t xml:space="preserve">                    .setPasswd(super.getRandomString(6));</w:t>
        <w:br/>
        <w:t xml:space="preserve">            liveUpdateAccountResponse = new LiveChannelOperateServiceImpl().updateAccount(liveUpdateAccountRequest);</w:t>
        <w:br/>
        <w:t xml:space="preserve">            Assert.assertNotNull(liveUpdateAccountResponse);</w:t>
        <w:br/>
        <w:t xml:space="preserve">            if (liveUpdateAccountResponse != null) {</w:t>
        <w:br/>
        <w:t xml:space="preserve">                //to do something ......</w:t>
        <w:br/>
        <w:t xml:space="preserve">                log.debug("测试修改角色信息成功 {}", JSON.toJSONString(liveUpdateAccountResponse));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1、请求正确，返回LiveUpdateAccountResponse对象，B端依据此对象处理业务逻辑；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头衔，助教默认为助教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昵称，默认随机生成昵称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头像，默认初始头像（JPG、PNG格式图片，需要携带 http:// 或 https://）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purviewList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Purview参数描述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Purview参数描述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权限chatListEnabled：在线列表（仅支持助教）pageTurnEnabled：翻页（仅支持助教，且仅能设置一个助教有翻页权限）monitorEnabled：监播（仅支持助教，且仅能设置一个助教有监播权限）chatAuditEnabled：聊天审核（仅支持助教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开关 Y：开启 N：关闭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角色流名，单独使用无效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角色状态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创建角色时间，13位毫秒级时间戳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角色最后修改时间，13位毫秒级时间戳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频道角色序号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角色头衔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 Assistant：助教 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monitorEnabled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监播权限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翻页权限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chatListEnabled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在线列表权限 Y：开启 N：关闭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19、删除角色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删除角色</w:t>
        <w:br/>
        <w:t>接口地址（仅做说明使用）：https://api.polyv.net/live/v2/channelAccount/%s/delete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testDeleteSonChannel() throws Exception, NoSuchAlgorithmException {</w:t>
        <w:br/>
        <w:t xml:space="preserve">        LiveDeleteSonChannelRequest liveDeleteSonChannelRequest = new LiveDeleteSonChannelRequest();</w:t>
        <w:br/>
        <w:t xml:space="preserve">        Boolean liveDeleteSonChannelResponse;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String sonChannelId = createSonChannel(channelId);</w:t>
        <w:br/>
        <w:t xml:space="preserve">            liveDeleteSonChannelRequest.setChannelId(channelId).setAccount(sonChannelId);</w:t>
        <w:br/>
        <w:t xml:space="preserve">            liveDeleteSonChannelResponse = new LiveChannelOperateServiceImpl().deleteSonChannel(</w:t>
        <w:br/>
        <w:t xml:space="preserve">                    liveDeleteSonChannelRequest);</w:t>
        <w:br/>
        <w:t xml:space="preserve">            Assert.assertNotNull(liveDeleteSonChannelResponse);</w:t>
        <w:br/>
        <w:t xml:space="preserve">            if (liveDeleteSonChannelResponse) {</w:t>
        <w:br/>
        <w:t xml:space="preserve">                //to do something ......</w:t>
        <w:br/>
        <w:t xml:space="preserve">                log.debug("测试删除角色成功");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20、批量删除角色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批量删除角色</w:t>
        <w:br/>
        <w:t>接口地址（仅做说明使用）：https://api.polyv.net/live/v4/channel/account/delete-batch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testDeleteAccount() throws Exception {</w:t>
        <w:br/>
        <w:t xml:space="preserve">        LiveDeleteAccountRequest liveDeleteAccountRequest = new LiveDeleteAccountRequest();</w:t>
        <w:br/>
        <w:t xml:space="preserve">        Boolean liveDeleteAccountResponse;</w:t>
        <w:br/>
        <w:t xml:space="preserve">        try {</w:t>
        <w:br/>
        <w:t xml:space="preserve">            String channelId = super.getAloneNewChannelId();</w:t>
        <w:br/>
        <w:t xml:space="preserve">            LiveCreateSonChannelRequest sonChannelRequest = new LiveCreateSonChannelRequest();</w:t>
        <w:br/>
        <w:t xml:space="preserve">            sonChannelRequest.setChannelId(channelId);</w:t>
        <w:br/>
        <w:t xml:space="preserve">            liveDeleteAccountRequest.setChannelId(channelId);</w:t>
        <w:br/>
        <w:t xml:space="preserve">            liveDeleteAccountRequest.setAccounts(createSonChannel(sonChannelRequest));</w:t>
        <w:br/>
        <w:t xml:space="preserve">            liveDeleteAccountResponse = new LiveChannelOperateServiceImpl().deleteAccount(liveDeleteAccountRequest);</w:t>
        <w:br/>
        <w:t xml:space="preserve">            Assert.assertTrue(liveDeleteAccountResponse);</w:t>
        <w:br/>
        <w:t xml:space="preserve">            if (liveDeleteAccountResponse) {</w:t>
        <w:br/>
        <w:t xml:space="preserve">                //to do something ......</w:t>
        <w:br/>
        <w:t xml:space="preserve">                log.debug("测试批量删除角色成功");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助教/嘉宾账号，多个用英文逗号分割，最大150个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批量删除角色返回实体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21、设置子频道单点登录token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设置子频道单点登录token</w:t>
        <w:br/>
        <w:t>接口地址（仅做说明使用）：https://api.polyv.net/live/v2/channels/%s/set-account-token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testCreateSonChannelToken() throws Exception, NoSuchAlgorithmException {</w:t>
        <w:br/>
        <w:t xml:space="preserve">        LiveCreateSonChannelTokenRequest liveCreateSonChannelTokenRequest = new LiveCreateSonChannelTokenRequest();</w:t>
        <w:br/>
        <w:t xml:space="preserve">        Boolean liveCreateSonChannelTokenResponse;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String sonChannelId = createSonChannel(channelId);</w:t>
        <w:br/>
        <w:t xml:space="preserve">            liveCreateSonChannelTokenRequest.setAccount(sonChannelId).setToken(LiveSignUtil.generateUUID());</w:t>
        <w:br/>
        <w:t xml:space="preserve">            liveCreateSonChannelTokenResponse = new LiveChannelOperateServiceImpl().createSonChannelToken(</w:t>
        <w:br/>
        <w:t xml:space="preserve">                    liveCreateSonChannelTokenRequest);</w:t>
        <w:br/>
        <w:t xml:space="preserve">            Assert.assertNotNull(liveCreateSonChannelTokenResponse);</w:t>
        <w:br/>
        <w:t xml:space="preserve">            if (liveCreateSonChannelTokenResponse) {</w:t>
        <w:br/>
        <w:t xml:space="preserve">                //to do something ......</w:t>
        <w:br/>
        <w:t xml:space="preserve">                log.debug("设置子频道单点登录token成功");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子频道号(不能以数字类型提交，否则可能去掉ID前的00)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token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唯一的字符串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true为设置子频道token成功，false为设置失败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22、创建重制课件任务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创建重制课件任务</w:t>
        <w:br/>
        <w:t>接口地址（仅做说明使用）：https://api.polyv.net/live/v3/channel/pptRecord/addRecordTask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testCreateChannelPPTRecordTask() throws Exception, NoSuchAlgorithmException {</w:t>
        <w:br/>
        <w:t xml:space="preserve">        LiveCreateChannelPPTRecordRequest liveCreateChannelPPTRecordRequest = new LiveCreateChannelPPTRecordRequest();</w:t>
        <w:br/>
        <w:t xml:space="preserve">        Boolean liveCreateChannelPPTRecordResponse;</w:t>
        <w:br/>
        <w:t xml:space="preserve">        try {</w:t>
        <w:br/>
        <w:t xml:space="preserve">            String channel = super.createChannel();</w:t>
        <w:br/>
        <w:t xml:space="preserve">            List&lt;String&gt; videoIds = listChannelVideoIds(channel);</w:t>
        <w:br/>
        <w:t xml:space="preserve">            liveCreateChannelPPTRecordRequest.setChannelId(channel).setVideoId(videoIds.get(1));</w:t>
        <w:br/>
        <w:t xml:space="preserve">            liveCreateChannelPPTRecordResponse = new LiveChannelOperateServiceImpl().createChannelPPTRecordTask(</w:t>
        <w:br/>
        <w:t xml:space="preserve">                    liveCreateChannelPPTRecordRequest);</w:t>
        <w:br/>
        <w:t xml:space="preserve">            Assert.assertTrue(liveCreateChannelPPTRecordResponse);</w:t>
        <w:br/>
        <w:t xml:space="preserve">            if (liveCreateChannelPPTRecordResponse) {</w:t>
        <w:br/>
        <w:t xml:space="preserve">                //to do something ......</w:t>
        <w:br/>
        <w:t xml:space="preserve">                log.debug("测试创建重制课件任务成功");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回放视频id,从查询视频库列表获取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true为创建成功，false为创建失败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23、查询课件重制任务列表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查询课件重制任务列表</w:t>
        <w:br/>
        <w:t>接口地址（仅做说明使用）：https://api.polyv.net/live/v3/channel/pptRecord/list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testListPPTRecord() throws Exception, NoSuchAlgorithmException {</w:t>
        <w:br/>
        <w:t xml:space="preserve">        LiveListChannelPPTRecordRequest liveListChannelPPTRecordRequest = new LiveListChannelPPTRecordRequest();</w:t>
        <w:br/>
        <w:t xml:space="preserve">        LiveListChannelPPTRecordResponse liveListChannelPPTRecordResponse;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liveListChannelPPTRecordRequest.setChannelId(channelId)</w:t>
        <w:br/>
        <w:t xml:space="preserve">                    .setStartTime(getDate(2020, 1, 1))</w:t>
        <w:br/>
        <w:t xml:space="preserve">                    .setEndTime(getDate(2020, 11, 11))</w:t>
        <w:br/>
        <w:t xml:space="preserve">                    .setCurrentPage(1);</w:t>
        <w:br/>
        <w:t xml:space="preserve">            liveListChannelPPTRecordResponse = new LiveChannelOperateServiceImpl().listPPTRecord(</w:t>
        <w:br/>
        <w:t xml:space="preserve">                    liveListChannelPPTRecordRequest);</w:t>
        <w:br/>
        <w:t xml:space="preserve">            Assert.assertNotNull(liveListChannelPPTRecordResponse);</w:t>
        <w:br/>
        <w:t xml:space="preserve">            if (liveListChannelPPTRecordResponse != null) {</w:t>
        <w:br/>
        <w:t xml:space="preserve">                //to do something ......</w:t>
        <w:br/>
        <w:t xml:space="preserve">                log.debug("查询课件重制任务列表信息成功{}", JSON.toJSONString(liveListChannelPPTRecordResponse));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1、请求正确，返回LiveListChannelPPTRecordResponse对象，B端依据此对象处理业务逻辑；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场次id，new LiveChannelPlaybackServiceImpl().listChannelSessionInfo()方法获取场次信息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课件重制状态值，waiting-等待处理；process-处理中；success-重制成功；fail-重制失败；uploaded-上传点播成功；uploadFailed-上传点播失败；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直播开始时间开始区间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直播开始时间结束区间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页数，默认为1【对应api文档的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课件重制任务列表【详见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LivePPTRecord参数描述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每页显示的数据条数，默认每页显示20条数据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currentPage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pageNumber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记录总条数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totalPages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LivePPTRecord参数描述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对应回放的名称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重制mp4下载地址，有24小时的防盗链超时时间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对应回放的直播开始时间,格式为yyyy-MM-dd 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状态值，waiting-等待处理；process-处理中；success-重制成功；fail-重制失败；uploaded-上传点播成功；uploadFailed-上传点播失败；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remainDay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重制剩余的过期时间，过期后将无法访问和下载，单位：天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重制的视频时长，单位秒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直播系统视频ID，如：992d36fa40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重制课件上传到点播的点播视频VID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24、查询频道重制课件参数设置信息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查询频道重制课件参数设置信息</w:t>
        <w:br/>
        <w:t>接口地址（仅做说明使用）：https://api.polyv.net/live/v3/channel/pptRecord/get-setting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testGetRecordSetting() throws Exception {</w:t>
        <w:br/>
        <w:t xml:space="preserve">        LiveChannelGetRecordSettingRequest liveChannelGetRecordSettingRequest =</w:t>
        <w:br/>
        <w:t xml:space="preserve">                new LiveChannelGetRecordSettingRequest();</w:t>
        <w:br/>
        <w:t xml:space="preserve">        LiveChannelGetRecordSettingResponse liveChannelGetRecordSettingResponse;</w:t>
        <w:br/>
        <w:t xml:space="preserve">        try {</w:t>
        <w:br/>
        <w:t xml:space="preserve">            String channelId = super.createChannel();</w:t>
        <w:br/>
        <w:t xml:space="preserve">            liveChannelGetRecordSettingRequest.setChannelId(channelId);</w:t>
        <w:br/>
        <w:t xml:space="preserve">            liveChannelGetRecordSettingResponse = new LiveChannelOperateServiceImpl().liveChannelGetRecordSetting(</w:t>
        <w:br/>
        <w:t xml:space="preserve">                    liveChannelGetRecordSettingRequest);</w:t>
        <w:br/>
        <w:t xml:space="preserve">            Assert.assertNotNull(liveChannelGetRecordSettingResponse);</w:t>
        <w:br/>
        <w:t xml:space="preserve">            if (liveChannelGetRecordSettingResponse != null) {</w:t>
        <w:br/>
        <w:t xml:space="preserve">                //to do something ......</w:t>
        <w:br/>
        <w:t xml:space="preserve">                log.debug("测试查询频道重制课件参数设置信息成功");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1、请求正确，返回LiveChannelGetRecordSettingResponse对象，B端依据此对象处理业务逻辑；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 0：三分屏 1：纯文档 2：画中画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 Y：是 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videoRatio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 0：画面比例16:9 1：画面比例4:3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brandImgFile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backgroundImgFile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actionPosition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重制课件摄像头位置 left：左侧 right：右侧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25、设置频道重制课件配置信息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设置频道重制课件配置信息</w:t>
        <w:br/>
        <w:t>接口地址（仅做说明使用）：https://api.polyv.net/live/v3/channel/pptRecord/setting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2、新版频道无法设置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testSetChannelRecord() throws IOException, NoSuchAlgorithmException {</w:t>
        <w:br/>
        <w:t xml:space="preserve">        LiveChannelRecordSettingRequest liveChannelRecordSettingRequest = new LiveChannelRecordSettingRequest();</w:t>
        <w:br/>
        <w:t xml:space="preserve">        Boolean liveChannelRecordSettingResponse;</w:t>
        <w:br/>
        <w:t xml:space="preserve">        try {</w:t>
        <w:br/>
        <w:t xml:space="preserve">            String channelId = super.createChannel();</w:t>
        <w:br/>
        <w:t xml:space="preserve">            liveChannelRecordSettingRequest.setChannelId(channelId)</w:t>
        <w:br/>
        <w:t xml:space="preserve">                    .setGlobalSettingEnabled(LiveConstant.Flag.NO.getFlag())</w:t>
        <w:br/>
        <w:t xml:space="preserve">                    .setType(LiveConstant.PPTRecordType.PICTURE.getValue())</w:t>
        <w:br/>
        <w:t xml:space="preserve">                    .setVideoRatio(LiveConstant.PPTRecordRatio.RATIO_16_9.getValue());</w:t>
        <w:br/>
        <w:t xml:space="preserve">            liveChannelRecordSettingResponse = new LiveChannelOperateServiceImpl().setChannelRecord(</w:t>
        <w:br/>
        <w:t xml:space="preserve">                    liveChannelRecordSettingRequest);</w:t>
        <w:br/>
        <w:t xml:space="preserve">            Assert.assertTrue(liveChannelRecordSettingResponse);</w:t>
        <w:br/>
        <w:t xml:space="preserve">            if (liveChannelRecordSettingResponse) {</w:t>
        <w:br/>
        <w:t xml:space="preserve">                //to do something ......</w:t>
        <w:br/>
        <w:t xml:space="preserve">                log.debug("测试设置频道重制课件配置信息成功");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是否使用通用设置 Y：是 N：否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视频布局方式 0：三分屏 1：纯文档 2：画中画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videoRatio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摄像头画面比例，新版重制有效 0：画面比例16:9 1：画面比例4:3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brandImgFile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展示图片，新版重制有效，支持jpg和png格式 摄像头画面比例为16:9时尺寸为480X810 摄像头画面比例为4:3时尺寸为480X720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backgroundImgFile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背景图片，旧版重制有效，尺寸为1280X720，支持jpg和png格式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频道重制课件配置信息返回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26、删除重制课件任务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删除重制课件任务, 可批量删除</w:t>
        <w:br/>
        <w:t>接口地址（仅做说明使用）：https://api.polyv.net/live/v3/channel/pptRecord/batch-delete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testDeleteChannelPPTRecord() throws IOException, NoSuchAlgorithmException {</w:t>
        <w:br/>
        <w:t xml:space="preserve">        LiveDeleteChannelPPTRecordRequest liveDeleteChannelPPTRecordRequest = new LiveDeleteChannelPPTRecordRequest();</w:t>
        <w:br/>
        <w:t xml:space="preserve">        Boolean liveDeleteChannelPPTRecordResponse;</w:t>
        <w:br/>
        <w:t xml:space="preserve">        try {</w:t>
        <w:br/>
        <w:t xml:space="preserve">            String channelId = super.createChannel();</w:t>
        <w:br/>
        <w:t xml:space="preserve">            liveDeleteChannelPPTRecordRequest.setChannelId(channelId);</w:t>
        <w:br/>
        <w:t xml:space="preserve">            liveDeleteChannelPPTRecordRequest.setTaskIds("12345,12346");</w:t>
        <w:br/>
        <w:t xml:space="preserve">            liveDeleteChannelPPTRecordResponse = new LiveChannelOperateServiceImpl().deleteChannelPPTRecord(</w:t>
        <w:br/>
        <w:t xml:space="preserve">                    liveDeleteChannelPPTRecordRequest);</w:t>
        <w:br/>
        <w:t xml:space="preserve">            Assert.assertNotNull(liveDeleteChannelPPTRecordResponse);</w:t>
        <w:br/>
        <w:t xml:space="preserve">            if (liveDeleteChannelPPTRecordResponse != null) {</w:t>
        <w:br/>
        <w:t xml:space="preserve">                //to do something ......</w:t>
        <w:br/>
        <w:t xml:space="preserve">                log.debug("测试删除重制课件任务成功 {}", JSON.toJSONString(liveDeleteChannelPPTRecordResponse));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taskIds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任务ID列表，多个任务ID使用”,”进行分隔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27、查询频道回调设置接口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查询频道回调设置接口</w:t>
        <w:br/>
        <w:t>接口地址（仅做说明使用）：https://api.polyv.net/live/v3/channel/callback/get-setting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testGetChannelCallbackSetting() throws Exception {</w:t>
        <w:br/>
        <w:t xml:space="preserve">        LiveChannelCallbackSettingRequest liveChannelCallbackSettingRequest = new LiveChannelCallbackSettingRequest();</w:t>
        <w:br/>
        <w:t xml:space="preserve">        LiveChannelCallbackSettingResponse liveChannelCallbackSettingResponse;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liveChannelCallbackSettingRequest.setChannelId(channelId);</w:t>
        <w:br/>
        <w:t xml:space="preserve">            liveChannelCallbackSettingResponse = new LiveChannelOperateServiceImpl().getChannelCallbackSetting(</w:t>
        <w:br/>
        <w:t xml:space="preserve">                    liveChannelCallbackSettingRequest);</w:t>
        <w:br/>
        <w:t xml:space="preserve">            Assert.assertNotNull(liveChannelCallbackSettingResponse);</w:t>
        <w:br/>
        <w:t xml:space="preserve">            if (liveChannelCallbackSettingResponse != null) {</w:t>
        <w:br/>
        <w:t xml:space="preserve">                //to do something ......</w:t>
        <w:br/>
        <w:t xml:space="preserve">                log.debug("测试查询频道回调设置接口成功，{}", JSON.toJSONString(liveChannelCallbackSettingResponse));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1、请求正确，返回LiveChannelCallbackSettingResponse对象，B端依据此对象处理业务逻辑；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录制生成回调URL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录制视频转存成功回调URL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流状态回调URL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直播内容审核回调URL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录制回调的视频类型,多个视频类型用,分隔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回放缓存生成成功的回调URL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globalSettingEnabled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是否应用全局设置开关，Y走用户回调设置，N走频道设置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28、设置频道回调设置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设置频道回调设置</w:t>
        <w:br/>
        <w:t>接口地址（仅做说明使用）：https://api.polyv.net/live/v3/channel/callback/update-setting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2、如频道需要跟随用户设置，可以调用设置频道默认项开关接口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testUpdateChannelCallbackSetting() throws Exception {</w:t>
        <w:br/>
        <w:t xml:space="preserve">        LiveUpdateChannelCallbackSettingRequest liveUpdateChannelCallbackSettingRequest =</w:t>
        <w:br/>
        <w:t xml:space="preserve">                new LiveUpdateChannelCallbackSettingRequest();</w:t>
        <w:br/>
        <w:t xml:space="preserve">        Boolean liveUpdateChannelCallbackSettingResponse;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liveUpdateChannelCallbackSettingRequest.setChannelId(channelId);</w:t>
        <w:br/>
        <w:t xml:space="preserve">            liveUpdateChannelCallbackSettingResponse = new LiveChannelOperateServiceImpl().updateChannelCallbackSetting(</w:t>
        <w:br/>
        <w:t xml:space="preserve">                    liveUpdateChannelCallbackSettingRequest);</w:t>
        <w:br/>
        <w:t xml:space="preserve">            Assert.assertTrue(liveUpdateChannelCallbackSettingResponse);</w:t>
        <w:br/>
        <w:t xml:space="preserve">            if (liveUpdateChannelCallbackSettingResponse) {</w:t>
        <w:br/>
        <w:t xml:space="preserve">                //to do something ......</w:t>
        <w:br/>
        <w:t xml:space="preserve">                log.debug("测试设置频道回调设置成功");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recordCallbackVideoType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录制回调文件类型，可选值m3u8或mp4或m3u8,mp4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流状态回调http(s)地址，需要url编码，如果要清空设置传入空串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pptRecordCallbackUrl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课件重制成功回调http(s)地址，需要url编码，如果要清空设置传入空串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liveScanCallbackUrl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直播内容鉴别回调http(s)地址，需要url编码，如果要清空设置传入空串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playbackCacheCallbackUrl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回放转存回调http(s)地址，需要url编码，如果要清空设置传入空串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null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29、批量创建角色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批量创建角色</w:t>
        <w:br/>
        <w:t>接口地址（仅做说明使用）：https://api.polyv.net/live/v3/channel/account/batch-create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2、批量创建角色，角色支持guest(嘉宾)、assistant(助教)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testCreateSonChannelList() throws Exception {</w:t>
        <w:br/>
        <w:t xml:space="preserve">        LiveCreateSonChannelListRequest liveCreateSonChannelListRequest = new LiveCreateSonChannelListRequest();</w:t>
        <w:br/>
        <w:t xml:space="preserve">        LiveCreateSonChannelListResponse liveCreateSonChannelListResponse;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List&lt;LiveCreateSonChannelListRequest.SonChannel&gt; sonChannels =</w:t>
        <w:br/>
        <w:t xml:space="preserve">                    new ArrayList&lt;LiveCreateSonChannelListRequest.SonChannel&gt;();</w:t>
        <w:br/>
        <w:t xml:space="preserve">            LiveCreateSonChannelListRequest.SonChannel sonChannel1 = new LiveCreateSonChannelListRequest.SonChannel();</w:t>
        <w:br/>
        <w:t xml:space="preserve">            sonChannel1.setRole("Guest")</w:t>
        <w:br/>
        <w:t xml:space="preserve">                    .setNickname("嘉宾甲")</w:t>
        <w:br/>
        <w:t xml:space="preserve">                    .setPasswd(getRandomString(10))</w:t>
        <w:br/>
        <w:t xml:space="preserve">                    .setActor("博士")</w:t>
        <w:br/>
        <w:t xml:space="preserve">                    .setAvatar("https://ss3.bdstatic.com/70cFv8Sh_Q1YnxGkpoWK1HF6hhy/it/u=3002379740," +</w:t>
        <w:br/>
        <w:t xml:space="preserve">                            "3965499425&amp;fm=26&amp;gp=0.jpg");</w:t>
        <w:br/>
        <w:t xml:space="preserve">            sonChannels.add(sonChannel1);</w:t>
        <w:br/>
        <w:t xml:space="preserve">            sonChannel1 = new LiveCreateSonChannelListRequest.SonChannel();</w:t>
        <w:br/>
        <w:t xml:space="preserve">            sonChannel1.setRole(null)</w:t>
        <w:br/>
        <w:t xml:space="preserve">                    .setNickname("助教甲")</w:t>
        <w:br/>
        <w:t xml:space="preserve">                    .setPasswd(getRandomString(10))</w:t>
        <w:br/>
        <w:t xml:space="preserve">                    .setActor("助教")</w:t>
        <w:br/>
        <w:t xml:space="preserve">                    .setAvatar("https://ss3.bdstatic.com/70cFv8Sh_Q1YnxGkpoWK1HF6hhy/it/u=3002379740," +</w:t>
        <w:br/>
        <w:t xml:space="preserve">                            "3965499425&amp;fm=26&amp;gp=0.jpg");</w:t>
        <w:br/>
        <w:t xml:space="preserve">            sonChannels.add(sonChannel1);</w:t>
        <w:br/>
        <w:t xml:space="preserve">            liveCreateSonChannelListRequest.setChannelId(channelId).setSonChannels(sonChannels);</w:t>
        <w:br/>
        <w:t xml:space="preserve">            liveCreateSonChannelListResponse = new LiveChannelOperateServiceImpl().createSonChannelList(</w:t>
        <w:br/>
        <w:t xml:space="preserve">                    liveCreateSonChannelListRequest);</w:t>
        <w:br/>
        <w:t xml:space="preserve">            Assert.assertNotNull(liveCreateSonChannelListResponse);</w:t>
        <w:br/>
        <w:t xml:space="preserve">            if (liveCreateSonChannelListResponse != null) {</w:t>
        <w:br/>
        <w:t xml:space="preserve">                //to do something ......</w:t>
        <w:br/>
        <w:t xml:space="preserve">                log.debug("测试批量创建角色成功");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1、请求正确，返回LiveCreateSonChannelListResponse对象，B端依据此对象处理业务逻辑；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sonChannels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SonChannel参数描述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SonChannel参数描述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默认不传为助教，传Guest为嘉宾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创建的助教或嘉宾昵称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角色密码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actor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创建的助教或嘉宾头衔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创建的助教或嘉宾头像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sonChannelInfos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角色返回信息【详见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SonChannelInfo参数描述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SonChannelInfo参数描述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助教流名（单独使用无效）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助教状态(Y/N)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创建助教时间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助教最后修改时间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频道中所有助教序号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助教头像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pageTurnEnabled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助教翻页权限（只能一个助教有）Y：开启N：关闭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notifyEnabled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发布公告权限(Y/N)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checkinEnabled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开启签到权限(Y/N)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voteEnabled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发起投票(Y/N)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角色assistant：助教guest：嘉宾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loginUrl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子账号（嘉宾）登录地址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30、获取账号或频道转播列表信息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获取账号或频道转播列表信息</w:t>
        <w:br/>
        <w:t>接口地址（仅做说明使用）：https://api.polyv.net/live/v3/channel/transmit/get-associations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testGetChannelTransmitList() throws Exception {</w:t>
        <w:br/>
        <w:t xml:space="preserve">        LiveChannelTransmitListRequest liveChannelTransmitListRequest = new LiveChannelTransmitListRequest();</w:t>
        <w:br/>
        <w:t xml:space="preserve">        LiveChannelTransmitListResponse liveChannelTransmitListResponse;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liveChannelTransmitListRequest.setChannelId(channelId);</w:t>
        <w:br/>
        <w:t xml:space="preserve">            liveChannelTransmitListResponse = new LiveChannelOperateServiceImpl().getChannelTransmitList(</w:t>
        <w:br/>
        <w:t xml:space="preserve">                    liveChannelTransmitListRequest);</w:t>
        <w:br/>
        <w:t xml:space="preserve">            Assert.assertNotNull(liveChannelTransmitListResponse);</w:t>
        <w:br/>
        <w:t xml:space="preserve">            if (liveChannelTransmitListResponse != null) {</w:t>
        <w:br/>
        <w:t xml:space="preserve">                //to do something ......</w:t>
        <w:br/>
        <w:t xml:space="preserve">                log.debug("测试获取账号或频道转播列表信息成功，{}", JSON.toJSONString(liveChannelTransmitListResponse));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1、请求正确，返回LiveChannelTransmitListResponse对象，B端依据此对象处理业务逻辑；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频道号，如果不传，则查询appId对应的账号下所有转播频道关联关系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channelTransmits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账号或频道转播信息【详见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ChannelTransmit参数描述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ChannelTransmit参数描述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发起转播频道号，如果一个接收转播频道没有关联主频道，则该值为null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接收转播频道号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31、设置频道最大在线人数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设置频道最大在线人数</w:t>
        <w:br/>
        <w:t>接口地址（仅做说明使用）：https://api.polyv.net/live/v2/channelRestrict/%s/set-max-viewer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testUpdateChannelMaxViewer() throws Exception {</w:t>
        <w:br/>
        <w:t xml:space="preserve">        LiveUpdateChannelMaxViewerRequest liveUpdateChannelMaxViewerRequest = new LiveUpdateChannelMaxViewerRequest();</w:t>
        <w:br/>
        <w:t xml:space="preserve">        Boolean liveUpdateChannelMaxViewerResponse;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liveUpdateChannelMaxViewerRequest.setChannelId(channelId).setMaxViewer(Integer.MAX_VALUE);</w:t>
        <w:br/>
        <w:t xml:space="preserve">            liveUpdateChannelMaxViewerResponse = new LiveChannelOperateServiceImpl().updateChannelMaxViewer(</w:t>
        <w:br/>
        <w:t xml:space="preserve">                    liveUpdateChannelMaxViewerRequest);</w:t>
        <w:br/>
        <w:t xml:space="preserve">            Assert.assertTrue(liveUpdateChannelMaxViewerResponse);</w:t>
        <w:br/>
        <w:t xml:space="preserve">            if (liveUpdateChannelMaxViewerResponse) {</w:t>
        <w:br/>
        <w:t xml:space="preserve">                //to do something ......</w:t>
        <w:br/>
        <w:t xml:space="preserve">                log.debug("测试设置频道最大在线人数成功");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maxViewer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最大观看在线人数，等于0时表示关闭在线人数观看限制，最大为2147483647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true为设置成功，false为设置失败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32、查询频道广告列表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查询频道广告列表</w:t>
        <w:br/>
        <w:t>接口地址（仅做说明使用）：https://api.polyv.net/live/v3/channel/advert/list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2、提供查询频道轮播广告列表信息，频道广告为空时，获取全局广告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testGetChannelAdvertList() throws Exception {</w:t>
        <w:br/>
        <w:t xml:space="preserve">        LiveChannelAdvertListRequest liveChannelAdvertListRequest = new LiveChannelAdvertListRequest();</w:t>
        <w:br/>
        <w:t xml:space="preserve">        LiveChannelAdvertListResponse liveChannelAdvertListResponse;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liveChannelAdvertListRequest.setChannelId(channelId);</w:t>
        <w:br/>
        <w:t xml:space="preserve">            liveChannelAdvertListResponse = new LiveChannelOperateServiceImpl().getChannelAdvertList(</w:t>
        <w:br/>
        <w:t xml:space="preserve">                    liveChannelAdvertListRequest);</w:t>
        <w:br/>
        <w:t xml:space="preserve">            Assert.assertNotNull(liveChannelAdvertListResponse);</w:t>
        <w:br/>
        <w:t xml:space="preserve">            if (liveChannelAdvertListResponse != null) {</w:t>
        <w:br/>
        <w:t xml:space="preserve">                //to do something ......</w:t>
        <w:br/>
        <w:t xml:space="preserve">                log.debug("测试查询频道广告列表成功,{}", JSON.toJSONString(liveChannelAdvertListResponse));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1、请求正确，返回LiveChannelAdvertListResponse对象，B端依据此对象处理业务逻辑；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channelAdverts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频道广告【详见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ChannelAdvert参数描述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ChannelAdvert参数描述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文本广告内容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图片广告链接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href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跳转链接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33、查询频道直播截图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查询频道直播截图</w:t>
        <w:br/>
        <w:t>接口地址（仅做说明使用）：https://api.polyv.net/live/v2/stream/%s/capture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2、如果直播未开启，将抛出"channel is not live."异常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testGetChannelCapture() throws Exception {</w:t>
        <w:br/>
        <w:t xml:space="preserve">        LiveChannelCaptureRequest liveChannelCaptureRequest = new LiveChannelCaptureRequest();</w:t>
        <w:br/>
        <w:t xml:space="preserve">        String liveChannelCaptureResponse;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liveChannelCaptureRequest.setChannelId(channelId);</w:t>
        <w:br/>
        <w:t xml:space="preserve">            liveChannelCaptureResponse = new LiveChannelOperateServiceImpl().getChannelCapture(</w:t>
        <w:br/>
        <w:t xml:space="preserve">                    liveChannelCaptureRequest);</w:t>
        <w:br/>
        <w:t xml:space="preserve">            Assert.assertNotNull(liveChannelCaptureResponse);</w:t>
        <w:br/>
        <w:t xml:space="preserve">            if (liveChannelCaptureResponse != null) {</w:t>
        <w:br/>
        <w:t xml:space="preserve">                //to do something ......</w:t>
        <w:br/>
        <w:t xml:space="preserve">                log.debug("测试查询频道直播截图成功,{}", JSON.toJSONString(liveChannelCaptureResponse));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1、请求正确，返回String对象，B端依据此对象处理业务逻辑；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返回图片http地址，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34、修改直播推流方式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修改直播推流方式</w:t>
        <w:br/>
        <w:t>接口地址（仅做说明使用）：https://api.polyv.net/live/v3/channel/stream/update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2、直播过程中不允许修改直播方式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testUpdateChannelStream() throws Exception {</w:t>
        <w:br/>
        <w:t xml:space="preserve">        LiveUpdateChannelStreamRequest liveUpdateChannelStreamRequest = new LiveUpdateChannelStreamRequest();</w:t>
        <w:br/>
        <w:t xml:space="preserve">        Boolean liveUpdateChannelStreamResponse;</w:t>
        <w:br/>
        <w:t xml:space="preserve">        try {</w:t>
        <w:br/>
        <w:t xml:space="preserve">            //准备测试数据</w:t>
        <w:br/>
        <w:t xml:space="preserve">            String channelId = super.createChannel();</w:t>
        <w:br/>
        <w:t xml:space="preserve">            liveUpdateChannelStreamRequest.setStreamType("disk").setChannelId(channelId);</w:t>
        <w:br/>
        <w:t xml:space="preserve">            liveUpdateChannelStreamResponse = new LiveChannelOperateServiceImpl().updateChannelStream(</w:t>
        <w:br/>
        <w:t xml:space="preserve">                    liveUpdateChannelStreamRequest);</w:t>
        <w:br/>
        <w:t xml:space="preserve">            Assert.assertTrue(liveUpdateChannelStreamResponse);</w:t>
        <w:br/>
        <w:t xml:space="preserve">            if (liveUpdateChannelStreamResponse) {</w:t>
        <w:br/>
        <w:t xml:space="preserve">                //to do something ......</w:t>
        <w:br/>
        <w:t xml:space="preserve">                log.debug("测试修改直播推流方式成功");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streamType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直播方式，client:客户端推流;disk:硬盘推流;audio:音频直播;pull:拉流直播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pullUrl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拉流地址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true为修改推流方式成功，false为修改失败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35、设置硬盘推流直播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设置硬盘推流直播</w:t>
        <w:br/>
        <w:t>接口地址（仅做说明使用）：https://api.polyv.net/live/v3/channel/stream/add-disk-videos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调用接口后，如果当前频道未在直播中，会自动设置直播方式为“硬盘推流”。如果当前使用其他直播推流方式直播中，则需要在直播结束后，调用《修改直播推流方式》修改为硬盘推流，才会在所设置的开始时间进行直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3、无延迟频道不可修改为硬盘推流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4、仅纯视频模式支持硬盘推流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5、不支持设置加密视频为硬盘推流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testCreateDiskVideosStream() throws Exception {</w:t>
        <w:br/>
        <w:t xml:space="preserve">        LiveCreateDiskVideosStreamRequest liveCreateDiskVideosStreamRequest = new LiveCreateDiskVideosStreamRequest();</w:t>
        <w:br/>
        <w:t xml:space="preserve">        Boolean liveCreateDiskVideosStreamResponse;</w:t>
        <w:br/>
        <w:t xml:space="preserve">        try {</w:t>
        <w:br/>
        <w:t xml:space="preserve">            //准备测试数据</w:t>
        <w:br/>
        <w:t xml:space="preserve">            String channelId = super.getAloneChannelId();</w:t>
        <w:br/>
        <w:t xml:space="preserve">            //保利威云点播视频列表的VID，需导入保利威点播SDK，调用new VodQueryServiceImpl().searchVideoList()获取VideoId</w:t>
        <w:br/>
        <w:t xml:space="preserve">            String videoId = "1b448be323d7eaee38dcead42f053911_1";</w:t>
        <w:br/>
        <w:t xml:space="preserve">            liveCreateDiskVideosStreamRequest.setVideoIds(videoId)</w:t>
        <w:br/>
        <w:t xml:space="preserve">                    .setStartTimes(super.getDate(System.currentTimeMillis() + 60 * 1000))</w:t>
        <w:br/>
        <w:t xml:space="preserve">                    .setChannelId(channelId);</w:t>
        <w:br/>
        <w:t xml:space="preserve">            liveCreateDiskVideosStreamResponse = new LiveChannelOperateServiceImpl().createDiskVideosStream(</w:t>
        <w:br/>
        <w:t xml:space="preserve">                    liveCreateDiskVideosStreamRequest);</w:t>
        <w:br/>
        <w:t xml:space="preserve">            Assert.assertTrue(liveCreateDiskVideosStreamResponse);</w:t>
        <w:br/>
        <w:t xml:space="preserve">            if (liveCreateDiskVideosStreamResponse) {</w:t>
        <w:br/>
        <w:t xml:space="preserve">                //to do something ......</w:t>
        <w:br/>
        <w:t xml:space="preserve">                log.debug("测试设置硬盘推流直播成功");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要设置硬盘推流的点播视频ID【对应api文档的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硬盘推流开始时间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true为设置硬盘推流直播成功，false为修改失败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36、删除硬盘推流的视频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删除硬盘推流的视频</w:t>
        <w:br/>
        <w:t>接口地址（仅做说明使用）：https://api.polyv.net/live/v3/channel/stream/delete-disk-videos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2、删除伪直播中的视频，不允许删除正在伪直播中的视频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testDeleteDiskVideosStream() throws Exception {</w:t>
        <w:br/>
        <w:t xml:space="preserve">        LiveDeleteDiskVideosStreamRequest liveDeleteDiskVideosStreamRequest = new LiveDeleteDiskVideosStreamRequest();</w:t>
        <w:br/>
        <w:t xml:space="preserve">        Boolean liveDeleteDiskVideosStreamResponse;</w:t>
        <w:br/>
        <w:t xml:space="preserve">        try {</w:t>
        <w:br/>
        <w:t xml:space="preserve">            //准备测试数据</w:t>
        <w:br/>
        <w:t xml:space="preserve">            String channelId = super.getAloneChannelId();</w:t>
        <w:br/>
        <w:t xml:space="preserve">            liveDeleteDiskVideosStreamRequest.setVideoIds("1b448be323d7eaee38dcead42f053911_1").setChannelId(channelId);</w:t>
        <w:br/>
        <w:t xml:space="preserve">            liveDeleteDiskVideosStreamResponse = new LiveChannelOperateServiceImpl().deleteDiskVideosStream(</w:t>
        <w:br/>
        <w:t xml:space="preserve">                    liveDeleteDiskVideosStreamRequest);</w:t>
        <w:br/>
        <w:t xml:space="preserve">            Assert.assertTrue(liveDeleteDiskVideosStreamResponse);</w:t>
        <w:br/>
        <w:t xml:space="preserve">            if (liveDeleteDiskVideosStreamResponse) {</w:t>
        <w:br/>
        <w:t xml:space="preserve">                //to do something ......</w:t>
        <w:br/>
        <w:t xml:space="preserve">                log.debug("测试删除硬盘推流的视频成功");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要删除的硬盘推流视频id【对应api文档的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vids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true为删除硬盘推流直播成功，false为删除失败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37、批量修改频道弹幕开关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调用后频道会关闭掉通用设置</w:t>
        <w:br/>
        <w:t>接口地址（仅做说明使用）：https://api.polyv.net/live/v3/channel/basic/batchUpdateDanmu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testBatchUpdateBarrage() throws Exception {</w:t>
        <w:br/>
        <w:t xml:space="preserve">        LiveBatchUpdateBarrageRequest liveBatchUpdateBarrageRequest = new LiveBatchUpdateBarrageRequest();</w:t>
        <w:br/>
        <w:t xml:space="preserve">        Boolean liveBatchUpdateBarrageResponse;</w:t>
        <w:br/>
        <w:t xml:space="preserve">        try {</w:t>
        <w:br/>
        <w:t xml:space="preserve">            //准备测试数据</w:t>
        <w:br/>
        <w:t xml:space="preserve">            String channelIds = String.format("%s,%s", super.getAloneChannelId(), super.createChannel());</w:t>
        <w:br/>
        <w:t xml:space="preserve">            liveBatchUpdateBarrageRequest.setChannelIds(channelIds).setCloseBarrage("Y").setShowBarrageInfoEnabled("Y");</w:t>
        <w:br/>
        <w:t xml:space="preserve">            liveBatchUpdateBarrageResponse = new LiveChannelOperateServiceImpl().batchUpdateBarrage(</w:t>
        <w:br/>
        <w:t xml:space="preserve">                    liveBatchUpdateBarrageRequest);</w:t>
        <w:br/>
        <w:t xml:space="preserve">            Assert.assertTrue(liveBatchUpdateBarrageResponse);</w:t>
        <w:br/>
        <w:t xml:space="preserve">            if (liveBatchUpdateBarrageResponse) {</w:t>
        <w:br/>
        <w:t xml:space="preserve">                //to do something ......</w:t>
        <w:br/>
        <w:t xml:space="preserve">                log.debug("测试批量修改频道弹幕开关成功");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请求服务器端500错误，错误信息见PloyvSdkException.getMessage(),B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closeBarrage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是否关闭弹幕功能 Y：表示关闭 N：表示开启【对应api文档的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closeDanmu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showBarrageInfoEnabled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是否显示弹幕信息开关， Y：表示显示 N：表示不显示【对应api文档的</w:t>
            </w: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showDanmuInfoEnabled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字段】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需要修改弹幕开关的频道号，多个频道号用半角逗号 , 隔开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true为批量修改频道弹幕开关成功，false为批量修改失败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38、查询报名观看记录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查询频道报名观看记录</w:t>
        <w:br/>
        <w:t>接口地址（仅做说明使用）：https://api.polyv.net/live/v3/channel/enroll/list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testGetLiveEnrollList() throws IOException, NoSuchAlgorithmException {</w:t>
        <w:br/>
        <w:t xml:space="preserve">        LiveGetEnrollListRequest liveGetEnrollListRequest = new LiveGetEnrollListRequest();</w:t>
        <w:br/>
        <w:t xml:space="preserve">        LiveGetEnrollListResponse liveGetEnrollListResponse;</w:t>
        <w:br/>
        <w:t xml:space="preserve">        try {</w:t>
        <w:br/>
        <w:t xml:space="preserve">            String channelId = super.createChannel();</w:t>
        <w:br/>
        <w:t xml:space="preserve">            liveGetEnrollListRequest.setChannelId(channelId);</w:t>
        <w:br/>
        <w:t xml:space="preserve">            liveGetEnrollListResponse = new LiveChannelOperateServiceImpl().getLiveEnrollList(liveGetEnrollListRequest);</w:t>
        <w:br/>
        <w:t xml:space="preserve">            Assert.assertNotNull(liveGetEnrollListResponse);</w:t>
        <w:br/>
        <w:t xml:space="preserve">            if (liveGetEnrollListResponse != null) {</w:t>
        <w:br/>
        <w:t xml:space="preserve">                //to do something ......</w:t>
        <w:br/>
        <w:t xml:space="preserve">                log.debug("测试查询报名观看记录成功{}", JSON.toJSONString(liveGetEnrollListResponse));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1、请求正确，返回LiveGetEnrollListResponse对象，B端依据此对象处理业务逻辑；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频道报名审核开关 Y：开启 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报名观看记录【详见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LiveEnrollList参数描述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LiveEnrollList参数描述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hasWatched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是否已观看 Y：是 N：否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promoteId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推广渠道ID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promoteName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推广渠道名称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auditStatus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审核结果 W：未审核 P：已通过 F：已拒绝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LiveEnrollFields参数描述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LiveEnrollFields参数描述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报名信息值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39、查询频道页面装修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查询频道的页面装修设置</w:t>
        <w:br/>
        <w:t>接口地址（仅做说明使用）：https://api.polyv.net/live/v4/channel/decorate/get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testGetChannelDecorate() throws IOException, NoSuchAlgorithmException {</w:t>
        <w:br/>
        <w:t xml:space="preserve">        LiveGetChannelDecorateRequest liveGetChannelDecorateRequest = new LiveGetChannelDecorateRequest();</w:t>
        <w:br/>
        <w:t xml:space="preserve">        LiveGetChannelDecorateResponse liveGetChannelDecorateResponse;</w:t>
        <w:br/>
        <w:t xml:space="preserve">        try {</w:t>
        <w:br/>
        <w:t xml:space="preserve">            String channelId = super.createChannel();</w:t>
        <w:br/>
        <w:t xml:space="preserve">            liveGetChannelDecorateRequest.setChannelId(channelId);</w:t>
        <w:br/>
        <w:t xml:space="preserve">            liveGetChannelDecorateResponse = new LiveChannelOperateServiceImpl().getChannelDecorate(</w:t>
        <w:br/>
        <w:t xml:space="preserve">                    liveGetChannelDecorateRequest);</w:t>
        <w:br/>
        <w:t xml:space="preserve">            Assert.assertNotNull(liveGetChannelDecorateResponse);</w:t>
        <w:br/>
        <w:t xml:space="preserve">            if (liveGetChannelDecorateResponse != null) {</w:t>
        <w:br/>
        <w:t xml:space="preserve">                //to do something ......</w:t>
        <w:br/>
        <w:t xml:space="preserve">                log.debug("测试查询频道页面装修成功{}", JSON.toJSONString(liveGetChannelDecorateResponse));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1、请求正确，返回LiveGetChannelDecorateResponse对象，B端依据此对象处理业务逻辑；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皮肤，black：时尚黑，red：喜庆红，blue：科技蓝，white：经典白，green：薄荷绿，golden：富贵金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aloneWatchLayout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普通直播观看页布局配置(普通:normal,竖屏:portrait)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DecorateChat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装修里聊天对象【详见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DecorateChat参数描述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装修中文直播介绍页对象【详见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DecorateDesc参数描述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中文菜单列表对象【详见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DecorateMenus参数描述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DecoratePlayer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装修播放器对象【详见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DecoratePlayer参数描述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pptMobileWatchLayout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三分屏移动端观看布局,normal:常规直播,portrait:直播带货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DecorateSplash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装修引导页对象【详见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DecorateSplash参数描述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englishSettingEnabled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双语直播间开关，Y：开启，N：关闭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enMenus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英文菜单列表对象【详见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DecorateMenus参数描述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DecorateDescEn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模板-装修英文直播介绍页对象【详见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DecorateDescEn参数描述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DecorateChat参数描述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baseLikes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累计点赞人数 (点赞基数)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chatOnlineNumberEnable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emotionEnabled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情绪直播间开关，情绪开关和点赞开关同时只能开启一个，Y：开启，N：关闭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sendFlowersEnabled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viewerSendImgEnabled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welcomeEnabled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欢迎语开关，Y：开启，N：关闭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提现开关，Y：开启，N：关闭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DecorateDesc参数描述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 -&gt; 封面图片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主持人名称，最大长度50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 -&gt; 直播名称，最大长度100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DecorateMenus参数描述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 desc：直播介绍 chat：互动聊天 quiz：提问 qa：问答 invite：邀请海报 text：图文菜单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DecoratePlayer参数描述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actualPV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实际累计观看次数 (真实次数)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PC背景图片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basePV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基础观看次数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coverJumpUrl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封面(暖场)跳转链接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iconLink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水印链接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iconPosition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图标位置 (水印位置)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水印不透明度，0：完全透明，1：完全不透明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暖场开关，Y：开启，N：关闭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暖场图片地址 (直播封面图)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水印开关,Y：开启，N：关闭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DecorateSplash参数描述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splashImageUrl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DecorateMenus参数描述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 desc：直播介绍 chat：互动聊天 quiz：提问 qa：问答 invite：邀请海报 text：图文菜单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DecorateDescEn参数描述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主持人英文名称，最大长度50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直播英文名称，最大长度100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40、修改频道装修设置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修改频道的页面装修设置</w:t>
        <w:br/>
        <w:t>接口地址（仅做说明使用）：https://api.polyv.net/live/v4/channel/decorate/update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testUpdateChannelDecorate() throws IOException, NoSuchAlgorithmException {</w:t>
        <w:br/>
        <w:t xml:space="preserve">        LiveUpdateChannelDecorateRequest liveUpdateChannelDecorateRequest = new LiveUpdateChannelDecorateRequest();</w:t>
        <w:br/>
        <w:t xml:space="preserve">        Boolean liveUpdateChannelDecorateResponse;</w:t>
        <w:br/>
        <w:t xml:space="preserve">        try {</w:t>
        <w:br/>
        <w:t xml:space="preserve">            String channelId = super.createChannel();</w:t>
        <w:br/>
        <w:t xml:space="preserve">            liveUpdateChannelDecorateRequest.setChannelId(channelId);</w:t>
        <w:br/>
        <w:t xml:space="preserve">            LiveUpdateChannelDecorateRequest.DecorateChat chat = new LiveUpdateChannelDecorateRequest.DecorateChat();</w:t>
        <w:br/>
        <w:t xml:space="preserve">            chat.setBaseLikes(2000)</w:t>
        <w:br/>
        <w:t xml:space="preserve">                    .setChatOnlineNumberEnable(LiveConstant.Flag.YES.getFlag())</w:t>
        <w:br/>
        <w:t xml:space="preserve">                    .setRedPackEnabled(LiveConstant.Flag.YES.getFlag());</w:t>
        <w:br/>
        <w:t xml:space="preserve">            List&lt;LiveUpdateChannelDecorateRequest.DecorateMenus&gt; menus = new ArrayList&lt;&gt;();</w:t>
        <w:br/>
        <w:t xml:space="preserve">            LiveUpdateChannelDecorateRequest.DecorateMenus menu1 = new LiveUpdateChannelDecorateRequest.DecorateMenus();</w:t>
        <w:br/>
        <w:t xml:space="preserve">            LiveUpdateChannelDecorateRequest.DecorateMenus menu2 = new LiveUpdateChannelDecorateRequest.DecorateMenus();</w:t>
        <w:br/>
        <w:t xml:space="preserve">            menu1.setType(LiveConstant.MenuType.DESC.getType()).setName("直播介绍");</w:t>
        <w:br/>
        <w:t xml:space="preserve">            menu2.setType(LiveConstant.MenuType.TEXT.getType()).setName("图文菜单");</w:t>
        <w:br/>
        <w:t xml:space="preserve">            menus.add(menu1);</w:t>
        <w:br/>
        <w:t xml:space="preserve">            menus.add(menu2);</w:t>
        <w:br/>
        <w:t xml:space="preserve">            liveUpdateChannelDecorateRequest.setChat(chat)</w:t>
        <w:br/>
        <w:t xml:space="preserve">                    .setEnglishSettingEnabled(LiveConstant.Flag.NO.getFlag())</w:t>
        <w:br/>
        <w:t xml:space="preserve">                    .setSkin(LiveConstant.Skin.GOLDEN.getValue())</w:t>
        <w:br/>
        <w:t xml:space="preserve">                    .setSplashEnabled(LiveConstant.Flag.YES.getFlag())</w:t>
        <w:br/>
        <w:t xml:space="preserve">                    .setMenus(menus);</w:t>
        <w:br/>
        <w:t xml:space="preserve">            liveUpdateChannelDecorateResponse = new LiveChannelOperateServiceImpl().updateChannelDecorate(</w:t>
        <w:br/>
        <w:t xml:space="preserve">                    liveUpdateChannelDecorateRequest);</w:t>
        <w:br/>
        <w:t xml:space="preserve">            Assert.assertTrue(liveUpdateChannelDecorateResponse);</w:t>
        <w:br/>
        <w:t xml:space="preserve">            if (liveUpdateChannelDecorateResponse) {</w:t>
        <w:br/>
        <w:t xml:space="preserve">                //to do something ......</w:t>
        <w:br/>
        <w:t xml:space="preserve">                log.debug("测试修改频道装修设置成功");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皮肤，black：时尚黑，red：喜庆红，blue：科技蓝，white：经典白，green：薄荷绿，golden：富贵金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DecorateChat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装修里聊天对象【详见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DecorateChat参数描述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DecorateDesc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装修中文直播介绍页对象【详见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DecorateDesc参数描述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中文菜单列表对象【详见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DecorateMenus参数描述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player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DecoratePlayer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装修播放器对象【详见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DecoratePlayer参数描述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DecorateSplash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装修引导页对象【详见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DecorateSplash参数描述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englishSettingEnabled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双语直播间开关，Y：开启，N：关闭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enMenus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英文菜单列表对象【详见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DecorateMenus参数描述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DecorateDescEn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模板-装修英文直播介绍页对象【详见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DecorateDescEn参数描述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DecorateChat参数描述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baseLikes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累计点赞人数 (点赞基数)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chatOnlineNumberEnable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在线人数开关，Y：开启，N：关闭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emotionEnabled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情绪直播间开关，情绪开关和点赞开关同时只能开启一个，Y：开启，N：关闭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redPackEnabled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红包开关，Y：开启，N：关闭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sendFlowersEnabled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点赞开关，Y：开启，N：关闭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viewerSendImgEnabled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发送图片开关，Y：开启，N：关闭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welcomeEnabled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欢迎语开关，Y：开启，N：关闭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withdrawEnabled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提现开关，Y：开启，N：关闭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DecorateDesc参数描述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主持人名称，最大长度50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标题 -&gt; 直播名称，最大长度100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DecorateMenus参数描述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 desc：直播介绍 chat：互动聊天 quiz：提问 qa：问答 invite：邀请海报 text：图文菜单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DecoratePlayer参数描述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actualPV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实际累计观看次数 (真实次数)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backgroundUrl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PC背景图片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basePV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基础观看次数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coverJumpUrl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封面(暖场)跳转链接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iconLink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水印链接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iconPosition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图标位置 (水印位置)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iconUrl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水印图片URL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logoOpacity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水印不透明度，0：完全透明，1：完全不透明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暖场开关，Y：开启，N：关闭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warmUpImageUrl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暖场图片地址 (直播封面图)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watermarkEnabled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水印开关,Y：开启，N：关闭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DecorateSplash参数描述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splashImageUrl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引导页图片地址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DecorateMenus参数描述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菜单类型 desc：直播介绍 chat：互动聊天 quiz：提问 qa：问答 invite：邀请海报 text：图文菜单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DecorateDescEn参数描述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publisher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主持人英文名称，最大长度50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直播英文名称，最大长度100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修改频道装修设置返回实体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41、复制频道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通过一个频道复制出一个新的频道</w:t>
        <w:br/>
        <w:t>接口地址（仅做说明使用）：https://api.polyv.net/live/v3/channel/basic/copy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testCopyChannel() throws Exception {</w:t>
        <w:br/>
        <w:t xml:space="preserve">        LiveChannelCopyRequest liveChannelCopyRequest = new LiveChannelCopyRequest();</w:t>
        <w:br/>
        <w:t xml:space="preserve">        LiveChannelCopyResponse liveChannelCopyResponse;</w:t>
        <w:br/>
        <w:t xml:space="preserve">        try {</w:t>
        <w:br/>
        <w:t xml:space="preserve">            String channelId = super.getAloneNewChannelId();</w:t>
        <w:br/>
        <w:t xml:space="preserve">            liveChannelCopyRequest.setChannelId(channelId).setName("sdk测试复制频道");</w:t>
        <w:br/>
        <w:t xml:space="preserve">            liveChannelCopyResponse = new LiveChannelOperateServiceImpl().copyChannel(liveChannelCopyRequest);</w:t>
        <w:br/>
        <w:t xml:space="preserve">            Assert.assertNotNull(liveChannelCopyResponse);</w:t>
        <w:br/>
        <w:t xml:space="preserve">            if (liveChannelCopyResponse != null) {</w:t>
        <w:br/>
        <w:t xml:space="preserve">                //to do something ......</w:t>
        <w:br/>
        <w:t xml:space="preserve">                log.debug("测试复制频道成功 {}", JSON.toJSONString(liveChannelCopyResponse));</w:t>
        <w:br/>
        <w:t xml:space="preserve">                //TODO 此处创建完成后删除了频道，正式使用需删除该语句</w:t>
        <w:br/>
        <w:t xml:space="preserve">                super.deleteChannel(liveChannelCopyResponse.getChannelId());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1、请求正确，返回LiveChannelCopyResponse对象，B端依据此对象处理业务逻辑；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需要复制频道的频道号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新的频道名称，默认为复制频道的频道名称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categoryId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新的频道所属分类ID，默认为默认分类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频道开始时间，格式：yyyy-MM-DD HH:mm:ss，默认为复制频道的开始时间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42、批量修改频道皮肤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批量修改频道装修皮肤</w:t>
        <w:br/>
        <w:t>接口地址（仅做说明使用）：https://api.polyv.net/live/v4/channel/decorate/skin/update-batch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testUpdateChannelSkin() throws IOException, NoSuchAlgorithmException {</w:t>
        <w:br/>
        <w:t xml:space="preserve">        LiveUpdateChannelSkinRequest liveUpdateChannelSkinRequest = new LiveUpdateChannelSkinRequest();</w:t>
        <w:br/>
        <w:t xml:space="preserve">        Boolean liveUpdateChannelSkinResponse;</w:t>
        <w:br/>
        <w:t xml:space="preserve">        try {</w:t>
        <w:br/>
        <w:t xml:space="preserve">            String channelIds = String.format("%s,%s", super.getAloneChannelId(), super.createChannel());</w:t>
        <w:br/>
        <w:t xml:space="preserve">            liveUpdateChannelSkinRequest.setChannelIds(channelIds).setSkin("red");</w:t>
        <w:br/>
        <w:t xml:space="preserve">            liveUpdateChannelSkinResponse = new LiveChannelOperateServiceImpl().updateChannelSkin(</w:t>
        <w:br/>
        <w:t xml:space="preserve">                    liveUpdateChannelSkinRequest);</w:t>
        <w:br/>
        <w:t xml:space="preserve">            Assert.assertTrue(liveUpdateChannelSkinResponse);</w:t>
        <w:br/>
        <w:t xml:space="preserve">            if (liveUpdateChannelSkinResponse) {</w:t>
        <w:br/>
        <w:t xml:space="preserve">                //to do something ......</w:t>
        <w:br/>
        <w:t xml:space="preserve">                log.debug("测试批量修改频道皮肤成功");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用英文逗号隔开的频道号，如：10000,100001 最多10000个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skin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皮肤 black：时尚黑 red：喜庆红 blue：科技蓝 white：经典白 green：薄荷绿 golden：富贵金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批量修改频道皮肤返回实体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43、获取频道关注公众号设置信息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查询关注公众号设置接口</w:t>
        <w:br/>
        <w:t>接口地址（仅做说明使用）：https://api.polyv.net/live/v3/channel/promotion/list-channels-follow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testListChannelsFollow() throws IOException, NoSuchAlgorithmException {</w:t>
        <w:br/>
        <w:t xml:space="preserve">        LiveListChannelsFollowRequest liveListChannelsFollowRequest = new LiveListChannelsFollowRequest();</w:t>
        <w:br/>
        <w:t xml:space="preserve">        LiveListChannelsFollowResponse liveListChannelsFollowResponse;</w:t>
        <w:br/>
        <w:t xml:space="preserve">        try {</w:t>
        <w:br/>
        <w:t xml:space="preserve">            String channelId = super.createChannel();</w:t>
        <w:br/>
        <w:t xml:space="preserve">            liveListChannelsFollowRequest.setChannelIds(channelId);</w:t>
        <w:br/>
        <w:t xml:space="preserve">            liveListChannelsFollowResponse = new LiveChannelOperateServiceImpl().listChannelsFollow(</w:t>
        <w:br/>
        <w:t xml:space="preserve">                    liveListChannelsFollowRequest);</w:t>
        <w:br/>
        <w:t xml:space="preserve">            Assert.assertNotNull(liveListChannelsFollowResponse);</w:t>
        <w:br/>
        <w:t xml:space="preserve">            if (liveListChannelsFollowResponse != null) {</w:t>
        <w:br/>
        <w:t xml:space="preserve">                //to do something ......</w:t>
        <w:br/>
        <w:t xml:space="preserve">                log.debug("测试获取频道关注公众号设置信息成功 {}", JSON.toJSONString(liveListChannelsFollowResponse));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1、请求正确，返回LiveListChannelsFollowResponse对象，B端依据此对象处理业务逻辑；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频道号,多个频道用“,”分隔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关注公众号设置列表【详见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ChannelsFollow参数描述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ChannelsFollow参数描述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关注公众号功能开关，开启Y、关闭N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autoShowEnabled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主动弹窗开关，开启Y、关闭N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二维码图片链接地址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entranceText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入口文案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弹窗提示文案</w:t>
            </w:r>
          </w:p>
        </w:tc>
      </w:tr>
    </w:tbl>
    <w:p>
      <w:pPr>
        <w:spacing w:after="40"/>
      </w:pP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44、修改频道关注公众号设置信息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更新关注公众号设置接口</w:t>
        <w:br/>
        <w:t>接口地址（仅做说明使用）：https://api.polyv.net/live/v3/channel/promotion/update-channels-follow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testUpdateChannelsFollow() throws IOException, NoSuchAlgorithmException {</w:t>
        <w:br/>
        <w:t xml:space="preserve">        LiveUpdateChannelsFollowRequest liveUpdateChannelsFollowRequest = new LiveUpdateChannelsFollowRequest();</w:t>
        <w:br/>
        <w:t xml:space="preserve">        Boolean liveUpdateChannelsFollowResponse;</w:t>
        <w:br/>
        <w:t xml:space="preserve">        try {</w:t>
        <w:br/>
        <w:t xml:space="preserve">            String channelId = super.createChannel();</w:t>
        <w:br/>
        <w:t xml:space="preserve">            liveUpdateChannelsFollowRequest.setChannelIds(channelId);</w:t>
        <w:br/>
        <w:t xml:space="preserve">            liveUpdateChannelsFollowRequest.setEnabled("Y");</w:t>
        <w:br/>
        <w:t xml:space="preserve">            liveUpdateChannelsFollowRequest.setAutoShowEnabled("Y");</w:t>
        <w:br/>
        <w:t xml:space="preserve">            liveUpdateChannelsFollowRequest.setEntranceText("welcome");</w:t>
        <w:br/>
        <w:t xml:space="preserve">            liveUpdateChannelsFollowRequest.setTips("tips");</w:t>
        <w:br/>
        <w:t xml:space="preserve">            liveUpdateChannelsFollowRequest.setQrCodeUrl(</w:t>
        <w:br/>
        <w:t xml:space="preserve">                    "https://wwwimg.polyv.net/assets/dist/images/web3.0/c-footer/ft-wechat-qrcode.png");</w:t>
        <w:br/>
        <w:t xml:space="preserve">            liveUpdateChannelsFollowResponse = new LiveChannelOperateServiceImpl().updateChannelsFollow(</w:t>
        <w:br/>
        <w:t xml:space="preserve">                    liveUpdateChannelsFollowRequest);</w:t>
        <w:br/>
        <w:t xml:space="preserve">            Assert.assertNotNull(liveUpdateChannelsFollowResponse);</w:t>
        <w:br/>
        <w:t xml:space="preserve">            if (liveUpdateChannelsFollowResponse != null) {</w:t>
        <w:br/>
        <w:t xml:space="preserve">                //to do something ......</w:t>
        <w:br/>
        <w:t xml:space="preserve">                log.debug("测试修改频道关注公众号设置信息成功 {}", JSON.toJSONString(liveUpdateChannelsFollowResponse));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频道号，多个频道用“,”分隔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qrCodeUrl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图片链接地址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关注公众号功能开关，为空不进行修改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autoShowEnabled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主动弹窗开关，为空不进行修改 Y：开启 N：关闭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entranceText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入口文案，最大8个字符、为空是不进行修改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tips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弹窗提示文案，最大30个字符、为空是不进行修改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true为修改成功，false为返回失败</w:t>
      </w:r>
    </w:p>
    <w:p/>
    <w:p>
      <w:r>
        <w:rPr>
          <w:rFonts w:ascii="Source Han Sans SC" w:hAnsi="Source Han Sans SC" w:eastAsia="Source Han Sans SC" w:cs="Source Han Sans SC" w:hint="eastAsia"/>
          <w:sz w:val="21"/>
        </w:rPr>
        <w:t>------------------</w:t>
      </w:r>
    </w:p>
    <w:p/>
    <w:p>
      <w:pPr>
        <w:pStyle w:val="Heading1"/>
      </w:pPr>
      <w:r>
        <w:t>45、批量删除频道多条聊天记录</w:t>
      </w:r>
    </w:p>
    <w:p>
      <w:pPr>
        <w:pStyle w:val="Heading2"/>
      </w:pPr>
      <w:r>
        <w:t>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根据聊天的id删除对应聊天记录</w:t>
        <w:br/>
        <w:t>接口地址（仅做说明使用）：https://api.polyv.net/live/v3/channel/chat/remove-contents</w:t>
      </w:r>
    </w:p>
    <w:p>
      <w:pPr>
        <w:pStyle w:val="Heading2"/>
      </w:pPr>
      <w:r>
        <w:t>调用约束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  <w:r>
        <w:rPr>
          <w:rFonts w:ascii="Source Han Sans SC" w:hAnsi="Source Han Sans SC" w:eastAsia="Source Han Sans SC" w:cs="Source Han Sans SC" w:hint="eastAsia"/>
          <w:sz w:val="21"/>
        </w:rPr>
        <w:t>，调用常见异常，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单元测试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ab/>
        <w:t>@Test</w:t>
        <w:br/>
        <w:tab/>
        <w:t>public void testRemoveChatContents() throws IOException, NoSuchAlgorithmException {</w:t>
        <w:br/>
        <w:t xml:space="preserve">        LiveRemoveChatContentsRequest liveRemoveChatContentsRequest = new LiveRemoveChatContentsRequest();</w:t>
        <w:br/>
        <w:t xml:space="preserve">        Boolean liveRemoveChatContentsResponse;</w:t>
        <w:br/>
        <w:t xml:space="preserve">        try {</w:t>
        <w:br/>
        <w:t xml:space="preserve">            String channelId = super.createChannel();</w:t>
        <w:br/>
        <w:t xml:space="preserve">            liveRemoveChatContentsRequest.setChannelId(channelId);</w:t>
        <w:br/>
        <w:t xml:space="preserve">            liveRemoveChatContentsRequest.setIds("c71c7240-86cd-11eb-a963-e9bab7dc4d86");</w:t>
        <w:br/>
        <w:t xml:space="preserve">            liveRemoveChatContentsResponse = new LiveChannelOperateServiceImpl().removeChatContents(</w:t>
        <w:br/>
        <w:t xml:space="preserve">                    liveRemoveChatContentsRequest);</w:t>
        <w:br/>
        <w:t xml:space="preserve">            Assert.assertNotNull(liveRemoveChatContentsResponse);</w:t>
        <w:br/>
        <w:t xml:space="preserve">            if (liveRemoveChatContentsResponse != null) {</w:t>
        <w:br/>
        <w:t xml:space="preserve">                //to do something ......</w:t>
        <w:br/>
        <w:t xml:space="preserve">                log.debug("测试批量删除频道多条聊天记录成功 {}", JSON.toJSONString(liveRemoveChatContentsResponse));</w:t>
        <w:br/>
        <w:t xml:space="preserve">            }</w:t>
        <w:br/>
        <w:t xml:space="preserve">        } catch (PloyvSdkException e) {</w:t>
        <w:br/>
        <w:t xml:space="preserve">            //参数校验不合格 或者 请求服务器端500错误，错误信息见PloyvSdkException.getMessage()</w:t>
        <w:br/>
        <w:t xml:space="preserve">            log.error(e.getMessage(), e);</w:t>
        <w:br/>
        <w:t xml:space="preserve">            // 异常返回做B端异常的业务逻辑，记录log 或者 上报到ETL 或者回滚事务</w:t>
        <w:br/>
        <w:t xml:space="preserve">            throw e;</w:t>
        <w:br/>
        <w:t xml:space="preserve">        } catch (Exception e) {</w:t>
        <w:br/>
        <w:t xml:space="preserve">            log.error("SDK调用异常", e);</w:t>
        <w:br/>
        <w:t xml:space="preserve">            throw e;</w:t>
        <w:br/>
        <w:t xml:space="preserve">        }</w:t>
        <w:br/>
        <w:t xml:space="preserve">    }</w:t>
      </w:r>
    </w:p>
    <w:p>
      <w:pPr>
        <w:pStyle w:val="Heading2"/>
      </w:pPr>
      <w:r>
        <w:t>单元测试说明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1、请求正确，返回Boolean对象，B端依据此对象处理业务逻辑；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2、请求参数校验不合格，抛出PloyvSdkException，错误信息见PloyvSdkException.getMessage()，如 [ 输入参数 [xxx.chat.LivexxxRequest]对象校验失败，失败字段 [pic不能为空 / msg不能为空] 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3、服务器处理异常，抛出PloyvSdkException，错误信息见PloyvSdkException.getMessage()，如 [ 保利威请求返回数据错误，请求流水号：66e7ad29fd04425a84c2b2b562d2025b，错误原因： invalid signature. ]</w:t>
      </w:r>
    </w:p>
    <w:p>
      <w:pPr>
        <w:pStyle w:val="Heading2"/>
      </w:pPr>
      <w:r>
        <w:t>请求入参描述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聊天记录对应的id(多个id使用英文逗号隔开)，该参数获取自【查询频道聊天记录】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POLYV用户APP_ID，多账号调用时该参数必填（即调用了initMultiAccount()设置多账号调用），通过注册保利威官网获取，路径：官网-&gt;登录-&gt;直播（开发设置）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POLYV用户APP_SECRET，多账号调用时该参数必填（即调用了initMultiAccount()设置多账号调用），通过注册保利威官网获取，路径：官网-&gt;登录-&gt;直播（开发设置）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2"/>
      </w:pPr>
      <w:r>
        <w:t>返回对象描述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true为删除成功，false为删除失败</w:t>
      </w:r>
    </w:p>
    <w:p/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channelOperate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