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channelDoc</w:t>
      </w:r>
    </w:p>
    <w:p>
      <w:pPr>
        <w:pStyle w:val="Heading1"/>
      </w:pPr>
      <w:r>
        <w:t>1、上传频道文档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上传频道文档</w:t>
        <w:br/>
        <w:t>接口地址（仅做说明使用）：https://api.polyv.net/live/v3/channel/document/upload-doc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2、上传的文件不超过200M，格式限制为（ppt， pdf，pptx，doc，docx，wps，xls，xlsx）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3、file和url只需要传递其中一个，如果传递了url和file，以file字段为准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testCreateChannelDoc() throws Exception, NoSuchAlgorithmException {</w:t>
        <w:br/>
        <w:t xml:space="preserve">        LiveCreateChannelDocRequest liveCreateChannelDocRequest = new LiveCreateChannelDocRequest();</w:t>
        <w:br/>
        <w:t xml:space="preserve">        LiveCreateChannelDocResponse liveCreateChannelDocResponse;</w:t>
        <w:br/>
        <w:t xml:space="preserve">        try {</w:t>
        <w:br/>
        <w:t xml:space="preserve">            String path = getClass().getResource("/file/PPT.pptx").getPath();</w:t>
        <w:br/>
        <w:t xml:space="preserve">            liveCreateChannelDocRequest.setChannelId(super.createChannel())</w:t>
        <w:br/>
        <w:t xml:space="preserve">                    .setType("common")</w:t>
        <w:br/>
        <w:t>//                    .setFile(new File(path))</w:t>
        <w:br/>
        <w:t xml:space="preserve">                    .setUrl("https://help.polyv.net/third_res/PPT.pptx")</w:t>
        <w:br/>
        <w:t xml:space="preserve">                    .setDocName("唐诗三百首")</w:t>
        <w:br/>
        <w:t xml:space="preserve">                    .setCallbackUrl("http://www.baidu.com/callback");</w:t>
        <w:br/>
        <w:t xml:space="preserve">            liveCreateChannelDocResponse = new LiveChannelDocServiceImpl().createChannelDoc(</w:t>
        <w:br/>
        <w:t xml:space="preserve">                    liveCreateChannelDocRequest);</w:t>
        <w:br/>
        <w:t xml:space="preserve">            Assert.assertNotNull(liveCreateChannelDocResponse);</w:t>
        <w:br/>
        <w:t xml:space="preserve">            if (liveCreateChannelDocResponse != null) {</w:t>
        <w:br/>
        <w:t xml:space="preserve">                //to do something ......</w:t>
        <w:br/>
        <w:t xml:space="preserve">                log.debug("测试上传频道文档成功，{}", liveCreateChannelDocResponse);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请求服务器端500错误，错误信息见PloyvSdkException.getMessage(),B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1、请求正确，返回LiveCreateChannelDocResponse对象，B端依据此对象处理业务逻辑；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转换类型（‘common’：转普通图片， ‘animate’：转动画效果）默认不传转普通，因为只有ppt，pptx可以转动画，其他类型文件会自动转成普通；文件转动画转失败会直接把类型转为普通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上传的文件不超过200M，格式限制为（ppt， pdf，pptx，doc，docx，wps, xls，xlsx）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docName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文档名称（不传默认使用ppt上传的文件获取到的文件名作为文档名称，文档名称不得超过100个字符）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callbackUrl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文档上传转换成功回调地址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文件地址url（需要可访问的地址），file和url只需要传递其中一个，如果传递了url和file，以file字段为准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成功时返回文件ID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成功时返回文件记录自增标识id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转换类型（common：转普通图片，animate：转动画效果）只有ppt，pptx会转动画，其中会自动转成普通，转动画转失败也会直接把类型转为普通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文件转换状态（normal：正常,waitConvert:转换PPT中,failConvert:转换PPT失败）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2、查询频道文档转换状态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查询频道文档转换状态</w:t>
        <w:br/>
        <w:t>接口地址（仅做说明使用）：https://api.polyv.net/live/v3/channel/document/status/get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testGetChannelDocStatus() throws Exception, NoSuchAlgorithmException {</w:t>
        <w:br/>
        <w:t xml:space="preserve">        LiveChannelDocStatusRequest liveChannelDocStatusRequest = new LiveChannelDocStatusRequest();</w:t>
        <w:br/>
        <w:t xml:space="preserve">        LiveChannelDocStatusResponse liveChannelDocStatusResponse;</w:t>
        <w:br/>
        <w:t xml:space="preserve">        try {</w:t>
        <w:br/>
        <w:t xml:space="preserve">            String channelId = super.createChannel();</w:t>
        <w:br/>
        <w:t xml:space="preserve">            liveChannelDocStatusRequest.setChannelId(channelId)</w:t>
        <w:br/>
        <w:t xml:space="preserve">                    .setFileId("c2d585857870f4eff024976e3a265c0b1965681common," +</w:t>
        <w:br/>
        <w:t xml:space="preserve">                            "6e0603f6c8ec6113b87f69a7191d22021965681common");</w:t>
        <w:br/>
        <w:t xml:space="preserve">            liveChannelDocStatusResponse = new LiveChannelDocServiceImpl().getChannelDocStatus(</w:t>
        <w:br/>
        <w:t xml:space="preserve">                    liveChannelDocStatusRequest);</w:t>
        <w:br/>
        <w:t xml:space="preserve">            Assert.assertNotNull(liveChannelDocStatusResponse);</w:t>
        <w:br/>
        <w:t xml:space="preserve">            if (liveChannelDocStatusResponse != null) {</w:t>
        <w:br/>
        <w:t xml:space="preserve">                //to do something ......</w:t>
        <w:br/>
        <w:t xml:space="preserve">                log.debug("测试查询频道文档转换状态成功，{}", JSON.toJSONString(liveChannelDocStatusResponse));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请求服务器端500错误，错误信息见PloyvSdkException.getMessage(),B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1、请求正确，返回LiveChannelDocStatusResponse对象，B端依据此对象处理业务逻辑；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文件ID，(如果有多个，可以用英文逗号隔开拼接成字符串)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channelDocStatuses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频道文档列表转换信息【详见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ChannelDocStatus参数描述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ChannelDocStatus参数描述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convertStatus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转换状态. (“normal”：正常。”failUpload“： 上传失败。“waitConvert”： 转换PPT中。“failConvert”： 转换失败，失败原因会返回在data[0].errorMsg字段中展示）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errorMsg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错误信息（转换失败原因，convertStatus=“failConvert” 返回）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总页数（convertStatus=“normal” 返回）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大图地址数组，(convertStatus=“normal” 返回)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smallImages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小图地址数组，(convertStatus=“normal” 返回)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大图图片数量，(convertStatus=“normal” 返回)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htmlUrl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动画PPT地址，（convertStatus=“normal” 返回)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文件ID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3、获取频道文档列表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获取频道文档列表</w:t>
        <w:br/>
        <w:t>接口地址（仅做说明使用）：https://api.polyv.net/live/v3/channel/document/doc-list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testListChannelDoc() throws Exception, NoSuchAlgorithmException {</w:t>
        <w:br/>
        <w:t xml:space="preserve">        LiveListChannelDocRequest liveListChannelDocRequest = new LiveListChannelDocRequest();</w:t>
        <w:br/>
        <w:t xml:space="preserve">        LiveListChannelDocResponse liveListChannelDocResponse;</w:t>
        <w:br/>
        <w:t xml:space="preserve">        try {</w:t>
        <w:br/>
        <w:t xml:space="preserve">            String channelId = super.createChannel();</w:t>
        <w:br/>
        <w:t xml:space="preserve">            liveListChannelDocRequest.setChannelId(channelId).setIsShowUrl("Y").setStatus(null);</w:t>
        <w:br/>
        <w:t xml:space="preserve">            liveListChannelDocResponse = new LiveChannelDocServiceImpl().listChannelDoc(liveListChannelDocRequest);</w:t>
        <w:br/>
        <w:t xml:space="preserve">            Assert.assertNotNull(liveListChannelDocResponse);</w:t>
        <w:br/>
        <w:t xml:space="preserve">            if (liveListChannelDocResponse != null) {</w:t>
        <w:br/>
        <w:t xml:space="preserve">                //to do something ......</w:t>
        <w:br/>
        <w:t xml:space="preserve">                log.debug("测试获取频道文档列表成功，{}", JSON.toJSONString(liveListChannelDocResponse));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请求服务器端500错误，错误信息见PloyvSdkException.getMessage(),B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1、请求正确，返回LiveListChannelDocResponse对象，B端依据此对象处理业务逻辑；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文档状态，不传查询所有（“normal”：正常，“waitUpload”：等待上传,failUpload：上传失败，waitConvert:转换PPT中,failConvert:转换PPT失败）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isShowUrl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是否展示PPT原文件地址，Y：是；N：否；默认为N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页数，默认为1【对应api文档的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limit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频道文档【详见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ChannelDoc参数描述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totalPages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ChannelDoc参数描述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文档ID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文件url(isShowUrl为'Y'的时候返回文件地址)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文件类型，如：.pdf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ppt转换状态（“normal”：正常，“waitUpload”：等待上传,failUpload：上传失败，waitConvert:转换PPT中,failConvert:转换PPT失败）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convertType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转换类型（common：普通PPT，animate：动画PPT）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类型，区分旧版PPT还是新版PPT，新版值为“new”，旧版值为“old”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previewImage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ppt预览小图地址，如：http://doc-2.polyv.net/x/xxx_0.jpeg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4、删除频道文档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删除频道文档</w:t>
        <w:br/>
        <w:t>接口地址（仅做说明使用）：https://api.polyv.net/live/v3/channel/document/delete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testDeleteChannelDoc() throws Exception, NoSuchAlgorithmException {</w:t>
        <w:br/>
        <w:t xml:space="preserve">        LiveDeleteChannelDocRequest liveDeleteChannelDocRequest = new LiveDeleteChannelDocRequest();</w:t>
        <w:br/>
        <w:t xml:space="preserve">        Boolean liveDeleteChannelDocResponse;</w:t>
        <w:br/>
        <w:t xml:space="preserve">        try {</w:t>
        <w:br/>
        <w:t xml:space="preserve">            String channelId = super.createChannel();</w:t>
        <w:br/>
        <w:t xml:space="preserve">            liveDeleteChannelDocRequest.setChannelId(channelId)</w:t>
        <w:br/>
        <w:t xml:space="preserve">                    .setFileId("6897d12bd284dd1e9b8b8534b6af91c31965681common")</w:t>
        <w:br/>
        <w:t xml:space="preserve">                    .setType("new");</w:t>
        <w:br/>
        <w:t xml:space="preserve">            liveDeleteChannelDocResponse = new LiveChannelDocServiceImpl().deleteChannelDoc(</w:t>
        <w:br/>
        <w:t xml:space="preserve">                    liveDeleteChannelDocRequest);</w:t>
        <w:br/>
        <w:t xml:space="preserve">            Assert.assertTrue(liveDeleteChannelDocResponse);</w:t>
        <w:br/>
        <w:t xml:space="preserve">            if (liveDeleteChannelDocResponse) {</w:t>
        <w:br/>
        <w:t xml:space="preserve">                //to do something ......</w:t>
        <w:br/>
        <w:t xml:space="preserve">                log.debug("测试删除频道文档成功");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请求服务器端500错误，错误信息见PloyvSdkException.getMessage(),B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文件ID，(如果有多个，可以用英文逗号隔开拼接成字符串)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旧版文件类型，old：旧版，new：新版【这个值可以从文档列表接口返回数据的type（类型）中获得】【多个文件需要删除，请按照fileId顺序对应ppt新旧类型，用英文逗号隔开拼接成字符串)，type中的类型数量必须跟fileId中的包含的ID数量一致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true为删除文档成功，false为删除文档失败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5、讲师文档关系管理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开启了“讲义库”功能后（如需开通请联系售后），通过此接口将讲师和公共讲义库中的文档关联起来，从而实现在不需要重复上传的情况下，多个讲师共用同一份文档</w:t>
        <w:br/>
        <w:t>接口地址（仅做说明使用）：https://api.polyv.net/live/v4/channel/doc/teacher/update-relation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testUpdateTeacherDocRelation() throws IOException, NoSuchAlgorithmException {</w:t>
        <w:br/>
        <w:t xml:space="preserve">        LiveTeacherDocRelationRequest liveTeacherDocRelationRequest = new LiveTeacherDocRelationRequest();</w:t>
        <w:br/>
        <w:t xml:space="preserve">        Boolean liveTeacherDocRelationResponse;</w:t>
        <w:br/>
        <w:t xml:space="preserve">        try {</w:t>
        <w:br/>
        <w:t xml:space="preserve">            liveTeacherDocRelationRequest.setTeacherId("4047763")</w:t>
        <w:br/>
        <w:t xml:space="preserve">                    .setFileIds("702eaad1e22b218b79285eab77410af84047763common")</w:t>
        <w:br/>
        <w:t xml:space="preserve">                    .setOperation(2);</w:t>
        <w:br/>
        <w:t xml:space="preserve">            liveTeacherDocRelationResponse = new LiveChannelDocServiceImpl().UpdateTeacherDocRelation(</w:t>
        <w:br/>
        <w:t xml:space="preserve">                    liveTeacherDocRelationRequest);</w:t>
        <w:br/>
        <w:t xml:space="preserve">            Assert.assertNotNull(liveTeacherDocRelationResponse);</w:t>
        <w:br/>
        <w:t xml:space="preserve">            if (liveTeacherDocRelationResponse != null) {</w:t>
        <w:br/>
        <w:t xml:space="preserve">                //to do something ......</w:t>
        <w:br/>
        <w:t xml:space="preserve">                log.debug("测试讲师文档关系管理成功 {}", JSON.toJSONString(liveTeacherDocRelationResponse));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操作， 1：新增绑定关系，若绑定关系已经存在，则不再新增，只更新关联时间，查询列表时默认会根据此关联时间倒序排序 2：解除绑定关系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讲师ID，32个以内ASCII码可见字符，系【创建频道接口】或【更新频道接口】所传入的 customTeacherId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文档ID，多个文档ID以,分隔，一次最多传入100个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true为关系修改成功，false为关系修改失败</w:t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channelDoc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