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channelDistribute</w:t>
      </w:r>
    </w:p>
    <w:p>
      <w:pPr>
        <w:pStyle w:val="Heading1"/>
      </w:pPr>
      <w:r>
        <w:t>1、查询分发地址信息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查询分发地址信息</w:t>
        <w:br/>
        <w:t>接口地址（仅做说明使用）：https://api.polyv.net/live/v4/channel/distribute/list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testListChannelDistribute() throws IOException, NoSuchAlgorithmException {</w:t>
        <w:br/>
        <w:t xml:space="preserve">        LiveChannelDistributeListRequest liveChannelDistributeListRequest = new LiveChannelDistributeListRequest();</w:t>
        <w:br/>
        <w:t xml:space="preserve">        LiveChannelDistributeListResponse liveChannelDistributeListResponse;</w:t>
        <w:br/>
        <w:t xml:space="preserve">        try {</w:t>
        <w:br/>
        <w:t xml:space="preserve">            liveChannelDistributeListRequest.setChannelId(super.getAloneChannelId());</w:t>
        <w:br/>
        <w:t xml:space="preserve">            liveChannelDistributeListResponse = new LiveChannelDistributeServiceImpl().listChannelDistribute(</w:t>
        <w:br/>
        <w:t xml:space="preserve">                    liveChannelDistributeListRequest);</w:t>
        <w:br/>
        <w:t xml:space="preserve">            Assert.assertNotNull(liveChannelDistributeListResponse);</w:t>
        <w:br/>
        <w:t xml:space="preserve">            if (liveChannelDistributeListResponse != null) {</w:t>
        <w:br/>
        <w:t xml:space="preserve">                //to do something ......</w:t>
        <w:br/>
        <w:t xml:space="preserve">                log.debug("测试查询分发地址信息成功 {}", JSON.toJSONString(liveChannelDistributeListResponse));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1、请求正确，返回LiveChannelDistributeListResponse对象，B端依据此对象处理业务逻辑；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分发ID，以英文逗号分割，不传默认查询频道下全部分发地址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distributeEnable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频道分发直播总开关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分发地址响应对象列表【详见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ChannelDistribute参数描述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ChannelDistribute参数描述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云分发ID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分发地址名称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distributeLiveCode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分发直播开关 Y：打开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connectionStatus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连接状态 completed：已结束 processing：转推中 waiting：等待连接中 error：转推失败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2、批量添加分发地址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批量添加分发地址</w:t>
        <w:br/>
        <w:t>接口地址（仅做说明使用）：https://api.polyv.net/live/v4/channel/distribute/create-batch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2、只有纯视频、纯视频-极速（原大班课）直播模板的频道支持云分发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3、账号需要开通云分发功能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4、云分发地址个数上限：15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testCreateChannelDistribute() throws IOException, NoSuchAlgorithmException {</w:t>
        <w:br/>
        <w:t xml:space="preserve">        LiveChannelDistributeCreateRequest liveChannelDistributeCreateRequest =</w:t>
        <w:br/>
        <w:t xml:space="preserve">                new LiveChannelDistributeCreateRequest();</w:t>
        <w:br/>
        <w:t xml:space="preserve">        Boolean liveChannelDistributeCreateResponse;</w:t>
        <w:br/>
        <w:t xml:space="preserve">        try {</w:t>
        <w:br/>
        <w:t xml:space="preserve">            String channelId = super.getAloneNewChannelId();</w:t>
        <w:br/>
        <w:t xml:space="preserve">            LiveChannelDistributeCreateRequest.CreateDistribute createDistribute =</w:t>
        <w:br/>
        <w:t xml:space="preserve">                    new LiveChannelDistributeCreateRequest.CreateDistribute();</w:t>
        <w:br/>
        <w:t xml:space="preserve">            createDistribute.setName("SDK测试云分发")</w:t>
        <w:br/>
        <w:t xml:space="preserve">                    .setDistributeUrl("rtmp://xx.xxx")</w:t>
        <w:br/>
        <w:t xml:space="preserve">                    .setDistributeLiveCode(super.getRandomString(6))</w:t>
        <w:br/>
        <w:t xml:space="preserve">                    .setStatus(LiveConstant.Flag.YES.getFlag());</w:t>
        <w:br/>
        <w:t xml:space="preserve">            liveChannelDistributeCreateRequest.setChannelId(channelId).setContents(Arrays.asList(createDistribute));</w:t>
        <w:br/>
        <w:t xml:space="preserve">            liveChannelDistributeCreateResponse = new LiveChannelDistributeServiceImpl().createChannelDistribute(</w:t>
        <w:br/>
        <w:t xml:space="preserve">                    liveChannelDistributeCreateRequest);</w:t>
        <w:br/>
        <w:t xml:space="preserve">            Assert.assertTrue(liveChannelDistributeCreateResponse);</w:t>
        <w:br/>
        <w:t xml:space="preserve">            if (liveChannelDistributeCreateResponse) {</w:t>
        <w:br/>
        <w:t xml:space="preserve">                //to do something ......</w:t>
        <w:br/>
        <w:t xml:space="preserve">                log.debug("测试批量添加分发地址成功");</w:t>
        <w:br/>
        <w:t xml:space="preserve">                //TODO 此处创建完成后删除了分发地址，正式使用需删除该语句</w:t>
        <w:br/>
        <w:t xml:space="preserve">                super.deleteChannelDistribute(channelId, getChannelDistributeId(channelId));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分发地址请求对象列表【详见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CreateDistribute参数描述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CreateDistribute参数描述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分发地址名称，长度不能超过20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推流地址（不可存在相同的推流地址），例：rtmp://polyv.net，需满足正则：(^([rR][tT][mM][pP]://)([\w-]+.)+[\w-]+(/[\w-./?%#&amp;=]*)?$)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distributeLiveCode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分发直播推流开关，不传则默认关闭 Y：打开 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批量添加分发地址返回实体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3、批量修改分分发地址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修改分发地址</w:t>
        <w:br/>
        <w:t>接口地址（仅做说明使用）：https://api.polyv.net/live/v4/channel/distribute/update-batch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2、分发推流中不可修改推流地址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testUpdateChannelDistribute() throws IOException, NoSuchAlgorithmException {</w:t>
        <w:br/>
        <w:t xml:space="preserve">        LiveChannelDistributeUpdateRequest liveChannelDistributeUpdateRequest =</w:t>
        <w:br/>
        <w:t xml:space="preserve">                new LiveChannelDistributeUpdateRequest();</w:t>
        <w:br/>
        <w:t xml:space="preserve">        Boolean liveChannelDistributeUpdateResponse;</w:t>
        <w:br/>
        <w:t xml:space="preserve">        try {</w:t>
        <w:br/>
        <w:t xml:space="preserve">            String channelId = super.getAloneNewChannelId();</w:t>
        <w:br/>
        <w:t xml:space="preserve">            LiveChannelDistributeUpdateRequest.UpdateDistribute updateDistribute =</w:t>
        <w:br/>
        <w:t xml:space="preserve">                    new LiveChannelDistributeUpdateRequest.UpdateDistribute();</w:t>
        <w:br/>
        <w:t xml:space="preserve">            updateDistribute.setId(super.getChannelDistributeId(channelId))</w:t>
        <w:br/>
        <w:t xml:space="preserve">                    .setName("SDK测试修改云分发")</w:t>
        <w:br/>
        <w:t xml:space="preserve">                    .setDistributeUrl("rtmp://xxxx.xxx")</w:t>
        <w:br/>
        <w:t xml:space="preserve">                    .setDistributeLiveCode(super.getRandomString(6));</w:t>
        <w:br/>
        <w:t xml:space="preserve">            liveChannelDistributeUpdateRequest.setChannelId(channelId).setContents(Arrays.asList(updateDistribute));</w:t>
        <w:br/>
        <w:t xml:space="preserve">            liveChannelDistributeUpdateResponse = new LiveChannelDistributeServiceImpl().updateChannelDistribute(</w:t>
        <w:br/>
        <w:t xml:space="preserve">                    liveChannelDistributeUpdateRequest);</w:t>
        <w:br/>
        <w:t xml:space="preserve">            Assert.assertTrue(liveChannelDistributeUpdateResponse);</w:t>
        <w:br/>
        <w:t xml:space="preserve">            if (liveChannelDistributeUpdateResponse) {</w:t>
        <w:br/>
        <w:t xml:space="preserve">                //to do something ......</w:t>
        <w:br/>
        <w:t xml:space="preserve">                log.debug("测试批量修改分分发地址成功");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分发地址请求对象列表【详见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UpdateDistribute参数描述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UpdateDistribute参数描述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云分发ID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分发地址名称，长度不能超过20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推流地址，例：rtmp://polyv.net，需满足正则：(^([rR][tT][mM][pP]://)([\w-]+.)+[\w-]+(/[\w-./?%#&amp;=]*)?$)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distributeLiveCode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直播码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批量修改分分发地址返回实体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4、批量删除分发地址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批量删除分发地址</w:t>
        <w:br/>
        <w:t>接口地址（仅做说明使用）：https://api.polyv.net/live/v4/channel/distribute/delete-batch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2、分发推流中不可删除分发地址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testDeleteChannelDistribute() throws IOException, NoSuchAlgorithmException {</w:t>
        <w:br/>
        <w:t xml:space="preserve">        LiveChannelDistributeDeleteRequest liveChannelDistributeDeleteRequest =</w:t>
        <w:br/>
        <w:t xml:space="preserve">                new LiveChannelDistributeDeleteRequest();</w:t>
        <w:br/>
        <w:t xml:space="preserve">        Boolean liveChannelDistributeDeleteResponse;</w:t>
        <w:br/>
        <w:t xml:space="preserve">        try {</w:t>
        <w:br/>
        <w:t xml:space="preserve">            String channelId = super.getAloneNewChannelId();</w:t>
        <w:br/>
        <w:t xml:space="preserve">            liveChannelDistributeDeleteRequest.setChannelId(channelId).setDistributeIds("3884,3885");</w:t>
        <w:br/>
        <w:t xml:space="preserve">            liveChannelDistributeDeleteResponse = new LiveChannelDistributeServiceImpl().deleteChannelDistribute(</w:t>
        <w:br/>
        <w:t xml:space="preserve">                    liveChannelDistributeDeleteRequest);</w:t>
        <w:br/>
        <w:t xml:space="preserve">            Assert.assertTrue(liveChannelDistributeDeleteResponse);</w:t>
        <w:br/>
        <w:t xml:space="preserve">            if (liveChannelDistributeDeleteResponse) {</w:t>
        <w:br/>
        <w:t xml:space="preserve">                //to do something ......</w:t>
        <w:br/>
        <w:t xml:space="preserve">                log.debug("测试批量删除分发地址成功");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分发ID，以英文逗号分割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批量删除分发地址返回实体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5、修改云分发频道总开关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修改单个频道云分发总开关，该功能需要超管开通才生效</w:t>
        <w:br/>
        <w:t>接口地址（仅做说明使用）：https://api.polyv.net/live/v4/channel/distribute/update-master-switch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testUpdateMasterSwitch() throws IOException, NoSuchAlgorithmException {</w:t>
        <w:br/>
        <w:t xml:space="preserve">        LiveDistributeUpdateMasterSwitchRequest liveDistributeUpdateMasterSwitchRequest =</w:t>
        <w:br/>
        <w:t xml:space="preserve">                new LiveDistributeUpdateMasterSwitchRequest();</w:t>
        <w:br/>
        <w:t xml:space="preserve">        Boolean liveDistributeUpdateMasterSwitchResponse;</w:t>
        <w:br/>
        <w:t xml:space="preserve">        try {</w:t>
        <w:br/>
        <w:t xml:space="preserve">            String channelId = super.createChannel();</w:t>
        <w:br/>
        <w:t xml:space="preserve">            liveDistributeUpdateMasterSwitchRequest.setChannelId(channelId)</w:t>
        <w:br/>
        <w:t xml:space="preserve">                    .setDistributeEnabled(LiveConstant.Flag.YES.getFlag());</w:t>
        <w:br/>
        <w:t xml:space="preserve">            liveDistributeUpdateMasterSwitchResponse = new LiveChannelDistributeServiceImpl().updateMasterSwitch(</w:t>
        <w:br/>
        <w:t xml:space="preserve">                    liveDistributeUpdateMasterSwitchRequest);</w:t>
        <w:br/>
        <w:t xml:space="preserve">            Assert.assertTrue(liveDistributeUpdateMasterSwitchResponse);</w:t>
        <w:br/>
        <w:t xml:space="preserve">            if (liveDistributeUpdateMasterSwitchResponse) {</w:t>
        <w:br/>
        <w:t xml:space="preserve">                //to do something ......</w:t>
        <w:br/>
        <w:t xml:space="preserve">                log.debug("测试修改云分发频道总开关成功");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频道云分发总开关，Y：开启，N：关闭，默认为Y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enforce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是否强制关闭，Y：强制关闭，N：非强制关闭，默认为N。非强制关闭时，频道如果正常直播中，接口会抛出异常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修改云分发频道总开关返回实体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6、批量修改频道云分发开关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批量修改频道云分发开关，该功能需要超管开通才生效</w:t>
        <w:br/>
        <w:t>接口地址（仅做说明使用）：https://api.polyv.net/live/v4/channel/distribute/update-switch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testUpdateSwitch() throws IOException, NoSuchAlgorithmException {</w:t>
        <w:br/>
        <w:t xml:space="preserve">        LiveDistributeUpdateSwitchRequest liveDistributeUpdateSwitchRequest = new LiveDistributeUpdateSwitchRequest();</w:t>
        <w:br/>
        <w:t xml:space="preserve">        Boolean liveDistributeUpdateSwitchResponse;</w:t>
        <w:br/>
        <w:t xml:space="preserve">        try {</w:t>
        <w:br/>
        <w:t xml:space="preserve">            String channelId = super.getAloneNewChannelId();</w:t>
        <w:br/>
        <w:t xml:space="preserve">            liveDistributeUpdateSwitchRequest.setChannelId(channelId)</w:t>
        <w:br/>
        <w:t xml:space="preserve">                    .setDistributeIds(String.valueOf(super.getChannelDistributeId(channelId)))</w:t>
        <w:br/>
        <w:t xml:space="preserve">                    .setDistributeEnabled(LiveConstant.Flag.YES.getFlag());</w:t>
        <w:br/>
        <w:t xml:space="preserve">            liveDistributeUpdateSwitchResponse = new LiveChannelDistributeServiceImpl().updateSwitch(</w:t>
        <w:br/>
        <w:t xml:space="preserve">                    liveDistributeUpdateSwitchRequest);</w:t>
        <w:br/>
        <w:t xml:space="preserve">            Assert.assertTrue(liveDistributeUpdateSwitchResponse);</w:t>
        <w:br/>
        <w:t xml:space="preserve">            if (liveDistributeUpdateSwitchResponse) {</w:t>
        <w:br/>
        <w:t xml:space="preserve">                //to do something ......</w:t>
        <w:br/>
        <w:t xml:space="preserve">                log.debug("测试批量修改频道云分发开关成功");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云分发列表id，多个使用,分隔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云分发开关，Y：开启，N：关闭，默认为N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批量修改频道云分发开关返回实体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7、查询云分发数据信息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查询频道云分发数据信息</w:t>
        <w:br/>
        <w:t>接口地址（仅做说明使用）：https://api.polyv.net/live/v4/channel/distribute/get/statistic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testGetDistributeStatistic() throws IOException, NoSuchAlgorithmException {</w:t>
        <w:br/>
        <w:t xml:space="preserve">        LiveChannelDistributeStatisticRequest liveChannelDistributeStatisticRequest =</w:t>
        <w:br/>
        <w:t xml:space="preserve">                new LiveChannelDistributeStatisticRequest();</w:t>
        <w:br/>
        <w:t xml:space="preserve">        List&lt;LiveChannelDistributeStatisticResponse&gt; liveChannelDistributeStatisticResponse;</w:t>
        <w:br/>
        <w:t xml:space="preserve">        try {</w:t>
        <w:br/>
        <w:t xml:space="preserve">            String channelId = super.getAloneNewChannelId();</w:t>
        <w:br/>
        <w:t xml:space="preserve">            liveChannelDistributeStatisticRequest.setChannelId(channelId)</w:t>
        <w:br/>
        <w:t xml:space="preserve">                    .setSessionIds("g57pg85h1x")</w:t>
        <w:br/>
        <w:t xml:space="preserve">                    .setStartTime(super.getDate(1639668105000L))</w:t>
        <w:br/>
        <w:t xml:space="preserve">                    .setEndTime(super.getDate(1639679787000L));</w:t>
        <w:br/>
        <w:t xml:space="preserve">            liveChannelDistributeStatisticResponse = new LiveChannelDistributeServiceImpl().getDistributeStatistic(</w:t>
        <w:br/>
        <w:t xml:space="preserve">                    liveChannelDistributeStatisticRequest);</w:t>
        <w:br/>
        <w:t xml:space="preserve">            Assert.assertNotNull(liveChannelDistributeStatisticResponse);</w:t>
        <w:br/>
        <w:t xml:space="preserve">            if (liveChannelDistributeStatisticResponse != null) {</w:t>
        <w:br/>
        <w:t xml:space="preserve">                //to do something ......</w:t>
        <w:br/>
        <w:t xml:space="preserve">                log.debug("测试查询云分发数据信息成功 {}", JSON.toJSONString(liveChannelDistributeStatisticResponse));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1、请求正确，返回LiveChannelDistributeStatisticResponse对象，B端依据此对象处理业务逻辑；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频道场次ID，多个使用,分隔，场次ID和直播开始结束时间不能同时为空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直播开始时间，场次ID和直播开始结束时间不能同时为空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直播结束时间，场次ID和直播开始结束时间不能同时为空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返回对象是List&amp;lt;LiveChannelDistributeStatisticResponse&amp;gt;，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LiveChannelDistributeStatisticResponse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云分发推流地址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云分发持续时间，单位：秒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channelDistribute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