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channelAdvanced</w:t>
      </w:r>
    </w:p>
    <w:p>
      <w:pPr>
        <w:pStyle w:val="Heading1"/>
      </w:pPr>
      <w:r>
        <w:t>1、查询频道字幕配置信息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查询频道字幕配置信息</w:t>
        <w:br/>
        <w:t>接口地址（仅做说明使用）：https://api.polyv.net/live/v4/channel/subtitle/config/get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testGetLiveChannelRealtimeSubtitle() throws IOException, NoSuchAlgorithmException {</w:t>
        <w:br/>
        <w:t xml:space="preserve">        LiveChannelRealtimeSubtitleRequest liveChannelRealtimeSubtitleRequest =</w:t>
        <w:br/>
        <w:t xml:space="preserve">                new LiveChannelRealtimeSubtitleRequest();</w:t>
        <w:br/>
        <w:t xml:space="preserve">        LiveChannelRealtimeSubtitleResponse liveChannelRealtimeSubtitleResponse;</w:t>
        <w:br/>
        <w:t xml:space="preserve">        try {</w:t>
        <w:br/>
        <w:t xml:space="preserve">            liveChannelRealtimeSubtitleRequest.setChannelId(super.getAloneChannelId());</w:t>
        <w:br/>
        <w:t xml:space="preserve">            liveChannelRealtimeSubtitleResponse = new LiveChannelAdvancedServiceImpl().getConfig(</w:t>
        <w:br/>
        <w:t xml:space="preserve">                    liveChannelRealtimeSubtitleRequest);</w:t>
        <w:br/>
        <w:t xml:space="preserve">            Assert.assertNotNull(liveChannelRealtimeSubtitleResponse);</w:t>
        <w:br/>
        <w:t xml:space="preserve">            if (liveChannelRealtimeSubtitleResponse != null) {</w:t>
        <w:br/>
        <w:t xml:space="preserve">                //to do something ......</w:t>
        <w:br/>
        <w:t xml:space="preserve">                log.debug("测试查询频道字幕配置信息成功 {}", JSON.toJSONString(liveChannelRealtimeSubtitleResponse));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1、请求正确，返回LiveChannelRealtimeSubtitleResponse对象，B端依据此对象处理业务逻辑；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realTimeSubtitleEnabled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sourceLanguage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原声字幕语种，Chinese：中文；English：英文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subtitleTranslationEnabled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字幕翻译开关，Y：开启，N：关闭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translationLanguage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字幕翻译语种，Chinese：中文；English：英文 等，可通过 new LiveChannelAdvancedServiceImpl().getLanguage() 查询对照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realTimeSubtitleDisplayNumberLimitEnabled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实时字幕显示数量限制开关，Y：开启，N：关闭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realTimeSubtitleDisplayNumber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实时字幕最多显示数量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2、修改频道字幕配置信息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修改频道字幕配置信息</w:t>
        <w:br/>
        <w:t>接口地址（仅做说明使用）：https://api.polyv.net/live/v4/channel/subtitle/config/update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testLiveUpdateChannelRealtimeSubtitle() throws IOException, NoSuchAlgorithmException {</w:t>
        <w:br/>
        <w:t xml:space="preserve">        LiveUpdateChannelRealtimeSubtitleRequest liveUpdateChannelRealtimeSubtitleRequest =</w:t>
        <w:br/>
        <w:t xml:space="preserve">                new LiveUpdateChannelRealtimeSubtitleRequest();</w:t>
        <w:br/>
        <w:t xml:space="preserve">        Boolean liveUpdateChannelRealtimeSubtitleResponse;</w:t>
        <w:br/>
        <w:t xml:space="preserve">        try {</w:t>
        <w:br/>
        <w:t xml:space="preserve">            liveUpdateChannelRealtimeSubtitleRequest.setChannelId(super.getAloneChannelId())</w:t>
        <w:br/>
        <w:t xml:space="preserve">                    .setRealTimeSubtitleEnabled("Y")</w:t>
        <w:br/>
        <w:t xml:space="preserve">                    .setSubtitleTranslationEnabled("Y")</w:t>
        <w:br/>
        <w:t xml:space="preserve">                    .setSourceLanguage("Chinese")</w:t>
        <w:br/>
        <w:t xml:space="preserve">                    .setTranslationLanguage("English")</w:t>
        <w:br/>
        <w:t xml:space="preserve">                    .setRealTimeSubtitleDisplayNumber(20);</w:t>
        <w:br/>
        <w:t xml:space="preserve">            liveUpdateChannelRealtimeSubtitleResponse = new LiveChannelAdvancedServiceImpl().updateConfig(</w:t>
        <w:br/>
        <w:t xml:space="preserve">                    liveUpdateChannelRealtimeSubtitleRequest);</w:t>
        <w:br/>
        <w:t xml:space="preserve">            Assert.assertNotNull(liveUpdateChannelRealtimeSubtitleResponse);</w:t>
        <w:br/>
        <w:t xml:space="preserve">            if (liveUpdateChannelRealtimeSubtitleResponse != null) {</w:t>
        <w:br/>
        <w:t xml:space="preserve">                //to do something ......</w:t>
        <w:br/>
        <w:t xml:space="preserve">                log.debug("测试修改频道字幕配置信息成功 {}", liveUpdateChannelRealtimeSubtitleResponse);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realTimeSubtitleEnabled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sourceLanguage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原声字幕语种，Chinese：中文；English：英文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subtitleTranslationEnabled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字幕翻译开关，Y：开启，N：关闭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translationLanguage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字幕翻译语种，Chinese：中文；English：英文 等，可通过 new LiveChannelAdvancedServiceImpl().getLanguage() 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realTimeSubtitleDisplayNumberLimitEnabled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实时字幕显示数量限制开关，Y：开启，N：关闭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realTimeSubtitleDisplayNumber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实时字幕最多显示数量，不能小于5，不能大于20，建议传 5、10或20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修改频道字幕配置信息返回实体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3、查询实时字幕语言类型枚举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查询实时字幕语言类型枚举</w:t>
        <w:br/>
        <w:t>接口地址（仅做说明使用）：https://api.polyv.net/live//v4/channel/subtitle/language/list-all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testGetLiveChannelRealtimeSubtitleLanguage() throws IOException, NoSuchAlgorithmException {</w:t>
        <w:br/>
        <w:t xml:space="preserve">        LiveChannelRealtimeSubtitleLanguageRequest liveChannelRealtimeSubtitleRequest =</w:t>
        <w:br/>
        <w:t xml:space="preserve">                new LiveChannelRealtimeSubtitleLanguageRequest();</w:t>
        <w:br/>
        <w:t xml:space="preserve">        List&lt;LiveChannelRealtimeSubtitleLanguageResponse&gt; liveChannelRealtimeSubtitleLanguageResponse;</w:t>
        <w:br/>
        <w:t xml:space="preserve">        try {</w:t>
        <w:br/>
        <w:t xml:space="preserve">            liveChannelRealtimeSubtitleLanguageResponse = new LiveChannelAdvancedServiceImpl().getLanguage(</w:t>
        <w:br/>
        <w:t xml:space="preserve">                    liveChannelRealtimeSubtitleRequest);</w:t>
        <w:br/>
        <w:t xml:space="preserve">            Assert.assertNotNull(liveChannelRealtimeSubtitleLanguageResponse);</w:t>
        <w:br/>
        <w:t xml:space="preserve">            if (liveChannelRealtimeSubtitleLanguageResponse != null) {</w:t>
        <w:br/>
        <w:t xml:space="preserve">                //to do something ......</w:t>
        <w:br/>
        <w:t xml:space="preserve">                log.debug("查询实时字幕语言类型枚举 {}", JSON.toJSONString(liveChannelRealtimeSubtitleLanguageResponse));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1、请求正确，返回LiveChannelRealtimeSubtitleLanguageResponse对象，B端依据此对象处理业务逻辑；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返回对象是List&amp;lt;LiveChannelRealtimeSubtitleLanguageResponse&amp;gt;，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LiveChannelRealtimeSubtitleLanguageResponse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语言编码，如：Chinese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语言编码对应语言中文描述，如：中文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channelAdvanced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