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account</w:t>
      </w:r>
    </w:p>
    <w:p>
      <w:pPr>
        <w:pStyle w:val="Heading1"/>
      </w:pPr>
      <w:r>
        <w:t>1、创建账号下直播分类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创建账号下直播分类</w:t>
        <w:br/>
        <w:t>接口地址（仅做说明使用）：https://api.polyv.net/live/v3/user/category/create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testCreateCategory() throws Exception {</w:t>
        <w:br/>
        <w:t xml:space="preserve">        LiveCreateCategoryRequest liveCreateCategoryRequest = new LiveCreateCategoryRequest();</w:t>
        <w:br/>
        <w:t xml:space="preserve">        LiveCreateCategoryResponse liveCreateCategoryResponse;</w:t>
        <w:br/>
        <w:t xml:space="preserve">        try {</w:t>
        <w:br/>
        <w:t xml:space="preserve">            liveCreateCategoryRequest.setCategoryName("分类1");</w:t>
        <w:br/>
        <w:t xml:space="preserve">            liveCreateCategoryResponse = new LiveAccountServiceImpl().createCategory(liveCreateCategoryRequest);</w:t>
        <w:br/>
        <w:t xml:space="preserve">            Assert.assertNotNull(liveCreateCategoryResponse);</w:t>
        <w:br/>
        <w:t xml:space="preserve">            log.debug("测试创建账号下直播分类成功,{}", JSON.toJSONString(liveCreateCategoryResponse));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1、请求正确，返回LiveCreateCategoryResponse对象，B端依据此对象处理业务逻辑；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频道分类名称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分类排序(从小到大排序)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2、查询账号下直播分类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查询账号下直播分类</w:t>
        <w:br/>
        <w:t>接口地址（仅做说明使用）：https://api.polyv.net/live/v3/user/category/list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testListCategory() throws Exception {</w:t>
        <w:br/>
        <w:t xml:space="preserve">        LiveListCategoryRequest liveListCategoryRequest = new LiveListCategoryRequest();</w:t>
        <w:br/>
        <w:t xml:space="preserve">        LiveListCategoryResponse liveListCategoryResponse;</w:t>
        <w:br/>
        <w:t xml:space="preserve">        try {</w:t>
        <w:br/>
        <w:t xml:space="preserve">            liveListCategoryResponse = new LiveAccountServiceImpl().listCategory(liveListCategoryRequest);</w:t>
        <w:br/>
        <w:t xml:space="preserve">            Assert.assertNotNull(liveListCategoryResponse);</w:t>
        <w:br/>
        <w:t xml:space="preserve">            log.debug("测试查询账号下直播分类成功,{}", JSON.toJSONString(liveListCategoryResponse));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1、请求正确，返回LiveListCategoryResponse对象，B端依据此对象处理业务逻辑；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liveCategories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频道分类列表【详见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LiveCategory参数描述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LiveCategory参数描述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分类排序号，rank=0表示为默认排序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3、修改直播频道分类名称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修改直播频道分类名称</w:t>
        <w:br/>
        <w:t>接口地址（仅做说明使用）：https://api.polyv.net/live/v3/user/category/update-name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testUpdateCategory() throws Exception {</w:t>
        <w:br/>
        <w:t xml:space="preserve">        LiveUpdateCategoryRequest liveUpdateCategoryRequest = new LiveUpdateCategoryRequest();</w:t>
        <w:br/>
        <w:t xml:space="preserve">        Boolean liveUpdateCategoryResponse;</w:t>
        <w:br/>
        <w:t xml:space="preserve">        try {</w:t>
        <w:br/>
        <w:t xml:space="preserve">            liveUpdateCategoryRequest.setCategoryId(391976).setCategoryName("勿删分类-" + super.getRandomString(4));</w:t>
        <w:br/>
        <w:t xml:space="preserve">            liveUpdateCategoryResponse = new LiveAccountServiceImpl().updateCategory(liveUpdateCategoryRequest);</w:t>
        <w:br/>
        <w:t xml:space="preserve">            Assert.assertTrue(liveUpdateCategoryResponse);</w:t>
        <w:br/>
        <w:t xml:space="preserve">            log.debug("测试修改直播频道分类名称成功");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true为修改成功，false为修改失败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4、修改直播频道分类顺序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修改直播频道分类顺序</w:t>
        <w:br/>
        <w:t>接口地址（仅做说明使用）：https://api.polyv.net/live/v3/user/category/update-rank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testUpdateCategorySort() throws Exception {</w:t>
        <w:br/>
        <w:t xml:space="preserve">        LiveUpdateCategorySortRequest liveUpdateCategorySortRequest = new LiveUpdateCategorySortRequest();</w:t>
        <w:br/>
        <w:t xml:space="preserve">        Boolean liveUpdateCategorySortResponse;</w:t>
        <w:br/>
        <w:t xml:space="preserve">        try {</w:t>
        <w:br/>
        <w:t xml:space="preserve">            liveUpdateCategorySortRequest.setCategoryId(388964).setAfterCategoryId(340019);</w:t>
        <w:br/>
        <w:t xml:space="preserve">            liveUpdateCategorySortResponse = new LiveAccountServiceImpl().updateCategorySort(</w:t>
        <w:br/>
        <w:t xml:space="preserve">                    liveUpdateCategorySortRequest);</w:t>
        <w:br/>
        <w:t xml:space="preserve">            Assert.assertTrue(liveUpdateCategorySortResponse);</w:t>
        <w:br/>
        <w:t xml:space="preserve">            log.debug("测试修改直播频道分类顺序成功");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afterCategoryId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移动到该id对应的分类之后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true为修改排序成功，false为修改排序失败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5、删除直播频道分类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删除直播频道分类</w:t>
        <w:br/>
        <w:t>接口地址（仅做说明使用）：https://api.polyv.net/live/v3/user/category/delete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testDeleteCategory() throws Exception {</w:t>
        <w:br/>
        <w:t xml:space="preserve">        LiveDeleteCategoryRequest liveDeleteCategoryRequest = new LiveDeleteCategoryRequest();</w:t>
        <w:br/>
        <w:t xml:space="preserve">        Boolean liveDeleteCategoryResponse;</w:t>
        <w:br/>
        <w:t xml:space="preserve">        try {</w:t>
        <w:br/>
        <w:t xml:space="preserve">            liveDeleteCategoryRequest.setCategoryId(345128);</w:t>
        <w:br/>
        <w:t xml:space="preserve">            liveDeleteCategoryResponse = new LiveAccountServiceImpl().deleteCategory(liveDeleteCategoryRequest);</w:t>
        <w:br/>
        <w:t xml:space="preserve">            Assert.assertTrue(liveDeleteCategoryResponse);</w:t>
        <w:br/>
        <w:t xml:space="preserve">            log.debug("测试删除直播频道分类成功");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true为删除成功，false为删除失败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6、获取直播用户账号信息接口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获取直播用户账号信息接口</w:t>
        <w:br/>
        <w:t>接口地址（仅做说明使用）：https://api.polyv.net/live/v3/user/get-info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testGetAccountInfo() throws Exception {</w:t>
        <w:br/>
        <w:t xml:space="preserve">        LiveAccountInfoRequest liveAccountInfoRequest = new LiveAccountInfoRequest();</w:t>
        <w:br/>
        <w:t xml:space="preserve">        LiveAccountInfoResponse liveAccountInfoResponse;</w:t>
        <w:br/>
        <w:t xml:space="preserve">        try {</w:t>
        <w:br/>
        <w:t xml:space="preserve">            liveAccountInfoResponse = new LiveAccountServiceImpl().getAccountInfo(liveAccountInfoRequest);</w:t>
        <w:br/>
        <w:t xml:space="preserve">            Assert.assertNotNull(liveAccountInfoResponse);</w:t>
        <w:br/>
        <w:t xml:space="preserve">            log.debug("测试获取直播用户账号信息接口成功,{}", JSON.toJSONString(liveAccountInfoResponse));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1、请求正确，返回LiveAccountInfoResponse对象，B端依据此对象处理业务逻辑；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邮箱账号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maxChannels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最大可创建频道数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totalChannels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当前已创建频道总数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availableChannels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当前剩余可创建频道数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账号连麦人数上限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7、查询账号下所有频道详细信息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查询账号下所有频道详细信息</w:t>
        <w:br/>
        <w:t>接口地址（仅做说明使用）：https://api.polyv.net/live/v3/channel/management/list-detail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testListAccountDetail() throws Exception, NoSuchAlgorithmException {</w:t>
        <w:br/>
        <w:t xml:space="preserve">        LiveListAccountDetailRequest liveListAccountDetailRequest = new LiveListAccountDetailRequest();</w:t>
        <w:br/>
        <w:t xml:space="preserve">        LiveListAccountDetailResponse liveListAccountDetailResponse;</w:t>
        <w:br/>
        <w:t xml:space="preserve">        try {</w:t>
        <w:br/>
        <w:t xml:space="preserve">            liveListAccountDetailRequest.setCurrentPage(1);</w:t>
        <w:br/>
        <w:t xml:space="preserve">            liveListAccountDetailResponse = new LiveAccountServiceImpl().listAccountDetail(</w:t>
        <w:br/>
        <w:t xml:space="preserve">                    liveListAccountDetailRequest);</w:t>
        <w:br/>
        <w:t xml:space="preserve">            Assert.assertNotNull(liveListAccountDetailResponse);</w:t>
        <w:br/>
        <w:t xml:space="preserve">            if (liveListAccountDetailResponse != null) {</w:t>
        <w:br/>
        <w:t xml:space="preserve">                //to do something ......</w:t>
        <w:br/>
        <w:t xml:space="preserve">                log.debug("分页查询账号下所有频道详细信息成功,{}", JSON.toJSONString(liveListAccountDetailResponse));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1、请求正确，返回LiveListAccountDetailResponse对象，B端依据此对象处理业务逻辑；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观看页状态筛选，live-直播中，playback-回放中，end-已结束，waiting-未开始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频道名称，模糊查询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频道详细信息列表【详见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LiveChannelDetail参数描述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LiveChannelDetail参数描述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场景，alone-活动直播，ppt-三分屏，topclass-大班课，seminar：研讨会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场景描述，如：大班课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观看页状态，live-直播中，playback-回放中，end-已结束，waiting-未开始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观看页状态描述，直播中，回放中，已结束，未开始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直播权限设置数据传输对象【详见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LiveAuthSetting参数描述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LiveAuthSetting参数描述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用于实现一个频道设置两个观看条件，为1或2（1为主要条件，2为次要条件）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是否开启全局设置（Y/N）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是否开启观看条件(Y/N)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观看条件类型(1. 无限制 none 2. 验证码观看 code 3. 付费观看 pay 4. 白名单观看 phone 5. 登记观看 info 6. 分享观看 wxshare 7. 自定义授权观看 custom 8. 外部授权观看 external)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验证码观看方式的验证码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验证码观看方式的二维码提示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验证码观看方式的二维码图片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付费观看的截止时长 （天）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付费观看，截止时间，为null表示：一次付费，永久有效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自定义授权观看的接口地址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自定义授权观看的接口地址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外部授权观看的接口地址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外部授权观看，用户直接访问观看页时的跳转地址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试看开关，Y:开启试看，N:关闭试看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试看时间，单位为分钟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试看截止日期，为null 表示对该频道永久有效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8、查询账号下的频道列表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查询账号下的频道列表</w:t>
        <w:br/>
        <w:t>接口地址（仅做说明使用）：https://api.polyv.net/live/v3/user/channels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testListAccount() throws Exception, NoSuchAlgorithmException {</w:t>
        <w:br/>
        <w:t xml:space="preserve">        LiveListAccountRequest liveListAccountRequest = new LiveListAccountRequest();</w:t>
        <w:br/>
        <w:t xml:space="preserve">        LiveListAccountResponse liveListAccountResponse;</w:t>
        <w:br/>
        <w:t xml:space="preserve">        try {</w:t>
        <w:br/>
        <w:t xml:space="preserve">            liveListAccountRequest.setCategoryId(null).setKeyword(null);</w:t>
        <w:br/>
        <w:t xml:space="preserve">            liveListAccountResponse = new LiveAccountServiceImpl().listAccount(liveListAccountRequest);</w:t>
        <w:br/>
        <w:t xml:space="preserve">            Assert.assertNotNull(liveListAccountResponse);</w:t>
        <w:br/>
        <w:t xml:space="preserve">            if (liveListAccountResponse != null) {</w:t>
        <w:br/>
        <w:t xml:space="preserve">                //to do something ......</w:t>
        <w:br/>
        <w:t xml:space="preserve">                log.debug("测试查询账号下的频道列表成功,{}", JSON.toJSONString(liveListAccountResponse));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1、请求正确，返回LiveListAccountResponse对象，B端依据此对象处理业务逻辑；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所属分类id，不传则查询所有分类下的频道号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频道名称，模糊查询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频道号列表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9、获取账号连麦分钟数使用量与剩余量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获取账号连麦分钟数使用量与剩余量</w:t>
        <w:br/>
        <w:t>接口地址（仅做说明使用）：https://api.polyv.net/live/v3/channel/statistics/mic/get-duration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testGetMicDuration() throws Exception, NoSuchAlgorithmException {</w:t>
        <w:br/>
        <w:t xml:space="preserve">        LiveAccountMicDurationRequest liveAccountMicDurationRequest = new LiveAccountMicDurationRequest();</w:t>
        <w:br/>
        <w:t xml:space="preserve">        LiveAccountMicDurationResponse liveAccountMicDurationResponse;</w:t>
        <w:br/>
        <w:t xml:space="preserve">        try {</w:t>
        <w:br/>
        <w:t xml:space="preserve">            liveAccountMicDurationResponse = new LiveAccountServiceImpl().getMicDuration(liveAccountMicDurationRequest);</w:t>
        <w:br/>
        <w:t xml:space="preserve">            Assert.assertNotNull(liveAccountMicDurationResponse);</w:t>
        <w:br/>
        <w:t xml:space="preserve">            if (liveAccountMicDurationResponse != null) {</w:t>
        <w:br/>
        <w:t xml:space="preserve">                //to do something ......</w:t>
        <w:br/>
        <w:t xml:space="preserve">                log.debug("测试获取账号连麦分钟数使用量与剩余量成功,{}", JSON.toJSONString(liveAccountMicDurationResponse));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1、请求正确，返回LiveAccountMicDurationResponse对象，B端依据此对象处理业务逻辑；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available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可用连麦分钟数，单位分钟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history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历史已使用连麦分钟数，单位分钟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10、设置账号单点登录的token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设置账号单点登录的token</w:t>
        <w:br/>
        <w:t>接口地址（仅做说明使用）：https://api.polyv.net/live/v3/user/set-sso-token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2、token 参数请勿过于简单，建议使用16位随机字符串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testCreateAccountToken() throws Exception, NoSuchAlgorithmException {</w:t>
        <w:br/>
        <w:t xml:space="preserve">        LiveCreateAccountTokenRequest liveCreateAccountTokenRequest = new LiveCreateAccountTokenRequest();</w:t>
        <w:br/>
        <w:t xml:space="preserve">        Boolean liveCreateAccountTokenResponse;</w:t>
        <w:br/>
        <w:t xml:space="preserve">        try {</w:t>
        <w:br/>
        <w:t xml:space="preserve">            liveCreateAccountTokenRequest.setToken(LiveSignUtil.generateUUID());</w:t>
        <w:br/>
        <w:t xml:space="preserve">            liveCreateAccountTokenResponse = new LiveAccountServiceImpl().createAccountToken(</w:t>
        <w:br/>
        <w:t xml:space="preserve">                    liveCreateAccountTokenRequest);</w:t>
        <w:br/>
        <w:t xml:space="preserve">            Assert.assertNotNull(liveCreateAccountTokenResponse);</w:t>
        <w:br/>
        <w:t xml:space="preserve">            if (liveCreateAccountTokenResponse) {</w:t>
        <w:br/>
        <w:t xml:space="preserve">                //to do something ......</w:t>
        <w:br/>
        <w:t xml:space="preserve">                log.debug("测试设置账号单点登录的token成功");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唯一的字符串,请勿过于简单，建议使用16位随机字符串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11、设置直播状态回调通知url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设置直播状态回调通知url</w:t>
        <w:br/>
        <w:t>接口地址（仅做说明使用）：https://api.polyv.net/live/v2/user/%s/set-stream-callback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2、不提交地址参数url，则回调地址为空，表示关闭回调功能，如果要提交的地址参数url，必须以 http:// 或者 https:// 开头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testUpdateStreamCallbackUrl() throws Exception, NoSuchAlgorithmException {</w:t>
        <w:br/>
        <w:t xml:space="preserve">        LiveAccountStreamCallbackRequest liveAccountStreamCallbackRequest = new LiveAccountStreamCallbackRequest();</w:t>
        <w:br/>
        <w:t xml:space="preserve">        Boolean liveAccountStreamCallbackResponse;</w:t>
        <w:br/>
        <w:t xml:space="preserve">        try {</w:t>
        <w:br/>
        <w:t xml:space="preserve">            liveAccountStreamCallbackRequest.setUrl("http://www.abc.com/callback");</w:t>
        <w:br/>
        <w:t xml:space="preserve">            liveAccountStreamCallbackResponse = new LiveAccountServiceImpl().updateStreamCallbackUrl(</w:t>
        <w:br/>
        <w:t xml:space="preserve">                    liveAccountStreamCallbackRequest);</w:t>
        <w:br/>
        <w:t xml:space="preserve">            Assert.assertNotNull(liveAccountStreamCallbackResponse);</w:t>
        <w:br/>
        <w:t xml:space="preserve">            if (liveAccountStreamCallbackResponse) {</w:t>
        <w:br/>
        <w:t xml:space="preserve">                //to do something ......</w:t>
        <w:br/>
        <w:t xml:space="preserve">                log.debug("测试设置直播状态回调通知url成功");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回调地址url，不提交表示关闭回调功能，如果提交，必须以http://或者https://开头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true为设置回调成功，false为设置回调失败</w:t>
      </w:r>
    </w:p>
    <w:p>
      <w:pPr>
        <w:pStyle w:val="Heading2"/>
      </w:pPr>
      <w:r>
        <w:t>回调说明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设置接口地址后，如果账号下频道有进行推流、断流操作导致频道直播状态改变，直播系统会将以下参数channelId（频道号）和status（直播状态：live表示开始直播，end表示直播结束）以GET方式提交到给用户自定义的回调接口进行通知，如：http://abc.com/test.do?channelId=123456&amp;status=live&amp;timestamp=1557976774000&amp;sign=xxdxxxxx&amp;sessionId=xxxxxddd&amp;startTime=1557976777111&amp;endTime=1557976777111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直播频道的状态：live正在直播，end直播结束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校验的加密字符串，生成的规则md5(AppSecret+timestamp)，AppSecret是直播系统的用密匙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直播的结束时间(当status=end的时候有值，status=live的时候为空值)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12、设置转存成功回调通知url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设置转存成功回调通知url</w:t>
        <w:br/>
        <w:t>接口地址（仅做说明使用）：https://api.polyv.net/live/v2/user/%s/set-playback-callback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2、不提交地址参数url，则回调地址为空，表示关闭回调功能，如果要提交的地址参数url，必须以 http:// 或者 https:// 开头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testUpdatePlaybackCallbackUrl() throws Exception, NoSuchAlgorithmException {</w:t>
        <w:br/>
        <w:t xml:space="preserve">        LiveAccountPlaybackCallbackRequest liveAccountPlaybackCallbackRequest =</w:t>
        <w:br/>
        <w:t xml:space="preserve">                new LiveAccountPlaybackCallbackRequest();</w:t>
        <w:br/>
        <w:t xml:space="preserve">        Boolean liveAccountPlaybackCallbackResponse;</w:t>
        <w:br/>
        <w:t xml:space="preserve">        try {</w:t>
        <w:br/>
        <w:t xml:space="preserve">            liveAccountPlaybackCallbackRequest.setUrl("http://www.abc.com/callback");</w:t>
        <w:br/>
        <w:t xml:space="preserve">            liveAccountPlaybackCallbackResponse = new LiveAccountServiceImpl().updatePlaybackCallbackUrl(</w:t>
        <w:br/>
        <w:t xml:space="preserve">                    liveAccountPlaybackCallbackRequest);</w:t>
        <w:br/>
        <w:t xml:space="preserve">            Assert.assertTrue(liveAccountPlaybackCallbackResponse);</w:t>
        <w:br/>
        <w:t xml:space="preserve">            if (liveAccountPlaybackCallbackResponse != null) {</w:t>
        <w:br/>
        <w:t xml:space="preserve">                //to do something ......</w:t>
        <w:br/>
        <w:t xml:space="preserve">                log.debug("测试设置转存成功回调通知url成功,{}", liveAccountPlaybackCallbackResponse);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回调地址url，不提交表示关闭回调功能，如果提交，必须以http://或者https://开头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true为设置回调成功，false为设置回调失败</w:t>
      </w:r>
    </w:p>
    <w:p>
      <w:pPr>
        <w:pStyle w:val="Heading2"/>
      </w:pPr>
      <w:r>
        <w:t>回调说明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设置接口地址后，如果账号有进行暂存视频转存，即将直播生成的录制文件转存到点播中，如果转存视频处理完毕为已完成状态，直播系统会将以下参数channelId(频道号)、vid(转存成功的视频ID)、title(视频标题)、duration(视频时长)和fileSize（视频文件大小）以GET方式提交到给用户自定义的回调接口进行通知，如：http://abc.com/test.do?channelId=123456&amp;vid=e6b23c6f5134943a015bc117e2854eae_e&amp;title=视频标题&amp;duration=01:23:45&amp;fileSize=123400&amp;timestamp=1557976774000&amp;sign=xxxxxxxxxx&amp;fileId=359a81ed8fd8cb83d88ddcd97d9e8a2b&amp;videoId=b1c6f3ad2c&amp;origin=auto&amp;sessionIds=["20190703145126,4,fdqbopvtnv","20190703145126,8,fdqbopvtnv"]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转存成功的视频ID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 格式为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视频文件大小，单位为byte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13位的时间戳(签名使用)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校验的加密字符串，生成的规则md5(AppSecret+timestamp)，AppSecret是直播系统的密匙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录制的场次和时间对应的数组字符串，格式：["20190703145126,4,fdqbopvtnv","20190703145126,8,fdqbopvtnv"] ，其中："20190703145126,4,fdqbopvtnv" 第一个字段是开始时间，第二个字段是直播的时长，第三个是对应的sessionId。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转存对应的录制文件id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转存回放唯一的id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转存的录制来源。manual-云录制，auto-自动录制，merge-合并，clip-裁剪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回放对应的单个场次id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转存成功返回success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13、设置录制回调通知url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设置录制回调通知url</w:t>
        <w:br/>
        <w:t>接口地址（仅做说明使用）：https://api.polyv.net/live/v2/user/%s/set-record-callback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2、不提交地址参数url，则回调地址为空，表示关闭回调功能，如果要提交的地址参数url，必须以 http:// 或者 https:// 开头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testUpdateRecordCallbackUrl() throws Exception, NoSuchAlgorithmException {</w:t>
        <w:br/>
        <w:t xml:space="preserve">        LiveAccountRecordCallbackRequest liveAccountRecordCallbackRequest = new LiveAccountRecordCallbackRequest();</w:t>
        <w:br/>
        <w:t xml:space="preserve">        Boolean liveAccountRecordCallbackResponse;</w:t>
        <w:br/>
        <w:t xml:space="preserve">        try {</w:t>
        <w:br/>
        <w:t xml:space="preserve">            liveAccountRecordCallbackRequest.setUrl("http://www.abc.com/callback");</w:t>
        <w:br/>
        <w:t xml:space="preserve">            liveAccountRecordCallbackResponse = new LiveAccountServiceImpl().updateRecordCallbackUrl(</w:t>
        <w:br/>
        <w:t xml:space="preserve">                    liveAccountRecordCallbackRequest);</w:t>
        <w:br/>
        <w:t xml:space="preserve">            Assert.assertTrue(liveAccountRecordCallbackResponse);</w:t>
        <w:br/>
        <w:t xml:space="preserve">            if (liveAccountRecordCallbackResponse) {</w:t>
        <w:br/>
        <w:t xml:space="preserve">                //to do something ......</w:t>
        <w:br/>
        <w:t xml:space="preserve">                log.debug("测试设置录制回调通知url成功");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回调地址url，不提交表示关闭回调功能，如果提交，必须以http://或者https://开头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true为设置回调成功，false为设置回调失败</w:t>
      </w:r>
    </w:p>
    <w:p>
      <w:pPr>
        <w:pStyle w:val="Heading2"/>
      </w:pPr>
      <w:r>
        <w:t>回调说明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设置接口地址后，如果账号有开通录制功能，账号下各频道在推流结束，生成m3u8录制视频后，直播系统会将参数channelId（频道号）和fileUrl（录制文件地址）以GET方式提交到给用户自定义的回调接口进行通知，如：http://abc.com/test.do?channelId=104400&amp;fileUrl=http://rflive.videocc.net/i6ro0hxj0020150529112242035/recordf.i6ro0hxj0020150529112242035_20170120184803.m3u8&amp;origin=auto&amp;fileId=072c36138cfbd3e546cda227dc273951&amp;timestamp=1557976774000&amp;sign=xxxxxxxxxx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文件类型，m3u8或者mp4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13位的时间戳(签名使用)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校验的加密字符串，生成的规则md5(AppSecret+timestamp)，AppSecret是直播系统的密匙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录制唯一的id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录制来源。manual-云录制，auto-自动录制，merge-合并，clip-裁剪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hasRtcRecord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（该字段只对开启云录制功能有用），值为 'Y'，表示该场直播录制同时存在云录制和自动录制，值为"N"，该场直播只有自动录制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14、设置功能开关状态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设置功能开关状态</w:t>
        <w:br/>
        <w:t>接口地址（仅做说明使用）：https://api.polyv.net/live/v3/channel/switch/update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2、isClosePreview当enabled值为Y时，表示的是关闭系统观看页;closeDanmu当enabled值为Y时，表示的是关闭弹幕;closeChaterList当enabled值为Y时，表示的是关闭在线列表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testUpdateAccountSwitch() throws Exception, NoSuchAlgorithmException {</w:t>
        <w:br/>
        <w:t xml:space="preserve">        LiveUpdateAccountSwitchRequest liveUpdateAccountSwitchRequest = new LiveUpdateAccountSwitchRequest();</w:t>
        <w:br/>
        <w:t xml:space="preserve">        Boolean liveUpdateAccountSwitchResponse;</w:t>
        <w:br/>
        <w:t xml:space="preserve">        try {</w:t>
        <w:br/>
        <w:t xml:space="preserve">            liveUpdateAccountSwitchRequest.setType(LiveConstant.ChannelSwitch.AUTO_PLAY.getDesc()).setEnabled("N");</w:t>
        <w:br/>
        <w:t xml:space="preserve">            liveUpdateAccountSwitchResponse = new LiveAccountServiceImpl().updateAccountSwitch(</w:t>
        <w:br/>
        <w:t xml:space="preserve">                    liveUpdateAccountSwitchRequest);</w:t>
        <w:br/>
        <w:t xml:space="preserve">            Assert.assertNotNull(liveUpdateAccountSwitchResponse);</w:t>
        <w:br/>
        <w:t xml:space="preserve">            if (liveUpdateAccountSwitchResponse) {</w:t>
        <w:br/>
        <w:t xml:space="preserve">                //to do something ......</w:t>
        <w:br/>
        <w:t xml:space="preserve">                log.debug("设置功能开关状态成功");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频道号，不传该参数则表示修改全局设置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类型，若未注明默认Y表示开启isClosePreview：是否关闭系统观看页，Y时表示关闭mobileWatch：是否开启移动端系统观看页mobileAudio：是否开启移动端音视频切换autoPlay：是否开启播放器自动播放功能booking：是否开启预约功能redPack：是否开启红包功能shareBtnEnabled：是否开启分享功能chat：是否开启聊天室closeChaterList：是否关闭在线列表，Y时表示关闭consultingMenu：是否开启咨询提问closeDanmu：是否关闭弹幕功能，Y时表示关闭praise：是否开启点赞语功能welcome：是否开启欢迎语功能viewerSendImgEnabled：是否开启观众发送图片qaMenuEnabled：是否开启问答功能filterManagerMsgEnabled：过滤聊天室管理员的聊天消息开关，即观看页聊天室只看主持人开关showCustomMessageEnabled：显示自定义消息开关chatOnlineNumberEnable：在线人数开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开关值，Y或N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15、查询功能开关状态接口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接口用于获取开关设置，可获取全局开关设置或频道开关设置</w:t>
        <w:br/>
        <w:t>接口地址（仅做说明使用）：https://api.polyv.net/live/v3/channel/switch/get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2、isClosePreview当enabled值为Y时，表示的是关闭系统观看页;closeDanmu当enabled值为Y时，表示的是关闭弹幕;closeChaterList当enabled值为Y时，表示的是关闭在线列表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3、当频道非三分屏场景时才返回：mobileAudio移动端音频开关，redPack红包开关，praise点赞语开关，chatPlayBack聊天回放开关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testGetAccountSwitch() throws Exception, NoSuchAlgorithmException {</w:t>
        <w:br/>
        <w:t xml:space="preserve">        LiveAccountSwitchRequest liveAccountSwitchRequest = new LiveAccountSwitchRequest();</w:t>
        <w:br/>
        <w:t xml:space="preserve">        LiveAccountSwitchResponse liveAccountSwitchResponse;</w:t>
        <w:br/>
        <w:t xml:space="preserve">        try {</w:t>
        <w:br/>
        <w:t xml:space="preserve">            liveAccountSwitchRequest.setChannelId(null);</w:t>
        <w:br/>
        <w:t xml:space="preserve">            liveAccountSwitchResponse = new LiveAccountServiceImpl().getAccountSwitch(liveAccountSwitchRequest);</w:t>
        <w:br/>
        <w:t xml:space="preserve">            Assert.assertNotNull(liveAccountSwitchResponse);</w:t>
        <w:br/>
        <w:t xml:space="preserve">            if (liveAccountSwitchResponse != null) {</w:t>
        <w:br/>
        <w:t xml:space="preserve">                //to do something ......</w:t>
        <w:br/>
        <w:t xml:space="preserve">                log.debug("测试查询功能开关状态接口成功,{}", JSON.toJSONString(liveAccountSwitchResponse));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1、请求正确，返回LiveAccountSwitchResponse对象，B端依据此对象处理业务逻辑；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频道号，不传该参数为获取全局设置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channelSwitches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频道开关【详见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ChannelSwitch参数描述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ChannelSwitch参数描述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类型isClosePreview：是否关闭系统观看页，Y时表示关闭mobileWatch：是否开启移动端系统观看页mobileAudio：是否开启移动端音视频切换autoPlay：是否开启播放器自动播放功能booking：是否开启预约功能redPack：是否开启红包功能shareBtnEnabled：是否开启分享功能chat：是否开启聊天室closeChaterList：是否关闭在线列表，Y时表示关闭consultingMenu：是否开启咨询提问closeDanmu：是否关闭弹幕功能，Y时表示关闭barrageSpeed：弹幕速度（quickest/quicker/slowest/slower/standard）praise：是否开启点赞语功能welcome：是否开启欢迎语功能viewerSendImgEnabled：是否开启观众发送图片qaMenuEnabled：是否开启问答功能filterManagerMsgEnabled：过滤聊天室管理员聊天消息开关（只看主持人）showCustomMessageEnabled：显示自定义消息开关chatOnlineNumberEnable：在线人数开关pvShowEnabled：是否显示访问次数，Y-开启，N-关闭chatPlayBack：是否开启聊天回放开关pushSharingEnabled：是否开启推流端分享开关sendFlowersEnabled：是否开启送花开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是否已打开开关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16、查询账号下所有频道缩略信息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查询账号下所有频道缩略信息</w:t>
        <w:br/>
        <w:t>接口地址（仅做说明使用）：https://api.polyv.net/live/v3/channel/management/list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testListChannelBasic() throws Exception, NoSuchAlgorithmException {</w:t>
        <w:br/>
        <w:t xml:space="preserve">        LiveListAccountChannelBasicRequest liveListAccountChannelBasicRequest =</w:t>
        <w:br/>
        <w:t xml:space="preserve">                new LiveListAccountChannelBasicRequest();</w:t>
        <w:br/>
        <w:t xml:space="preserve">        LiveListAccountChannelBasicResponse liveListAccountChannelBasicResponse;</w:t>
        <w:br/>
        <w:t xml:space="preserve">        try {</w:t>
        <w:br/>
        <w:t xml:space="preserve">            liveListAccountChannelBasicRequest.setCategoryId(null)</w:t>
        <w:br/>
        <w:t xml:space="preserve">                    .setWatchStatus("end")</w:t>
        <w:br/>
        <w:t xml:space="preserve">                    .setKeyword("勿删")</w:t>
        <w:br/>
        <w:t xml:space="preserve">                    .setPageSize(null)</w:t>
        <w:br/>
        <w:t xml:space="preserve">                    .setCurrentPage(1);</w:t>
        <w:br/>
        <w:t xml:space="preserve">            liveListAccountChannelBasicResponse = new LiveAccountServiceImpl().listChannelBasic(</w:t>
        <w:br/>
        <w:t xml:space="preserve">                    liveListAccountChannelBasicRequest);</w:t>
        <w:br/>
        <w:t xml:space="preserve">            Assert.assertNotNull(liveListAccountChannelBasicResponse);</w:t>
        <w:br/>
        <w:t xml:space="preserve">            if (liveListAccountChannelBasicResponse != null) {</w:t>
        <w:br/>
        <w:t xml:space="preserve">                //to do something ......</w:t>
        <w:br/>
        <w:t xml:space="preserve">                log.debug("测试查询账号下所有频道缩略信息成功,{}", JSON.toJSONString(liveListAccountChannelBasicResponse));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1、请求正确，返回LiveListAccountChannelBasicResponse对象，B端依据此对象处理业务逻辑；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观看页状态筛选，live-直播中，playback-回放中，end-已结束，waiting-未开始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频道名称，模糊查询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频道基础信息【详见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ChannelBasicInfo参数描述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ChannelBasicInfo参数描述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场景，alone-活动直播，ppt-三分屏，topclass-大班课，seminar：研讨会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观看页状态，live-直播中，playback-回放中，end-已结束，waiting-未开始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观看页状态描述，直播中，回放中，已结束，未开始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观看页链接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17、查询账户分钟数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查询账户分钟数</w:t>
        <w:br/>
        <w:t>接口地址（仅做说明使用）：https://api.polyv.net/live/v2/user/get-user-durations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testGetUserDurations() throws Exception, NoSuchAlgorithmException {</w:t>
        <w:br/>
        <w:t xml:space="preserve">        LiveAccountUserDurationsRequest liveAccountUserDurationsRequest = new LiveAccountUserDurationsRequest();</w:t>
        <w:br/>
        <w:t xml:space="preserve">        LiveAccountUserDurationsResponse liveAccountUserDurationsResponse;</w:t>
        <w:br/>
        <w:t xml:space="preserve">        try {</w:t>
        <w:br/>
        <w:t xml:space="preserve">            liveAccountUserDurationsResponse = new LiveAccountServiceImpl().getUserDurations(</w:t>
        <w:br/>
        <w:t xml:space="preserve">                    liveAccountUserDurationsRequest);</w:t>
        <w:br/>
        <w:t xml:space="preserve">            Assert.assertNotNull(liveAccountUserDurationsResponse);</w:t>
        <w:br/>
        <w:t xml:space="preserve">            if (liveAccountUserDurationsResponse != null) {</w:t>
        <w:br/>
        <w:t xml:space="preserve">                //to do something ......</w:t>
        <w:br/>
        <w:t xml:space="preserve">                log.debug("测试查询账户分钟数成功,{}", JSON.toJSONString(liveAccountUserDurationsResponse));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1、请求正确，返回LiveAccountUserDurationsResponse对象，B端依据此对象处理业务逻辑；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available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当前可用的分钟数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历史已经使用的分钟数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18、查询账号下所有/某个频道号收入详情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查询账号下所有/某个频道号收入详情</w:t>
        <w:br/>
        <w:t>接口地址（仅做说明使用）：https://api.polyv.net/live/v2/user/%s/get-income-detail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根据是否提交channelId来获取全部频道/某个频道的收入详情数据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testGetChannelIncomeDetail() throws Exception {</w:t>
        <w:br/>
        <w:t xml:space="preserve">        LiveChannelIncomeDetailRequest liveChannelIncomeDetailRequest = new LiveChannelIncomeDetailRequest();</w:t>
        <w:br/>
        <w:t xml:space="preserve">        LiveChannelIncomeDetailResponse liveChannelIncomeDetailResponse;</w:t>
        <w:br/>
        <w:t xml:space="preserve">        try {</w:t>
        <w:br/>
        <w:t xml:space="preserve">            String channelId = super.createChannel();</w:t>
        <w:br/>
        <w:t xml:space="preserve">            liveChannelIncomeDetailRequest.setChannelId(channelId)</w:t>
        <w:br/>
        <w:t xml:space="preserve">                    .setStartDate(getDate(2019, 10, 24))</w:t>
        <w:br/>
        <w:t xml:space="preserve">                    .setEndDate(getDate(2021, 11, 11));</w:t>
        <w:br/>
        <w:t xml:space="preserve">            liveChannelIncomeDetailResponse = new LiveAccountServiceImpl().getChannelIncomeDetail(</w:t>
        <w:br/>
        <w:t xml:space="preserve">                    liveChannelIncomeDetailRequest);</w:t>
        <w:br/>
        <w:t xml:space="preserve">            Assert.assertNotNull(liveChannelIncomeDetailResponse);</w:t>
        <w:br/>
        <w:t xml:space="preserve">            if (liveChannelIncomeDetailResponse != null) {</w:t>
        <w:br/>
        <w:t xml:space="preserve">                //to do something ......</w:t>
        <w:br/>
        <w:t xml:space="preserve">                log.debug("测试查询账号下所有/某个频道号收入详情成功,{}", JSON.toJSONString(liveChannelIncomeDetailResponse));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1、请求正确，返回LiveChannelIncomeDetailResponse对象，B端依据此对象处理业务逻辑；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要查询的频道号，不提交默认为查询所有频道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查询的开始日期 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查询的结束日期 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收入详情【详见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ChannelIncomeDetail参数描述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ChannelIncomeDetail参数描述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收入类型：good、cash、pay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payTypeName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收入类型的名称：道具打赏、现金打赏、付费观看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outTradeNo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保利威视系统内部订单号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19、分页查询频道可设置接收转播频道列表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通过一个（发起转播的）频道分页查询能够被它设置接收转播的频道列表</w:t>
        <w:br/>
        <w:t>接口地址（仅做说明使用）：https://api.polyv.net/live/v3/channel/basic/receive/list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testGetReceiveList() throws IOException, NoSuchAlgorithmException {</w:t>
        <w:br/>
        <w:t xml:space="preserve">        LiveChannelReceiveListRequest liveChannelReceiveListRequest = new LiveChannelReceiveListRequest();</w:t>
        <w:br/>
        <w:t xml:space="preserve">        LiveChannelReceiveListResponse liveChannelReceiveListResponse;</w:t>
        <w:br/>
        <w:t xml:space="preserve">        try {</w:t>
        <w:br/>
        <w:t xml:space="preserve">            String channelId = super.createChannel();</w:t>
        <w:br/>
        <w:t xml:space="preserve">            liveChannelReceiveListRequest.setChannelId(channelId);</w:t>
        <w:br/>
        <w:t xml:space="preserve">            liveChannelReceiveListResponse = new LiveAccountServiceImpl().getReceiveList(liveChannelReceiveListRequest);</w:t>
        <w:br/>
        <w:t xml:space="preserve">            Assert.assertNotNull(liveChannelReceiveListResponse);</w:t>
        <w:br/>
        <w:t xml:space="preserve">            if (liveChannelReceiveListResponse != null) {</w:t>
        <w:br/>
        <w:t xml:space="preserve">                //to do something ......</w:t>
        <w:br/>
        <w:t xml:space="preserve">                log.debug("测试分页查询频道可设置接收转播频道列表成功 {}", JSON.toJSONString(liveChannelReceiveListResponse));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1、请求正确，返回LiveChannelReceiveListResponse对象，B端依据此对象处理业务逻辑；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（发起转播的）频道号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频道名称，支持模糊搜索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ReceiveList参数描述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频道密码，非研讨会场景使用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hostPasswd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研讨会主持人密码，研讨会场景使用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attendeePasswd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研讨会参会人密码，研讨会场景使用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频道所属分类名称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观看条件，使用,分隔，如：none,none none：无条件， pay：付费观看， code：验证码观看， phone：白名单观看， info：登记观看， custom：自定义授权观看， external：外部授权, direct：直接授权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recentViewCount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最近场次观看人数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subChannelAccount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第一个子频道号，如果没有子频道则为null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第一个子频道密码，如果没有子频道则为null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transmitChannelId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关联转播的频道号，如果没有关联则为null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 alone：活动直播 ppt：三分屏 topclass：大班课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20、查询所有频道的缩略信息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查询账号下所有的频道缩略信息列表，观看页状态与新版后台一致</w:t>
        <w:br/>
        <w:t>接口地址（仅做说明使用）：https://api.polyv.net/live/v4/channel/simple/list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testListChannelSimpleV2() throws Exception, NoSuchAlgorithmException {</w:t>
        <w:br/>
        <w:t xml:space="preserve">        LiveListAccountChannelSimpleV2Request liveListAccountChannelSimpleV2Request =</w:t>
        <w:br/>
        <w:t xml:space="preserve">                new LiveListAccountChannelSimpleV2Request();</w:t>
        <w:br/>
        <w:t xml:space="preserve">        LiveListAccountChannelSimpleV2Response liveListAccountChannelSimpleV2Response;</w:t>
        <w:br/>
        <w:t xml:space="preserve">        try {</w:t>
        <w:br/>
        <w:t xml:space="preserve">            liveListAccountChannelSimpleV2Request.setCategoryId(null)</w:t>
        <w:br/>
        <w:t xml:space="preserve">                    .setOrderBy(LiveConstant.OrderBy.CHANNEL_CREATED_TIME_DESC.getType());</w:t>
        <w:br/>
        <w:t xml:space="preserve">            liveListAccountChannelSimpleV2Response = new LiveAccountServiceImpl().listChannelSimpleV2(</w:t>
        <w:br/>
        <w:t xml:space="preserve">                    liveListAccountChannelSimpleV2Request);</w:t>
        <w:br/>
        <w:t xml:space="preserve">            Assert.assertNotNull(liveListAccountChannelSimpleV2Request);</w:t>
        <w:br/>
        <w:t xml:space="preserve">            if (liveListAccountChannelSimpleV2Response != null) {</w:t>
        <w:br/>
        <w:t xml:space="preserve">                //to do something ......</w:t>
        <w:br/>
        <w:t xml:space="preserve">                log.debug("测试查询所有频道的缩略信息成功,{}", JSON.toJSONString(liveListAccountChannelSimpleV2Response));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1、请求正确，返回LiveListAccountChannelSimpleV2Response对象，B端依据此对象处理业务逻辑；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观看页状态筛选，live-直播中，playback-回放中，end-已结束，waiting-等待中，unStart-未开始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频道名称，模糊查询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orderBy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排序字段，默认按频道创建时间升序，startTimeDesc：开播时间降序，startTimeAsc：开播时间升序，channelCreatedTimeDesc：频道创建时间降序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频道基础信息【详见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ChannelBasicInfo参数描述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ChannelBasicInfo参数描述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场景，alone-活动直播，ppt-三分屏，topclass-大班课，seminar：研讨会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观看页状态，live-直播中，playback-回放中，end-已结束，waiting-等待中，unStart-未开始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观看页状态描述，直播中，回放中，已结束，等待中，未开始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观看页链接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21、查询所有频道的基础信息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查询账号下所有的频道基础信息列表</w:t>
        <w:br/>
        <w:t>接口地址（仅做说明使用）：https://api.polyv.net/live/v4/channel/basic/list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testListAccountBasicV2() throws IOException, NoSuchAlgorithmException {</w:t>
        <w:br/>
        <w:t xml:space="preserve">        LiveListAccountBasicInfoV2Request liveListAccountBasicInfoV2Request = new LiveListAccountBasicInfoV2Request();</w:t>
        <w:br/>
        <w:t xml:space="preserve">        LiveListAccountBasicV2Response liveListAccountBasicV2Response;</w:t>
        <w:br/>
        <w:t xml:space="preserve">        try {</w:t>
        <w:br/>
        <w:t xml:space="preserve">            liveListAccountBasicInfoV2Request.setPageSize(2).setCurrentPage(2);</w:t>
        <w:br/>
        <w:t xml:space="preserve">            liveListAccountBasicV2Response = new LiveAccountServiceImpl().listAccountBasicInfoV2(</w:t>
        <w:br/>
        <w:t xml:space="preserve">                    liveListAccountBasicInfoV2Request);</w:t>
        <w:br/>
        <w:t xml:space="preserve">            Assert.assertNotNull(liveListAccountBasicV2Response);</w:t>
        <w:br/>
        <w:t xml:space="preserve">            if (liveListAccountBasicV2Response != null) {</w:t>
        <w:br/>
        <w:t xml:space="preserve">                //to do something ......</w:t>
        <w:br/>
        <w:t xml:space="preserve">                log.debug("测试查询所有频道的基础信息成功 {}", JSON.toJSONString(liveListAccountBasicV2Response));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1、请求正确，返回LiveListAccountBasicV2Response对象，B端依据此对象处理业务逻辑；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分类ID，多个id用英文逗号分隔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频道号，多个频道用英文逗号分隔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观看页状态筛选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直播开始时间，查询开始时间13位时间戳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直播开始时间，查询结束时间13位时间戳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orderBy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排序字段，默认按频道创建时间升序，startTimeDesc：开播时间降序，startTimeAsc：开播时间升序，channelCreatedTimeDesc：频道创建时间降序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LiveChannelBasic参数描述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LiveChannelBasic参数描述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直播开始时间，关闭时为0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页面累计观看数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观看页点赞数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引导页开关，取值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最大在线观看人数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频道的观看页状态，取值为 live：直播中 end：直播结束 playback：回放中 waiting：等待中 unStart：未开始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观看页状态描述，直播中，回放中，已结束，等待中，未开始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onlineNum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bgImg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暖场图片URL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回放视频列表，当有多个时按添加时间倒叙排列【详见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BasicVideoList参数描述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BasicVideoList参数描述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直播系统生成的id （视频库中的回放视频）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点播视频vid （视频库中的回放视频）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22、查询所有频道的详细信息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查询账号下所有频道详细信息列表，观看页状态与新版后台一致</w:t>
        <w:br/>
        <w:t>接口地址（仅做说明使用）：https://api.polyv.net/live/v4/channel/detail/list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testListAccountDetailV2() throws IOException, NoSuchAlgorithmException {</w:t>
        <w:br/>
        <w:t xml:space="preserve">        LiveListAccountDetailV2Request liveListAccountDetailV2Request = new LiveListAccountDetailV2Request();</w:t>
        <w:br/>
        <w:t xml:space="preserve">        LiveListAccountDetailV2Response liveListAccountDetailV2Response;</w:t>
        <w:br/>
        <w:t xml:space="preserve">        try {</w:t>
        <w:br/>
        <w:t xml:space="preserve">            liveListAccountDetailV2Request.setPageSize(2).setCurrentPage(2);</w:t>
        <w:br/>
        <w:t xml:space="preserve">            liveListAccountDetailV2Response = new LiveAccountServiceImpl().listAccountDetailV2(</w:t>
        <w:br/>
        <w:t xml:space="preserve">                    liveListAccountDetailV2Request);</w:t>
        <w:br/>
        <w:t xml:space="preserve">            Assert.assertNotNull(liveListAccountDetailV2Response);</w:t>
        <w:br/>
        <w:t xml:space="preserve">            if (liveListAccountDetailV2Response != null) {</w:t>
        <w:br/>
        <w:t xml:space="preserve">                //to do something ......</w:t>
        <w:br/>
        <w:t xml:space="preserve">                log.debug("测试查询所有频道的详细信息成功 {}", JSON.toJSONString(liveListAccountDetailV2Response));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1、请求正确，返回LiveListAccountDetailV2Response对象，B端依据此对象处理业务逻辑；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观看页状态筛选 live：直播中 playback：回放中 end：已结束 waiting：等待中 unStart：未开始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频道名称，模糊查询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orderBy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排序字段，默认按频道创建时间升序，startTimeDesc：开播时间降序，startTimeAsc：开播时间升序，channelCreatedTimeDesc：频道创建时间降序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频道详细信息列表【详见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LiveChannelDetail参数描述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LiveChannelDetail参数描述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场景，alone-活动直播，ppt-三分屏，topclass-大班课，seminar：研讨会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场景描述，如：大班课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 live：直播中 playback：回放中 end：已结束 waiting：等待中 unStart：未开始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观看页状态描述，直播中，回放中，已结束，等待中，未开始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channelLogo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频道引导图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直播权限设置数据传输对象【详见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LiveAuthSetting参数描述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LiveAuthSetting参数描述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用于实现一个频道设置两个观看条件，为1或2（1为主要条件，2为次要条件）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是否开启全局设置（Y/N）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是否开启观看条件(Y/N)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观看条件类型(1. 无限制 none 2. 验证码观看 code 3. 付费观看 pay 4. 白名单观看 phone 5. 登记观看 info 6. 分享观看 wxshare 7. 自定义授权观看 custom 8. 外部授权观看 external)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验证码观看方式的验证码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验证码观看方式的二维码提示【对应api文档的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qcodeTips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验证码观看方式的二维码图片【对应api文档的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qcodeTips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付费观看的截止时长 （天）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付费观看，截止时间，为null表示：一次付费，永久有效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自定义授权观看的接口地址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自定义授权观看的接口地址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外部授权观看的接口地址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外部授权观看，用户直接访问观看页时的跳转地址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试看开关，Y:开启试看，N:关闭试看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试看时间，单位为分钟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试看截止日期，为null 表示对该频道永久有效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23、查询全局回调设置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查询全局回调设置</w:t>
        <w:br/>
        <w:t>接口地址（仅做说明使用）：https://api.polyv.net/live/v4/user/global-setting/callback/get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testGetLiveUserCallback() throws IOException, NoSuchAlgorithmException {</w:t>
        <w:br/>
        <w:t xml:space="preserve">        LiveGetUserCallbackRequest liveGetUserCallbackRequest = new LiveGetUserCallbackRequest();</w:t>
        <w:br/>
        <w:t xml:space="preserve">        LiveGetUserCallbackResponse liveGetUserCallbackResponse;</w:t>
        <w:br/>
        <w:t xml:space="preserve">        try {</w:t>
        <w:br/>
        <w:t xml:space="preserve">            liveGetUserCallbackResponse = new LiveAccountServiceImpl().getLiveUserCallback(liveGetUserCallbackRequest);</w:t>
        <w:br/>
        <w:t xml:space="preserve">            Assert.assertNotNull(liveGetUserCallbackResponse);</w:t>
        <w:br/>
        <w:t xml:space="preserve">            if (liveGetUserCallbackResponse != null) {</w:t>
        <w:br/>
        <w:t xml:space="preserve">                //to do something ......</w:t>
        <w:br/>
        <w:t xml:space="preserve">                log.debug("测试查询全局回调设置成功 {}", JSON.toJSONString(liveGetUserCallbackResponse));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1、请求正确，返回LiveGetUserCallbackResponse对象，B端依据此对象处理业务逻辑；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录制生成回调URL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recordFileCallBackType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回调录制文件类型 all：全部回放视频 last：最终回放视频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recordCallbackVideoType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回调文件类型 m3u8：m3u8文件 mp4：mp4文件 m3u8,mp4：m3u8和mp4文件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转存成功回调URL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rebirthVodCallbackEnabled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重制课件转存点播回调开关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pptRecordCallbackUrl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课件重制成功回调URL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直播状态改变回调URL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channelBasicUpdateCallbackUrl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频道直播间信息修改回调URL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liveScanCallbackUrl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直播内容审核不通过回调URL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chatUserStatusCallbackUrl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直播间人员状态回调URL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interactionCallbackUrl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互动功能回调URL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playbackCacheCallbackUrl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直播回放缓存生成回调通知URL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playbackSettingCallbackUrl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回放设置回调URL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24、修改全局回调设置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修改全局回调设置</w:t>
        <w:br/>
        <w:t>接口地址（仅做说明使用）：https://api.polyv.net/live/v4/user/global-setting/callback/update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testUpdateLiveUserCallback() throws IOException, NoSuchAlgorithmException {</w:t>
        <w:br/>
        <w:t xml:space="preserve">        LiveUpdateUserCallbackRequest liveUpdateUserCallbackRequest = new LiveUpdateUserCallbackRequest();</w:t>
        <w:br/>
        <w:t xml:space="preserve">        Boolean liveUpdateUserCallbackResponse;</w:t>
        <w:br/>
        <w:t xml:space="preserve">        try {</w:t>
        <w:br/>
        <w:t xml:space="preserve">            liveUpdateUserCallbackRequest.setPptRecordCallbackUrl("https://abc.cn/callback")</w:t>
        <w:br/>
        <w:t xml:space="preserve">                    .setRecordCallbackVideoType("m3u8,mp4")</w:t>
        <w:br/>
        <w:t xml:space="preserve">                    .setRecordFileCallBackType("all");</w:t>
        <w:br/>
        <w:t xml:space="preserve">            liveUpdateUserCallbackResponse = new LiveAccountServiceImpl().updateLiveUserCallback(</w:t>
        <w:br/>
        <w:t xml:space="preserve">                    liveUpdateUserCallbackRequest);</w:t>
        <w:br/>
        <w:t xml:space="preserve">            Assert.assertNotNull(liveUpdateUserCallbackResponse);</w:t>
        <w:br/>
        <w:t xml:space="preserve">            if (liveUpdateUserCallbackResponse != null) {</w:t>
        <w:br/>
        <w:t xml:space="preserve">                //to do something ......</w:t>
        <w:br/>
        <w:t xml:space="preserve">                log.debug("测试修改全局回调设置成功 {}", JSON.toJSONString(liveUpdateUserCallbackResponse));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录制生成回调URL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recordFileCallBackType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回调录制文件内容 all：全部回放视频 last：最终回放视频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recordCallbackVideoType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回调文件类型 m3u8：m3u8文件 mp4：mp4文件 m3u8,mp4：m3u8和mp4文件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转存成功回调URL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rebirthVodCallbackEnabled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重制课件转存点播回调开关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pptRecordCallbackUrl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课件重制成功回调URL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直播状态改变回调URL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channelBasicUpdateCallbackUrl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频道直播间信息修改回调URL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liveScanCallbackUrl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直播内容审核不通过回调URL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playbackCacheCallbackUrl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直播回放缓存生成回调通知URL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修改全局回调设置返回实体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25、查询账号时间范围连麦使用量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查询账号时间范围连麦使用量</w:t>
        <w:br/>
        <w:t>接口地址（仅做说明使用）：https://api.polyv.net/live/v4/statistics/mic/history/get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2、连麦使用量按天统计，由于数据量和计算量大，统计结果时效性为两天，即今天的数据需后天才可查询（凌晨2点汇总）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testGetMicDurationHistory() throws IOException, NoSuchAlgorithmException {</w:t>
        <w:br/>
        <w:t xml:space="preserve">        LiveGetMicDurationRequest liveGetMicDurationRequest = new LiveGetMicDurationRequest();</w:t>
        <w:br/>
        <w:t xml:space="preserve">        LiveGetMicDurationResponse liveGetMicDurationResponse;</w:t>
        <w:br/>
        <w:t xml:space="preserve">        try {</w:t>
        <w:br/>
        <w:t xml:space="preserve">            liveGetMicDurationResponse = new LiveAccountServiceImpl().getMicDuration(liveGetMicDurationRequest);</w:t>
        <w:br/>
        <w:t xml:space="preserve">            Assert.assertNotNull(liveGetMicDurationResponse);</w:t>
        <w:br/>
        <w:t xml:space="preserve">            if (liveGetMicDurationResponse != null) {</w:t>
        <w:br/>
        <w:t xml:space="preserve">                //to do something ......</w:t>
        <w:br/>
        <w:t xml:space="preserve">                log.debug("测试查询账号时间范围连麦使用量成功 {}", JSON.toJSONString(liveGetMicDurationResponse));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1、请求正确，返回LiveGetMicDurationResponse对象，B端依据此对象处理业务逻辑；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开始时间，13位毫秒级时间戳（仅支持到日期）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结束时间，13位毫秒级时间戳（仅支持到日期）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history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连麦使用分钟数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26、查询全局频道设置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查询全局频道设置</w:t>
        <w:br/>
        <w:t>接口地址（仅做说明使用）：https://api.polyv.net/live/v4/user/global-setting/switch/get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testGetGlobalSwitch() throws IOException, NoSuchAlgorithmException {</w:t>
        <w:br/>
        <w:t xml:space="preserve">        LiveGetGlobalSwitchRequest liveGetGlobalSwitchRequest = new LiveGetGlobalSwitchRequest();</w:t>
        <w:br/>
        <w:t xml:space="preserve">        LiveGetGlobalSwitchResponse liveGetGlobalSwitchResponse;</w:t>
        <w:br/>
        <w:t xml:space="preserve">        try {</w:t>
        <w:br/>
        <w:t xml:space="preserve">            liveGetGlobalSwitchResponse = new LiveAccountServiceImpl().getGlobalSwitch(liveGetGlobalSwitchRequest);</w:t>
        <w:br/>
        <w:t xml:space="preserve">            Assert.assertNotNull(liveGetGlobalSwitchResponse);</w:t>
        <w:br/>
        <w:t xml:space="preserve">            if (liveGetGlobalSwitchResponse != null) {</w:t>
        <w:br/>
        <w:t xml:space="preserve">                //to do something ......</w:t>
        <w:br/>
        <w:t xml:space="preserve">                log.debug("测试查询全局频道设置成功 {}", JSON.toJSONString(liveGetGlobalSwitchResponse));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1、请求正确，返回LiveGetGlobalSwitchResponse对象，B端依据此对象处理业务逻辑；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channelConcurrencesEnabled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最高同时在线人数修改开关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timelyConvertEnabled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自动转存开关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rebirthAutoUploadEnabled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重制课件自动转存开关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rebirthAutoConvertEnabled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重制课件自动重制开关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pptCoveredEnabled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重制课件PPT铺满开关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播放器封面设置 contain：等比例缩放 cover：拉伸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27、修改全局频道设置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修改全局频道设置</w:t>
        <w:br/>
        <w:t>接口地址（仅做说明使用）：https://api.polyv.net/live/v4/user/global-setting/switch/update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testUpdateGlobalSwitch() throws IOException, NoSuchAlgorithmException {</w:t>
        <w:br/>
        <w:t xml:space="preserve">        LiveUpdateGlobalSwitchRequest liveUpdateGlobalSwitchRequest = new LiveUpdateGlobalSwitchRequest();</w:t>
        <w:br/>
        <w:t xml:space="preserve">        Boolean liveUpdateGlobalSwitchResponse;</w:t>
        <w:br/>
        <w:t xml:space="preserve">        try {</w:t>
        <w:br/>
        <w:t xml:space="preserve">            liveUpdateGlobalSwitchRequest.setChannelConcurrencesEnabled(LiveConstant.Flag.YES.getFlag())</w:t>
        <w:br/>
        <w:t xml:space="preserve">                    .setCoverImgType("contain");</w:t>
        <w:br/>
        <w:t xml:space="preserve">            liveUpdateGlobalSwitchResponse = new LiveAccountServiceImpl().updateGlobalSwitch(</w:t>
        <w:br/>
        <w:t xml:space="preserve">                    liveUpdateGlobalSwitchRequest);</w:t>
        <w:br/>
        <w:t xml:space="preserve">            Assert.assertNotNull(liveUpdateGlobalSwitchResponse);</w:t>
        <w:br/>
        <w:t xml:space="preserve">            if (liveUpdateGlobalSwitchResponse != null) {</w:t>
        <w:br/>
        <w:t xml:space="preserve">                //to do something ......</w:t>
        <w:br/>
        <w:t xml:space="preserve">                log.debug("测试修改全局频道设置成功 {}", JSON.toJSONString(liveUpdateGlobalSwitchResponse));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channelConcurrencesEnabled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最高同时在线人数修改开关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timelyConvertEnabled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自动转存开关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打赏开关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rebirthAutoUploadEnabled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重制课件自动转存开关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rebirthAutoConvertEnabled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重制课件自动重制开关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pptCoveredEnabled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重制课件PPT铺满开关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播放器封面设置 contain：等比例缩放 cover：拉伸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修改全局频道设置返回实体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28、查询观看次数显示开关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查询观看页观看次数显示开关</w:t>
        <w:br/>
        <w:t>接口地址（仅做说明使用）：https://api.polyv.net/live/v4/user/global-setting/pv-show/get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testGetPVShowSetting() throws IOException, NoSuchAlgorithmException {</w:t>
        <w:br/>
        <w:t xml:space="preserve">        LiveGetPVShowSettingRequest liveGetPVShowSettingRequest = new LiveGetPVShowSettingRequest();</w:t>
        <w:br/>
        <w:t xml:space="preserve">        LiveGetPVShowSettingResponse liveGetPVShowSettingResponse;</w:t>
        <w:br/>
        <w:t xml:space="preserve">        try {</w:t>
        <w:br/>
        <w:t xml:space="preserve">            liveGetPVShowSettingResponse = new LiveAccountServiceImpl().getPVShowSetting(liveGetPVShowSettingRequest);</w:t>
        <w:br/>
        <w:t xml:space="preserve">            Assert.assertNotNull(liveGetPVShowSettingResponse);</w:t>
        <w:br/>
        <w:t xml:space="preserve">            if (liveGetPVShowSettingResponse != null) {</w:t>
        <w:br/>
        <w:t xml:space="preserve">                //to do something ......</w:t>
        <w:br/>
        <w:t xml:space="preserve">                log.debug("测试查询观看次数显示开关成功 {}", JSON.toJSONString(liveGetPVShowSettingResponse));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1、请求正确，返回LiveGetPVShowSettingResponse对象，B端依据此对象处理业务逻辑；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观看页观看次数显示开关 Y：开启 N：关闭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29、修改观看次数显示开关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修改观看页观看次数显示开关</w:t>
        <w:br/>
        <w:t>接口地址（仅做说明使用）：https://api.polyv.net/live/v4/user/global-setting/pv-show/update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testUpdatePVShowSetting() throws IOException, NoSuchAlgorithmException {</w:t>
        <w:br/>
        <w:t xml:space="preserve">        LiveUpdatePVShowSettingRequest liveUpdatePVShowSettingRequest = new LiveUpdatePVShowSettingRequest();</w:t>
        <w:br/>
        <w:t xml:space="preserve">        Boolean liveUpdatePVShowSettingResponse;</w:t>
        <w:br/>
        <w:t xml:space="preserve">        try {</w:t>
        <w:br/>
        <w:t xml:space="preserve">            liveUpdatePVShowSettingRequest.setEnabled(LiveConstant.Flag.YES.getFlag());</w:t>
        <w:br/>
        <w:t xml:space="preserve">            liveUpdatePVShowSettingResponse = new LiveAccountServiceImpl().updatePVShowSetting(</w:t>
        <w:br/>
        <w:t xml:space="preserve">                    liveUpdatePVShowSettingRequest);</w:t>
        <w:br/>
        <w:t xml:space="preserve">            Assert.assertNotNull(liveUpdatePVShowSettingResponse);</w:t>
        <w:br/>
        <w:t xml:space="preserve">            if (liveUpdatePVShowSettingResponse != null) {</w:t>
        <w:br/>
        <w:t xml:space="preserve">                //to do something ......</w:t>
        <w:br/>
        <w:t xml:space="preserve">                log.debug("测试修改观看次数显示开关成功 {}", JSON.toJSONString(liveUpdatePVShowSettingResponse));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观看页观看次数显示开关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修改观看次数显示开关返回实体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30、查询页脚设置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查询全局页脚设置</w:t>
        <w:br/>
        <w:t>接口地址（仅做说明使用）：https://api.polyv.net/live/v4/user/global-setting/footer/get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testGetFooterSetting() throws IOException, NoSuchAlgorithmException {</w:t>
        <w:br/>
        <w:t xml:space="preserve">        LiveGetFooterSettingRequest liveGetFooterSettingRequest = new LiveGetFooterSettingRequest();</w:t>
        <w:br/>
        <w:t xml:space="preserve">        LiveGetFooterSettingResponse liveGetFooterSettingResponse;</w:t>
        <w:br/>
        <w:t xml:space="preserve">        try {</w:t>
        <w:br/>
        <w:t xml:space="preserve">            liveGetFooterSettingResponse = new LiveAccountServiceImpl().getFooterSetting(liveGetFooterSettingRequest);</w:t>
        <w:br/>
        <w:t xml:space="preserve">            Assert.assertNotNull(liveGetFooterSettingResponse);</w:t>
        <w:br/>
        <w:t xml:space="preserve">            if (liveGetFooterSettingResponse != null) {</w:t>
        <w:br/>
        <w:t xml:space="preserve">                //to do something ......</w:t>
        <w:br/>
        <w:t xml:space="preserve">                log.debug("测试查询页脚设置成功 {}", JSON.toJSONString(liveGetFooterSettingResponse));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1、请求正确，返回LiveGetFooterSettingResponse对象，B端依据此对象处理业务逻辑；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showFooterEnabled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是否开启页脚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footerText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页脚文案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footTextLinkProtocol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页脚链接协议头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footTextLinkUrl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页脚链接地址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31、修改页脚设置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修改全局页脚设置</w:t>
        <w:br/>
        <w:t>接口地址（仅做说明使用）：https://api.polyv.net/live/v4/user/global-setting/footer/update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testUpdateFooterSetting() throws IOException, NoSuchAlgorithmException {</w:t>
        <w:br/>
        <w:t xml:space="preserve">        LiveUpdateFooterSettingRequest liveUpdateFooterSettingRequest = new LiveUpdateFooterSettingRequest();</w:t>
        <w:br/>
        <w:t xml:space="preserve">        Boolean liveUpdateFooterSettingResponse;</w:t>
        <w:br/>
        <w:t xml:space="preserve">        try {</w:t>
        <w:br/>
        <w:t xml:space="preserve">            liveUpdateFooterSettingRequest.setShowFooterEnabled(LiveConstant.Flag.YES.getFlag())</w:t>
        <w:br/>
        <w:t xml:space="preserve">                    .setFooterText("保利威提供技术支持")</w:t>
        <w:br/>
        <w:t xml:space="preserve">                    .setFootTextLinkProtocol("https://")</w:t>
        <w:br/>
        <w:t xml:space="preserve">                    .setFootTextLinkUrl("www.polyv.net");</w:t>
        <w:br/>
        <w:t xml:space="preserve">            liveUpdateFooterSettingResponse = new LiveAccountServiceImpl().updateFooterSetting(</w:t>
        <w:br/>
        <w:t xml:space="preserve">                    liveUpdateFooterSettingRequest);</w:t>
        <w:br/>
        <w:t xml:space="preserve">            Assert.assertNotNull(liveUpdateFooterSettingResponse);</w:t>
        <w:br/>
        <w:t xml:space="preserve">            if (liveUpdateFooterSettingResponse != null) {</w:t>
        <w:br/>
        <w:t xml:space="preserve">                //to do something ......</w:t>
        <w:br/>
        <w:t xml:space="preserve">                log.debug("测试修改页脚设置成功 {}", JSON.toJSONString(liveUpdateFooterSettingResponse));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showFooterEnabled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是否开启页脚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footerText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页脚文案，最大长度12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footTextLinkProtocol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页脚链接协议头 http:// 或者 https://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footTextLinkUrl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页脚链接地址，最大长度50，不用带协议，例如：www.polyv.net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修改页脚设置返回实体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32、查询观看页默认模板设置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查询观看页默认模板设置</w:t>
        <w:br/>
        <w:t>接口地址（仅做说明使用）：https://api.polyv.net/live/v4/user/template/page-setting/get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testGetPageSetting() throws IOException, NoSuchAlgorithmException {</w:t>
        <w:br/>
        <w:t xml:space="preserve">        LiveGetPageSettingRequest liveGetPageSettingRequest = new LiveGetPageSettingRequest();</w:t>
        <w:br/>
        <w:t xml:space="preserve">        LiveGetPageSettingResponse liveGetPageSettingResponse;</w:t>
        <w:br/>
        <w:t xml:space="preserve">        try {</w:t>
        <w:br/>
        <w:t xml:space="preserve">            liveGetPageSettingResponse = new LiveAccountServiceImpl().getPageSetting(liveGetPageSettingRequest);</w:t>
        <w:br/>
        <w:t xml:space="preserve">            Assert.assertNotNull(liveGetPageSettingResponse);</w:t>
        <w:br/>
        <w:t xml:space="preserve">            if (liveGetPageSettingResponse != null) {</w:t>
        <w:br/>
        <w:t xml:space="preserve">                //to do something ......</w:t>
        <w:br/>
        <w:t xml:space="preserve">                log.debug("测试查询观看页默认模板设置成功 {}", JSON.toJSONString(liveGetPageSettingResponse));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1、请求正确，返回LiveGetPageSettingResponse对象，B端依据此对象处理业务逻辑；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自动播放开关，Y：开启，N：关闭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barrageEnabled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barrageSpeed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弹幕速度，340：缓慢，270：较慢，200：标准，130：较快，60：快速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bookingEnabled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微信预约功能开关，Y：开启，N：关闭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closePreviewEnabled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观看页开关，Y：不显示观看页（仅允许集成SDK观看），N：显示观看页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flashPlayerEnabled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flash播放器开关，Y：开启，N：关闭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forbidFirefoxEnabled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禁止Firefox开关，Y：开启，N：关闭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mobileAudioEnabled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音视频切换开关，Y：开启，N：关闭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mobilePvShowLocation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观看次数移动端显示位置，player：播放器，desc：直播介绍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mobileWatchEnabled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移动观看页开关，Y：开启，N：关闭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pvShowEnabled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recordingProtectEnabled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防弹窗播放开关，Y：开启，N：关闭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showCountdownEnabled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回放中显示“下一场次”倒计时 开关值，Y：开启，N：关闭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switchPlayerEnabled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允许观众切换h5及flash播放器，Y：允许，N：不允许；flash播放器开关为N时，该值不生效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viewerVerificationEnabled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观众实名认证开关，Y：开启，N：关闭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watchFeedbackEnabled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观众投诉开关，Y：开启，N：关闭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watchLangType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观看页语言，zh_CN：中文，en：英文，follow_browser：跟随浏览器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watchLayout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观看页布局，ppt文档为主、video视频为主、only-video仅视频、followTeacher跟随讲师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33、修改观看页默认模板设置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修改观看页默认模板设置</w:t>
        <w:br/>
        <w:t>接口地址（仅做说明使用）：https://api.polyv.net/live/v4/user/template/page-setting/update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testUpdatePageSetting() throws IOException, NoSuchAlgorithmException {</w:t>
        <w:br/>
        <w:t xml:space="preserve">        LiveUpdatePageSettingRequest liveUpdatePageSettingRequest = new LiveUpdatePageSettingRequest();</w:t>
        <w:br/>
        <w:t xml:space="preserve">        Boolean liveUpdatePageSettingResponse;</w:t>
        <w:br/>
        <w:t xml:space="preserve">        try {</w:t>
        <w:br/>
        <w:t xml:space="preserve">            liveUpdatePageSettingRequest.setAutoPlayEnabled("Y");</w:t>
        <w:br/>
        <w:t xml:space="preserve">            liveUpdatePageSettingResponse = new LiveAccountServiceImpl().updatePageSetting(</w:t>
        <w:br/>
        <w:t xml:space="preserve">                    liveUpdatePageSettingRequest);</w:t>
        <w:br/>
        <w:t xml:space="preserve">            Assert.assertNotNull(liveUpdatePageSettingResponse);</w:t>
        <w:br/>
        <w:t xml:space="preserve">            if (liveUpdatePageSettingResponse != null) {</w:t>
        <w:br/>
        <w:t xml:space="preserve">                //to do something ......</w:t>
        <w:br/>
        <w:t xml:space="preserve">                log.debug("测试修改观看页默认模板设置成功 {}", JSON.toJSONString(liveUpdatePageSettingResponse));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自动播放开关，Y：开启，N：关闭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barrageEnabled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barrageSpeed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弹幕速度，340：缓慢，270：较慢，200：标准，130：较快，60：快速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bookingEnabled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微信预约功能开关，Y：开启，N：关闭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closePreviewEnabled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观看页开关，Y：不显示观看页（仅允许集成SDK观看），N：显示观看页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flashPlayerEnabled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flash播放器开关，Y：开启，N：关闭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forbidFirefoxEnabled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禁止Firefox开关，Y：开启，N：关闭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mobileAudioEnabled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音视频切换开关，Y：开启，N：关闭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mobilePvShowLocation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观看次数移动端显示位置，player：播放器，desc：直播介绍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mobileWatchEnabled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移动观看页开关，Y：开启，N：关闭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pvShowEnabled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recordingProtectEnabled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防弹窗播放开关，Y：开启，N：关闭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showCountdownEnabled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回放中显示“下一场次”倒计时 开关值，Y：开启，N：关闭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switchPlayerEnabled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允许观众切换h5及flash播放器，Y：允许，N：不允许；flash播放器开关为N时，该值不生效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viewerVerificationEnabled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观众实名认证开关，Y：开启，N：关闭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watchFeedbackEnabled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观众投诉开关，Y：开启，N：关闭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watchLangType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观看页语言，zh_CN：中文，en：英文，follow_browser：跟随浏览器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watchLayout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观看页布局，ppt文档为主、video视频为主、only-video仅视频、followTeacher跟随讲师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true为修改成功，false为修改失败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34、查询所有频道的回放视频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查询账号下回放列表和点播列表, 注意：不包括暂存列表</w:t>
        <w:br/>
        <w:t>接口地址（仅做说明使用）：https://api.polyv.net/live/v3/user/playback/list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testGetUserPlaybackList() throws IOException, NoSuchAlgorithmException {</w:t>
        <w:br/>
        <w:t xml:space="preserve">        LiveListUserPlaybackRequest liveListUserPlaybackRequest = new LiveListUserPlaybackRequest();</w:t>
        <w:br/>
        <w:t xml:space="preserve">        LiveListUserPlaybackResponse liveListUserPlaybackResponse;</w:t>
        <w:br/>
        <w:t xml:space="preserve">        try {</w:t>
        <w:br/>
        <w:t xml:space="preserve">            String channelId = super.createChannel();</w:t>
        <w:br/>
        <w:t xml:space="preserve">            liveListUserPlaybackRequest.setChannelId(channelId);</w:t>
        <w:br/>
        <w:t xml:space="preserve">            liveListUserPlaybackResponse = new LiveAccountServiceImpl().getUserPlaybackList(</w:t>
        <w:br/>
        <w:t xml:space="preserve">                    liveListUserPlaybackRequest);</w:t>
        <w:br/>
        <w:t xml:space="preserve">            Assert.assertNotNull(liveListUserPlaybackResponse);</w:t>
        <w:br/>
        <w:t xml:space="preserve">            if (liveListUserPlaybackResponse != null) {</w:t>
        <w:br/>
        <w:t xml:space="preserve">                //to do something ......</w:t>
        <w:br/>
        <w:t xml:space="preserve">                log.debug("测试查询所有频道的回放视频成功 {}", JSON.toJSONString(liveListUserPlaybackResponse));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1、请求正确，返回LiveListUserPlaybackResponse对象，B端依据此对象处理业务逻辑；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频道号，不传查询账号下所有回放视频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每页数据大小，默认为20，合法范围为1-1000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排序规则，取值 timeDesc：按createdTime降序 rankDesc：按rank降序 time：按createdTime升序 rank：按rank升序，默认是timeDesc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playback：回放列表 vod：点播列表，默认是playback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响应成功时返回回放视频列表信息【详见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UserPlayback参数描述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UserPlayback参数描述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直播系统生成的id （视频库中的回放视频）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点播视频vid （视频库中的回放视频）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回放视频对应的直播频道号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视频长度，格式为HH:mm:ss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myBr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默认视频的播放清晰度 1：流畅 2：高清 3：超清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访客信息收集id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视频加密状态，1表示为加密状态，0为非加密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关联点播视频的排序字段【对应api文档的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ordertime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添加为回放视频的日期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视频最后修改日期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排序值，值越大优先级越高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asDefault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是否为默认播放视频，值为Y/N Y：是 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视频播放地址，注：如果视频为加密视频，则此地址无法访问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用于PPT请求数据，与PPT直播的回放相关，普通直播回放值为null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转存点播视频完成状态，已完成：Y，未完成：N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回放视频转存前的暂存fileId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直播类型 alone：活动直播 ppt：三分屏 topclass：大班课 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视频宽度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视频高度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转存文件来源 manual：手动录制 auto：自动录制 merge：合并 clip：裁剪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转存视频时设置的回调地址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处理失败的次数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 zh_CN：中文 EN：英文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英文回放videoId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英文回放文件地址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mergeInfo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视频合并信息【对应api文档的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mergeinfo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观看回放视频的地址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35、查询默认模板防录屏设置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查询防录屏默认模板设置</w:t>
        <w:br/>
        <w:t>接口地址（仅做说明使用）：https://api.polyv.net/live/v4/user/template/marquee/get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testGetMarquee() throws IOException, NoSuchAlgorithmException {</w:t>
        <w:br/>
        <w:t xml:space="preserve">        LiveGetMarqueeRequest liveGetMarqueeRequest = new LiveGetMarqueeRequest();</w:t>
        <w:br/>
        <w:t xml:space="preserve">        LiveGetMarqueeResponse liveGetMarqueeResponse;</w:t>
        <w:br/>
        <w:t xml:space="preserve">        try {</w:t>
        <w:br/>
        <w:t xml:space="preserve">            liveGetMarqueeResponse = new LiveAccountServiceImpl().getMarquee(liveGetMarqueeRequest);</w:t>
        <w:br/>
        <w:t xml:space="preserve">            Assert.assertNotNull(liveGetMarqueeResponse);</w:t>
        <w:br/>
        <w:t xml:space="preserve">            if (liveGetMarqueeResponse != null) {</w:t>
        <w:br/>
        <w:t xml:space="preserve">                //to do something ......</w:t>
        <w:br/>
        <w:t xml:space="preserve">                log.debug("测试查询默认模板防录屏设置成功 {}", JSON.toJSONString(liveGetMarqueeResponse));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1、请求正确，返回LiveGetMarqueeResponse对象，B端依据此对象处理业务逻辑；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防录屏开关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antiRecordType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防录屏方式 marquee：跑马灯 watermark：水印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modelType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防录屏类型 fixed：固定 nickname：用户名 diyurl：url自定义设置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autoZoomEnabled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自定义缩放开关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固定值时为设置内容 URL自定义设置时为网址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opacity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 跑马灯透明度，范围0-99 水印透明度，范围0-100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双跑马灯开关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跑马灯字体颜色，色值，例如：#FFFFFF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字体大小 防录屏方式为跑马灯时：设置数值，范围1-256 防录屏方式为水印时： small：小 middle：中 large：大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跑马灯显示方式 roll：滚动 flicker：闪烁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36、查询默认模板回放设置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查询回放默认模板设置</w:t>
        <w:br/>
        <w:t>接口地址（仅做说明使用）：https://api.polyv.net/live/v4/user/template/playback-setting/get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testGetTemplatePlaybackSetting() throws IOException, NoSuchAlgorithmException {</w:t>
        <w:br/>
        <w:t xml:space="preserve">        LiveGetTemplatePlaybackSettingRequest liveGetTemplatePlaybackSettingRequest =</w:t>
        <w:br/>
        <w:t xml:space="preserve">                new LiveGetTemplatePlaybackSettingRequest();</w:t>
        <w:br/>
        <w:t xml:space="preserve">        LiveGetTemplatePlaybackSettingResponse liveGetTemplatePlaybackSettingResponse;</w:t>
        <w:br/>
        <w:t xml:space="preserve">        try {</w:t>
        <w:br/>
        <w:t xml:space="preserve">            liveGetTemplatePlaybackSettingResponse = new LiveAccountServiceImpl().getTemplatePlaybackSetting(</w:t>
        <w:br/>
        <w:t xml:space="preserve">                    liveGetTemplatePlaybackSettingRequest);</w:t>
        <w:br/>
        <w:t xml:space="preserve">            Assert.assertNotNull(liveGetTemplatePlaybackSettingResponse);</w:t>
        <w:br/>
        <w:t xml:space="preserve">            if (liveGetTemplatePlaybackSettingResponse != null) {</w:t>
        <w:br/>
        <w:t xml:space="preserve">                //to do something ......</w:t>
        <w:br/>
        <w:t xml:space="preserve">                log.debug("测试查询默认模板回放设置成功 {}", JSON.toJSONString(liveGetTemplatePlaybackSettingResponse));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1、请求正确，返回LiveGetTemplatePlaybackSettingResponse对象，B端依据此对象处理业务逻辑；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观看页回放方式 single：单个视频 list：列表回放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回放视频来源 record：暂存 playback：回放列表 vod：点播列表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章节开关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聊天回放开关 Y：开启 N：关闭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37、修改默认模板防录屏设置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更新防录屏默认模板设置</w:t>
        <w:br/>
        <w:t>接口地址（仅做说明使用）：https://api.polyv.net/live/v4/user/template/marquee/update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testUpdateMarquee() throws IOException, NoSuchAlgorithmException {</w:t>
        <w:br/>
        <w:t xml:space="preserve">        LiveUpdateMarqueeRequest liveUpdateMarqueeRequest = new LiveUpdateMarqueeRequest();</w:t>
        <w:br/>
        <w:t xml:space="preserve">        Boolean liveUpdateMarqueeResponse;</w:t>
        <w:br/>
        <w:t xml:space="preserve">        try {</w:t>
        <w:br/>
        <w:t xml:space="preserve">            liveUpdateMarqueeRequest.setAntiRecordType("marquee");</w:t>
        <w:br/>
        <w:t xml:space="preserve">            liveUpdateMarqueeRequest.setAutoZoomEnabled("Y");</w:t>
        <w:br/>
        <w:t xml:space="preserve">            liveUpdateMarqueeRequest.setContent("测试跑马灯内容test");</w:t>
        <w:br/>
        <w:t xml:space="preserve">            liveUpdateMarqueeRequest.setDoubleEnabled("N");</w:t>
        <w:br/>
        <w:t xml:space="preserve">            liveUpdateMarqueeRequest.setEnable("Y");</w:t>
        <w:br/>
        <w:t xml:space="preserve">            liveUpdateMarqueeRequest.setFontColor("#ff4d4f");</w:t>
        <w:br/>
        <w:t xml:space="preserve">            liveUpdateMarqueeRequest.setFontSize("20");</w:t>
        <w:br/>
        <w:t xml:space="preserve">            liveUpdateMarqueeRequest.setModelType("fixed");</w:t>
        <w:br/>
        <w:t xml:space="preserve">            liveUpdateMarqueeRequest.setOpacity(80);</w:t>
        <w:br/>
        <w:t xml:space="preserve">            liveUpdateMarqueeRequest.setShowMode("flicker");</w:t>
        <w:br/>
        <w:t xml:space="preserve">            liveUpdateMarqueeResponse = new LiveAccountServiceImpl().updateMarquee(liveUpdateMarqueeRequest);</w:t>
        <w:br/>
        <w:t xml:space="preserve">            Assert.assertNotNull(liveUpdateMarqueeResponse);</w:t>
        <w:br/>
        <w:t xml:space="preserve">            if (liveUpdateMarqueeResponse != null) {</w:t>
        <w:br/>
        <w:t xml:space="preserve">                //to do something ......</w:t>
        <w:br/>
        <w:t xml:space="preserve">                log.debug("测试修改默认模板防录屏设置成功 {}", JSON.toJSONString(liveUpdateMarqueeResponse));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防录屏开关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antiRecordType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防录屏方式，防录屏开关开启时必填 marquee：跑马灯 watermark：水印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modelType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防录屏类型，防录屏开关开启时必填，水印方式时设置自定义URL无效 fixed：固定 nickname：用户名 diyurl：url自定义设置，仅跑马灯方式有效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防录屏类型是固定值时为设置内容 URL自定义设置时为网址，需要携带 http:// 或 https:// 防录屏类型为登录用户名时可不传，固定值和url自定义设置时必传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opacity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跑马灯透明度，范围0-99 水印透明度，范围0-100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字体大小 防录屏方式为跑马灯时：设置数值，范围1-256 防录屏方式为水印时： small：小 middle：中 large：大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跑马灯字体颜色，色值，例如：#FFFFFF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showMode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跑马灯显示方式 roll：滚动 flicker：闪烁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双跑马灯开关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autoZoomEnabled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自定义缩放开关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修改默认模板防录屏设置返回实体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38、修改默认模板回放设置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修改回放默认模板设置</w:t>
        <w:br/>
        <w:t>接口地址（仅做说明使用）：https://api.polyv.net/live/v4/user/template/playback-setting/update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testUpdatePlaybackSetting() throws IOException, NoSuchAlgorithmException {</w:t>
        <w:br/>
        <w:t xml:space="preserve">        LiveUpdatePlaybackSettingRequest liveUpdatePlaybackSettingRequest = new LiveUpdatePlaybackSettingRequest();</w:t>
        <w:br/>
        <w:t xml:space="preserve">        Boolean liveUpdatePlaybackSettingResponse;</w:t>
        <w:br/>
        <w:t xml:space="preserve">        try {</w:t>
        <w:br/>
        <w:t xml:space="preserve">            liveUpdatePlaybackSettingRequest.setChatPlaybackEnabled("Y");</w:t>
        <w:br/>
        <w:t xml:space="preserve">            liveUpdatePlaybackSettingRequest.setOrigin("vod");</w:t>
        <w:br/>
        <w:t xml:space="preserve">            liveUpdatePlaybackSettingRequest.setPlaybackEnabled("N");</w:t>
        <w:br/>
        <w:t xml:space="preserve">            liveUpdatePlaybackSettingRequest.setSectionEnabled("N");</w:t>
        <w:br/>
        <w:t xml:space="preserve">            liveUpdatePlaybackSettingRequest.setType("list");</w:t>
        <w:br/>
        <w:t xml:space="preserve">            liveUpdatePlaybackSettingResponse = new LiveAccountServiceImpl().updatePlaybackSetting(</w:t>
        <w:br/>
        <w:t xml:space="preserve">                    liveUpdatePlaybackSettingRequest);</w:t>
        <w:br/>
        <w:t xml:space="preserve">            Assert.assertNotNull(liveUpdatePlaybackSettingResponse);</w:t>
        <w:br/>
        <w:t xml:space="preserve">            if (liveUpdatePlaybackSettingResponse != null) {</w:t>
        <w:br/>
        <w:t xml:space="preserve">                //to do something ......</w:t>
        <w:br/>
        <w:t xml:space="preserve">                log.debug("测试修改默认模板回放设置成功 {}", JSON.toJSONString(liveUpdatePlaybackSettingResponse));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回放开关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观看页回放方式 single：单个视频 list：列表回放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回放视频来源 record：暂存 playback：回放列表 vod：点播列表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章节开关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聊天回放开关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修改默认模板回放设置返回实体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account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