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pod 'PLVLiveScenesSDK', '1.6.0'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常见问题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1 设置用户唯一标识的意义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 在 iOS 9 及以上版本中运行企业版应用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 CocoaPods使用指南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3.1 安装 CocoaPods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3.2 更新索引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3.3  `pod install` 和 `pod update` 的区别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3.4 查询 CocoaPods 版本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3.5 Homebrew &amp; RubyGems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 多场景SDK与点播SDK同时集成步骤说明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4.1 同时集成多场景SDK1.6.0版本与点播SDK2.16.3版本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5 聊天室模块升级到1.7.0版本变动说明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5.1 SDK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5.1.1 PLVChatroomManager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5.1.2 PLVSocketManager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5.2 Common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5.2.1 PLVChatroomPresenter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5.3 Scene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5.3.1 PLVLCChatroomViewModel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5.3.2 PLVECChatroomViewModel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5.3.3 PLVLSChatroomViewModel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5.3.4 PLVSAChatroomViewModel</w:t>
      </w:r>
    </w:p>
    <w:p>
      <w:pPr>
        <w:pStyle w:val="Heading2"/>
      </w:pPr>
      <w:r>
        <w:t>常见问题</w:t>
      </w:r>
    </w:p>
    <w:p>
      <w:pPr>
        <w:pStyle w:val="Heading3"/>
      </w:pPr>
      <w:r>
        <w:t>1 设置用户唯一标识的意义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用户唯一标识，多场景项目中称为 viewerId，有时也称为 userId（与保利威后台开发设置中的 userId 不同，后台开发设置中的 userId 指的是开发者账户ID，注意区分）。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用户昵称，多场景项目中称为 viewerName，有时也称为 nickName。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数据统计可以带上用户唯一标识和用户昵称，也能用来作聊天室的登录信息，建议客户设置。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设置用户唯一标识，有以下这些优点：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有效定位用户反馈遇到的问题。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大大减少与用户的沟通成本。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有效提高 SDK 这边单方面排查问题的效率。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可以归总某个用户唯一标识的错误日志。</w:t>
      </w:r>
    </w:p>
    <w:p>
      <w:pPr>
        <w:pStyle w:val="Heading3"/>
      </w:pPr>
      <w:r>
        <w:t>2 在 iOS 9 及以上版本中运行企业版应用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 iOS 9 中及以后的版本中，苹果对企业签名的应用运行时，进行了更严格的限制。因此，在 iOS 9 中，企业签名后的应用安装好之后，是无法直接启动的。默认情况下，在 iOS 9 中运行一款企业签名的应用时，会弹出这样的提示：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5936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c6f578cc42cd6ac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5936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可以看到，应用不再是像之前的版本那样直接启动，而是弹出了一个安全提示。此时，如果我们确认要运行的应用是安全的，可以按照以下步骤来设置：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在系统中打开 </w:t>
      </w:r>
      <w:r>
        <w:rPr>
          <w:rFonts w:ascii="Menlo" w:hAnsi="Menlo"/>
          <w:color w:val="444444"/>
          <w:sz w:val="20"/>
        </w:rPr>
        <w:t>设置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- </w:t>
      </w:r>
      <w:r>
        <w:rPr>
          <w:rFonts w:ascii="Menlo" w:hAnsi="Menlo"/>
          <w:color w:val="444444"/>
          <w:sz w:val="20"/>
        </w:rPr>
        <w:t>通用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- </w:t>
      </w:r>
      <w:r>
        <w:rPr>
          <w:rFonts w:ascii="Menlo" w:hAnsi="Menlo"/>
          <w:color w:val="444444"/>
          <w:sz w:val="20"/>
        </w:rPr>
        <w:t>描述文件与设备管理</w:t>
      </w:r>
      <w:r>
        <w:rPr>
          <w:rFonts w:ascii="Source Han Sans SC" w:hAnsi="Source Han Sans SC" w:eastAsia="Source Han Sans SC" w:cs="Source Han Sans SC" w:hint="eastAsia"/>
          <w:sz w:val="21"/>
        </w:rPr>
        <w:t>（在iOS 9.2以后叫：</w:t>
      </w:r>
      <w:r>
        <w:rPr>
          <w:rFonts w:ascii="Menlo" w:hAnsi="Menlo"/>
          <w:color w:val="444444"/>
          <w:sz w:val="20"/>
        </w:rPr>
        <w:t>设备管理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），此时，可以看到有一个和刚刚弹出的提示中文字类似的描述文件。然后，点击对应描述文件进入后，再点击按钮 </w:t>
      </w:r>
      <w:r>
        <w:rPr>
          <w:rFonts w:ascii="Menlo" w:hAnsi="Menlo"/>
          <w:color w:val="444444"/>
          <w:sz w:val="20"/>
        </w:rPr>
        <w:t>信任</w:t>
      </w:r>
      <w:r>
        <w:rPr>
          <w:rFonts w:ascii="Source Han Sans SC" w:hAnsi="Source Han Sans SC" w:eastAsia="Source Han Sans SC" w:cs="Source Han Sans SC" w:hint="eastAsia"/>
          <w:sz w:val="21"/>
        </w:rPr>
        <w:t>，来让系统允许拥有这个证书的应用运行。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之后，我们就可以回到桌面，重新运行刚才的应用，就会发现应用可以正常打开了。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完整的步骤，如下图所示：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869696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7148a27974e4659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86969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3 CocoaPods使用指南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CocoaPods 是 Objective-C 的一个依赖管理器，它可以自动化并简化在项目中使用第三方库的过程。</w:t>
      </w:r>
    </w:p>
    <w:p>
      <w:pPr>
        <w:pStyle w:val="Heading3"/>
      </w:pPr>
      <w:r>
        <w:t>3.1 安装 CocoaPods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你可以用 RubyGems 工具包安装 CocoaPods，安装命令如下：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$ sudo gem install cocoapods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但有时运行该命令会报错：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$ ERROR:  While executing gem ... (Gem::FilePermissionError) $ You don't have write permissions for the /usr/bin directory.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原因是 “/usr/bin is protected by system integrity protection and is not writeable by anybody even root. ” 所以要把 CocoaPods 安装在 /usr/local/bin 路径下，使用如下命令：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$ sudo gem install -n /usr/local/bin cocoapods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install 加上参数 -n 表示 “Directory where executables are located”，参数含义可通过命令 "</w:t>
      </w:r>
      <w:r>
        <w:rPr>
          <w:rFonts w:ascii="Menlo" w:hAnsi="Menlo"/>
          <w:color w:val="444444"/>
          <w:sz w:val="20"/>
        </w:rPr>
        <w:t xml:space="preserve">gem help install" </w:t>
      </w:r>
      <w:r>
        <w:rPr>
          <w:rFonts w:ascii="Source Han Sans SC" w:hAnsi="Source Han Sans SC" w:eastAsia="Source Han Sans SC" w:cs="Source Han Sans SC" w:hint="eastAsia"/>
          <w:sz w:val="21"/>
        </w:rPr>
        <w:t>查询。</w:t>
      </w:r>
    </w:p>
    <w:p>
      <w:pPr>
        <w:pStyle w:val="Heading3"/>
      </w:pPr>
      <w:r>
        <w:t>3.2 更新索引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安装完 CocoaPods 执行 </w:t>
      </w:r>
      <w:r>
        <w:rPr>
          <w:rFonts w:ascii="Menlo" w:hAnsi="Menlo"/>
          <w:color w:val="444444"/>
          <w:sz w:val="20"/>
        </w:rPr>
        <w:t>pod setup</w:t>
      </w:r>
      <w:r>
        <w:rPr>
          <w:rFonts w:ascii="Source Han Sans SC" w:hAnsi="Source Han Sans SC" w:eastAsia="Source Han Sans SC" w:cs="Source Han Sans SC" w:hint="eastAsia"/>
          <w:sz w:val="21"/>
        </w:rPr>
        <w:t>，将所有的项目的 Podspec 文件更新到本地的 ~/.cocoapods/ 目录下。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$ pod setup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所有的项目的 Podspec 文件都托管在 https://github.com/CocoaPods/Specs.git 上，CocoaPods 在执行 </w:t>
      </w:r>
      <w:r>
        <w:rPr>
          <w:rFonts w:ascii="Menlo" w:hAnsi="Menlo"/>
          <w:color w:val="444444"/>
          <w:sz w:val="20"/>
        </w:rPr>
        <w:t xml:space="preserve">pod install 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和 </w:t>
      </w:r>
      <w:r>
        <w:rPr>
          <w:rFonts w:ascii="Menlo" w:hAnsi="Menlo"/>
          <w:color w:val="444444"/>
          <w:sz w:val="20"/>
        </w:rPr>
        <w:t>pod update</w:t>
      </w:r>
      <w:r>
        <w:rPr>
          <w:rFonts w:ascii="Source Han Sans SC" w:hAnsi="Source Han Sans SC" w:eastAsia="Source Han Sans SC" w:cs="Source Han Sans SC" w:hint="eastAsia"/>
          <w:sz w:val="21"/>
        </w:rPr>
        <w:t>时，会默认先更新一次 Podspec 索引。如果更新太慢，可修改 repo 地址为国内的镜像，如 gitcafe 的镜像操作命令如下：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$ pod repo remove master $ pod repo add master https://gitcafe.com/akuandev/Specs.git $ pod repo update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也可修改为 oschina 的镜像 http://git.oschina.net/akuandev/Specs.git。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如果用户 pod 操作时没找到我们最近的 SDK 版本，截图如下：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60661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9442efe928a9796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6066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这种情况就是索引太旧需要更新了，执行命令 </w:t>
      </w:r>
      <w:r>
        <w:rPr>
          <w:rFonts w:ascii="Menlo" w:hAnsi="Menlo"/>
          <w:color w:val="444444"/>
          <w:sz w:val="20"/>
        </w:rPr>
        <w:t>pod repo update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即可，或者在 </w:t>
      </w:r>
      <w:r>
        <w:rPr>
          <w:rFonts w:ascii="Menlo" w:hAnsi="Menlo"/>
          <w:color w:val="444444"/>
          <w:sz w:val="20"/>
        </w:rPr>
        <w:t>pod install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的时候带上参数 </w:t>
      </w:r>
      <w:r>
        <w:rPr>
          <w:rFonts w:ascii="Menlo" w:hAnsi="Menlo"/>
          <w:color w:val="444444"/>
          <w:sz w:val="20"/>
        </w:rPr>
        <w:t>–-repo-update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3"/>
      </w:pPr>
      <w:r>
        <w:t>3.3  `pod install` 和 `pod update` 的区别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执行 </w:t>
      </w:r>
      <w:r>
        <w:rPr>
          <w:rFonts w:ascii="Menlo" w:hAnsi="Menlo"/>
          <w:color w:val="444444"/>
          <w:sz w:val="20"/>
        </w:rPr>
        <w:t xml:space="preserve">pod install 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之后，CocoaPods 会生成一个名为 Podfile.lock 的文件。Podfile.lock 会锁定当前各依赖库的版本，之后如果多次执行 </w:t>
      </w:r>
      <w:r>
        <w:rPr>
          <w:rFonts w:ascii="Menlo" w:hAnsi="Menlo"/>
          <w:color w:val="444444"/>
          <w:sz w:val="20"/>
        </w:rPr>
        <w:t>pod install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不会更改版本，要 </w:t>
      </w:r>
      <w:r>
        <w:rPr>
          <w:rFonts w:ascii="Menlo" w:hAnsi="Menlo"/>
          <w:color w:val="444444"/>
          <w:sz w:val="20"/>
        </w:rPr>
        <w:t>pod update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才会改 Podfile.lock 了。这样多人协作的时候，可以防止第三方库升级时造成大家各自的第三方库版本不一致。</w:t>
      </w:r>
    </w:p>
    <w:p>
      <w:r>
        <w:rPr>
          <w:rFonts w:ascii="Menlo" w:hAnsi="Menlo"/>
          <w:color w:val="444444"/>
          <w:sz w:val="20"/>
        </w:rPr>
        <w:t>pod install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只会按照 Podfile 的要求来请求类库，如果类库版本号有变化，那么将获取失败。但是 </w:t>
      </w:r>
      <w:r>
        <w:rPr>
          <w:rFonts w:ascii="Menlo" w:hAnsi="Menlo"/>
          <w:color w:val="444444"/>
          <w:sz w:val="20"/>
        </w:rPr>
        <w:t>pod update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会更新所有的类库，获取最新版本的类库。每次更改了 Podfile 文件，你都需要重新执行一次 </w:t>
      </w:r>
      <w:r>
        <w:rPr>
          <w:rFonts w:ascii="Menlo" w:hAnsi="Menlo"/>
          <w:color w:val="444444"/>
          <w:sz w:val="20"/>
        </w:rPr>
        <w:t>pod update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命令。</w:t>
      </w:r>
    </w:p>
    <w:p>
      <w:pPr>
        <w:pStyle w:val="Heading3"/>
      </w:pPr>
      <w:r>
        <w:t>3.4 查询 CocoaPods 版本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$ pod --version</w:t>
      </w:r>
    </w:p>
    <w:p>
      <w:pPr>
        <w:pStyle w:val="Heading3"/>
      </w:pPr>
      <w:r>
        <w:t>3.5 Homebrew &amp; RubyGems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Homebrew 是 Mac 平台的一个包管理工具，提供了许多Mac下没有的Linux工具等。官网：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https://brew.sh</w:t>
      </w:r>
      <w:r>
        <w:rPr>
          <w:rFonts w:ascii="Source Han Sans SC" w:hAnsi="Source Han Sans SC" w:eastAsia="Source Han Sans SC" w:cs="Source Han Sans SC" w:hint="eastAsia"/>
          <w:sz w:val="21"/>
        </w:rPr>
        <w:t>，官网上有安装命令：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$ /usr/bin/ruby -e "$(curl -fsSL https://raw.githubusercontent.com/Homebrew/install/master/install)"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安装完 Homebrew，就可以用 Homebrew 的命令 brew 来安装 RubyGems，命令安装如下：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$ brew install ruby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RubyGems 官网为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https://rubygems.org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3"/>
      </w:pPr>
      <w:r>
        <w:t>4 多场景SDK与点播SDK同时集成步骤说明</w:t>
      </w:r>
    </w:p>
    <w:p>
      <w:pPr>
        <w:pStyle w:val="Heading3"/>
      </w:pPr>
      <w:r>
        <w:t>4.1 同时集成多场景SDK1.6.0版本与点播SDK2.16.3版本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使用如下语句集成时：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pod 'PLVLiveScenesSDK', '1.6.0'</w:t>
        <w:br/>
        <w:t>pod 'PolyvVodSDK', '2.16.3'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会出现如下报错：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The 'XXXXX' target has frameworks with conflicting names: alicloudhttpdns.framework, alicloudutils.framework, and utdid.framework.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解决方案如下：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# pod 'PLVLiveScenesSDK', '1.6.0'</w:t>
        <w:br/>
        <w:t># pod 'PolyvVodSDK', '2.16.3'</w:t>
        <w:br/>
        <w:br/>
        <w:t>#注释上述代码，替换为下列代码</w:t>
        <w:br/>
        <w:br/>
        <w:t>pod 'PLVLiveScenesSDK', '1.6.0', :subspecs =&gt; ['BaseSDK','Core', 'Player']</w:t>
        <w:br/>
        <w:t>pod 'AgoraRtcEngine_iOS', '2.9.0.107'</w:t>
        <w:br/>
        <w:t>pod 'PLVSocketIOClientSwift', '~&gt; 0.1.0'</w:t>
        <w:br/>
        <w:t># 不使用use_Farmeworks!时使用pod "PLVSocket", "~&gt; 0.2.0"  替换pod "PLVSocketIOClientSwift"</w:t>
        <w:br/>
        <w:t>pod "UCloudRtcSdk", "1.9.1"</w:t>
        <w:br/>
        <w:t>pod "TXLiteAVSDK_Professional", "8.3.9884"</w:t>
        <w:br/>
        <w:t>pod "AliyunOSSiOS", "~&gt; 2.10.8"</w:t>
        <w:br/>
        <w:t>pod "PLVModel", "~&gt; 1.0.4"</w:t>
        <w:br/>
        <w:br/>
        <w:t>pod 'PolyvVodSDK', '~&gt; 2.16.3', :subspecs =&gt; ['Core', 'Player']</w:t>
        <w:br/>
        <w:t>pod 'SSZipArchive', '~&gt; 2.1.5'</w:t>
        <w:br/>
        <w:t>pod 'WCDB', '~&gt; 1.0.6'</w:t>
        <w:br/>
        <w:t>pod 'PLVAliHttpDNS', '~&gt; 1.10.0'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出现报错的原因为多场景SDK与点播SDK同时依赖使用alicloudhttpdns.framework等framework。保利威多场景SDK以及点播SDK支持subspecs的pod集成方式，可灵活集成多场景SDK和点播SDK，只引入一次依赖库。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若出现旧版本点播SDK与多场景SDK1.6.0版本出现</w:t>
      </w:r>
      <w:r>
        <w:rPr>
          <w:rFonts w:ascii="Menlo" w:hAnsi="Menlo"/>
          <w:color w:val="444444"/>
          <w:sz w:val="20"/>
        </w:rPr>
        <w:t>PLVIJKPlayer</w:t>
      </w:r>
      <w:r>
        <w:rPr>
          <w:rFonts w:ascii="Source Han Sans SC" w:hAnsi="Source Han Sans SC" w:eastAsia="Source Han Sans SC" w:cs="Source Han Sans SC" w:hint="eastAsia"/>
          <w:sz w:val="21"/>
        </w:rPr>
        <w:t>的冲突，推荐升级旧版本点播SDK至2.16.3版本。若仍无法解决，可联系保利威技术支持工作人员寻求协助。</w:t>
      </w:r>
    </w:p>
    <w:p>
      <w:pPr>
        <w:pStyle w:val="Heading3"/>
      </w:pPr>
      <w:r>
        <w:t>5 聊天室模块升级到1.7.0版本变动说明</w:t>
      </w:r>
    </w:p>
    <w:p>
      <w:pPr>
        <w:pStyle w:val="Heading3"/>
      </w:pPr>
      <w:r>
        <w:t>5.1 SDK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注意：若升级 SDK 后，直接升级我们 Common 层的代码，则无需关注 SDK 层的改动；如果只升级 SDK 而不升级 Common 层的源码，或者没有使用 Common 层的源码，则需要针对以下改动做相应的修改。</w:t>
      </w:r>
    </w:p>
    <w:p>
      <w:pPr>
        <w:pStyle w:val="Heading3"/>
      </w:pPr>
      <w:r>
        <w:t>5.1.1 PLVChatroomManager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发送文本消息、引用消息的 API 修改：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```objective-c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该方法被移除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(BOOL)sendSpeakMessage:(PLVSpeakMessage *)message needIdCallback:(BOOL)needIdCallback;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替换为以下方法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(BOOL)sendSpeakMessage:(PLVSpeakMessage *)message callback:(void (^ _Nullable)(NSString *msgId))callback;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以下两个方法被移除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(BOOL)sendSpeakMessage:(PLVSpeakMessage *)message replyMsgId:(NSString * _Nullable)replyMsgId needIdCallback:(BOOL)needIdCallback;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(BOOL)sendSpeakMessage:(PLVSpeakMessage *)message replyMsgId:(NSString * _Nullable)replyMsgId needIdCallback:(BOOL)needIdCallback callback:(void (^ _Nullable)(NSString *msgId))callback;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替换为以下两个方法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(BOOL)sendQuoteMessage:(PLVQuoteMessage *)message;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(BOOL)sendQuoteMessage:(PLVQuoteMessage *)message callback:(void (^ _Nullable)(NSString *msgId))callback;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该方法被移除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(BOOL)sendImageEmotionMessage:(PLVImageEmotionMessage *)message callback:(void (^ _Nullable)(PLVImageEmotionMessage *message))callback;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替换为以下方法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(BOOL)sendImageEmotionMessage:(PLVImageEmotionMessage *)message;</w:t>
      </w:r>
    </w:p>
    <w:p>
      <w:r>
        <w:rPr>
          <w:rFonts w:ascii="Menlo" w:hAnsi="Menlo"/>
          <w:color w:val="444444"/>
          <w:sz w:val="20"/>
        </w:rPr>
        <w:t>`</w:t>
      </w:r>
    </w:p>
    <w:p>
      <w:pPr>
        <w:pStyle w:val="Heading3"/>
      </w:pPr>
      <w:r>
        <w:t>5.1.2 PLVSocketManager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接收图片表情消息（emotion）消息的回调发生如下变动：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```objective-c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(void)socketMananger_didReceiveMessage:(NSString *)subEvent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json:(NSString *)jsonString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jsonObject:(id)object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NSDictionary *jsonDict = (NSDictionary *)object;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if (![jsonDict isKindOfClass:[NSDictionary class]])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return;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if ([subEvent isEqualToString:@"EMOTION"]) {   // someone logged in chatroom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//1.7.0以前的版本接收到图片表情消息的位置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(void)socketMananger_didReceiveEvent:(NSString *)event subEvent:(NSString *)subEvent json:(NSString *)jsonString jsonObject:(id)object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NSDictionary *jsonDict = PLV_SafeDictionaryForValue(object);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if ([event isEqualToString:@"emotion"]) {// someone send a image emotion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//1.7.0以后（含1.7.0版本）接收到图片表情消息的位置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Menlo" w:hAnsi="Menlo"/>
          <w:color w:val="444444"/>
          <w:sz w:val="20"/>
        </w:rPr>
        <w:t>`</w:t>
      </w:r>
    </w:p>
    <w:p>
      <w:pPr>
        <w:pStyle w:val="Heading3"/>
      </w:pPr>
      <w:r>
        <w:t>5.2 Common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若升级完 SDK 和 Common 层的源码，同步也升级了 Scene 层的源码，则无需关注以下改动；若只升级SDK 和 Common 层的源码，不升级 Scene 层的源码，或没有使用 Scene 层的源码的客户，则需要针对以下改动做相应的修改。</w:t>
      </w:r>
    </w:p>
    <w:p>
      <w:pPr>
        <w:pStyle w:val="Heading3"/>
      </w:pPr>
      <w:r>
        <w:t>5.2.1 PLVChatroomPresenter</w:t>
      </w:r>
    </w:p>
    <w:p>
      <w:pPr>
        <w:pStyle w:val="ListNumber"/>
      </w:pPr>
      <w:r>
        <w:rPr>
          <w:rFonts w:ascii="Menlo" w:hAnsi="Menlo"/>
          <w:color w:val="444444"/>
          <w:sz w:val="20"/>
        </w:rPr>
        <w:t>PLVChatroomPresenterProtocol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有以下两个 delegate 方法发生变动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```objective-c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/// 以下回调被删除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(void)chatroomPresenter_sendImageEmotionMessageStatus:(PLVImageEmotionMessage *)message;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/// 以下回调有更改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(void)chatroomPresenter_loadImageEmotionsSuccess:(NSArray  *)dictArray;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/// 改为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(void)chatroomPresenter_loadImageEmotionsSuccess;</w:t>
      </w:r>
    </w:p>
    <w:p>
      <w:r>
        <w:rPr>
          <w:rFonts w:ascii="Menlo" w:hAnsi="Menlo"/>
          <w:color w:val="444444"/>
          <w:sz w:val="20"/>
        </w:rPr>
        <w:t>`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API 的改动如下：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```objective-c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该方法被移除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(PLVChatModel * _Nullable)chatModelWithMsgStateForSendSpeakMessage:(NSString *)content replyChatModel:(PLVChatModel * _Nullable)replyChatModel;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可用以下方法代替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(PLVChatModel * _Nullable)sendSpeakMessage:(NSString *)content replyChatModel:(PLVChatModel * _Nullable)replyChatModel;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该方法被删除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(PLVChatModel * _Nullable)sendImageEmotionId:(NSString *)imageId;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改为以下方法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(PLVChatModel * _Nullable)sendImageEmotionId:(NSString *)imageId imageUrl:(NSString *)imageUrl;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该方法被删除，改为直接调用 [[PLVChatroomManager sharedManager] sendCloseRoom:close];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(BOOL)sendCloseRoom:(BOOL)closeRoom;</w:t>
      </w:r>
    </w:p>
    <w:p>
      <w:r>
        <w:rPr>
          <w:rFonts w:ascii="Menlo" w:hAnsi="Menlo"/>
          <w:color w:val="444444"/>
          <w:sz w:val="20"/>
        </w:rPr>
        <w:t>`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以下属性改动：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```objective-c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@property (nonatomic, assign) BOOL specialRole;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布尔属性 specialRole 改为对外只读，无需外部配置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@property (nonatomic, assign, readonly) BOOL specialRole;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以下属性删除，改为直接通过 [PLVChatroomManager sharedManager].closeRoom 读取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@property (nonatomic, assign, readonly) BOOL closeRoom;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新增以下属性，可用于获取图片表情资源数组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@property (nonatomic, strong, readonly) NSArray *imageEmotionArray;</w:t>
      </w:r>
    </w:p>
    <w:p>
      <w:r>
        <w:rPr>
          <w:rFonts w:ascii="Menlo" w:hAnsi="Menlo"/>
          <w:color w:val="444444"/>
          <w:sz w:val="20"/>
        </w:rPr>
        <w:t>`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内部逻辑改动：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```objective-c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Scene 层无需再调用 ViewModel 的以下方法加载图片表情资源，Common 层的 PLVChatroomPresenter 初始化时会自动调用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(void)loadImageEmotions;</w:t>
      </w:r>
    </w:p>
    <w:p>
      <w:r>
        <w:rPr>
          <w:rFonts w:ascii="Menlo" w:hAnsi="Menlo"/>
          <w:color w:val="444444"/>
          <w:sz w:val="20"/>
        </w:rPr>
        <w:t>`</w:t>
      </w:r>
    </w:p>
    <w:p>
      <w:pPr>
        <w:pStyle w:val="Heading3"/>
      </w:pPr>
      <w:r>
        <w:t>5.3 Scene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若升级了 SDK、Common 层、Scene 层 ViewModel 的源码后，同步升级 UI 部分的源码，则无需关注以下改动；若 Scene 层未升级 UI 部分的源码，只升级了聊天室的 ViewModel，则需要针对以下改动做相应的修改。</w:t>
      </w:r>
    </w:p>
    <w:p>
      <w:pPr>
        <w:pStyle w:val="Heading3"/>
      </w:pPr>
      <w:r>
        <w:t>5.3.1 PLVLCChatroomViewModel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协议 </w:t>
      </w:r>
      <w:r>
        <w:rPr>
          <w:rFonts w:ascii="Menlo" w:hAnsi="Menlo"/>
          <w:color w:val="444444"/>
          <w:sz w:val="20"/>
        </w:rPr>
        <w:t>PLVLCChatroomViewModelProtocol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的 delegate 方法有以下改动：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```objective-c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该方法被删除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(void)chatroomViewModel_loadEmotionSuccess;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改为以下方法代替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(void)chatroomViewModel_loadImageEmotionSuccess:(NSArray *)dictArray;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新增以下方法，加载图片表情资源失败时触发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(void)chatroomViewModel_loadImageEmotionFailure;</w:t>
      </w:r>
    </w:p>
    <w:p>
      <w:r>
        <w:rPr>
          <w:rFonts w:ascii="Menlo" w:hAnsi="Menlo"/>
          <w:color w:val="444444"/>
          <w:sz w:val="20"/>
        </w:rPr>
        <w:t>`</w:t>
      </w:r>
    </w:p>
    <w:p>
      <w:pPr>
        <w:pStyle w:val="Heading3"/>
      </w:pPr>
      <w:r>
        <w:t>5.3.2 PLVECChatroomViewModel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协议 </w:t>
      </w:r>
      <w:r>
        <w:rPr>
          <w:rFonts w:ascii="Menlo" w:hAnsi="Menlo"/>
          <w:color w:val="444444"/>
          <w:sz w:val="20"/>
        </w:rPr>
        <w:t>PLVECChatroomViewModelProtocol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的 delegate 方法有以下改动：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```objective-c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删除以下图片表情资源加载相关的回调，因为直播带货场景没有图片表情消息功能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(void)chatroomViewModel_loadEmotionSuccess;</w:t>
      </w:r>
    </w:p>
    <w:p>
      <w:r>
        <w:rPr>
          <w:rFonts w:ascii="Menlo" w:hAnsi="Menlo"/>
          <w:color w:val="444444"/>
          <w:sz w:val="20"/>
        </w:rPr>
        <w:t>`</w:t>
      </w:r>
    </w:p>
    <w:p>
      <w:pPr>
        <w:pStyle w:val="Heading3"/>
      </w:pPr>
      <w:r>
        <w:t>5.3.3 PLVLSChatroomViewModel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协议 </w:t>
      </w:r>
      <w:r>
        <w:rPr>
          <w:rFonts w:ascii="Menlo" w:hAnsi="Menlo"/>
          <w:color w:val="444444"/>
          <w:sz w:val="20"/>
        </w:rPr>
        <w:t>PLVLSChatroomViewModelProtocol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的 delegate 方法有以下改动：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```objective-c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该方法被删除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(void)chatroomViewModel_loadEmotionSuccess;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改为以下方法代替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(void)chatroomViewModel_loadImageEmotionSuccess:(NSArray *)dictArray;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新增以下方法，加载图片表情资源失败时触发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(void)chatroomViewModel_loadImageEmotionFailure;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新增以下方法，当发送消息包含违禁词或图片违规时触发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(void)chatroomViewModel_didSendProhibitMessgae;</w:t>
      </w:r>
    </w:p>
    <w:p>
      <w:r>
        <w:rPr>
          <w:rFonts w:ascii="Menlo" w:hAnsi="Menlo"/>
          <w:color w:val="444444"/>
          <w:sz w:val="20"/>
        </w:rPr>
        <w:t>`</w:t>
      </w:r>
    </w:p>
    <w:p>
      <w:pPr>
        <w:pStyle w:val="Heading3"/>
      </w:pPr>
      <w:r>
        <w:t>5.3.4 PLVSAChatroomViewModel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协议 </w:t>
      </w:r>
      <w:r>
        <w:rPr>
          <w:rFonts w:ascii="Menlo" w:hAnsi="Menlo"/>
          <w:color w:val="444444"/>
          <w:sz w:val="20"/>
        </w:rPr>
        <w:t>PLVSAChatroomViewModelProtocol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的 delegate 方法有以下改动：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```objective-c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该方法被删除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(void)chatroomViewModel_loadEmotionSuccess;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改为以下方法代替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(void)chatroomViewModel_loadImageEmotionSuccess:(NSArray *)dictArray;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新增以下方法，加载图片表情资源失败时触发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(void)chatroomViewModel_loadImageEmotionFailure;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新增以下方法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重发公聊消息后触发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(void)chatroomViewModelDidResendMessage:(PLVSAChatroomViewModel *)viewModel;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当发送消息包含违禁词或图片违规时触发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(void)chatroomViewModelDidSendProhibitMessgae:(PLVSAChatroomViewModel *)viewModel;</w:t>
      </w:r>
    </w:p>
    <w:p>
      <w:r>
        <w:rPr>
          <w:rFonts w:ascii="Menlo" w:hAnsi="Menlo"/>
          <w:color w:val="444444"/>
          <w:sz w:val="20"/>
        </w:rPr>
        <w:t>`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删除以下属性：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```objective-c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以下属性删除，改为直接通过 [PLVChatroomManager sharedManager].closeRoom 读取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@property (nonatomic, assign, readonly) BOOL closeRoom;</w:t>
      </w:r>
    </w:p>
    <w:p>
      <w:r>
        <w:rPr>
          <w:rFonts w:ascii="Menlo" w:hAnsi="Menlo"/>
          <w:color w:val="444444"/>
          <w:sz w:val="20"/>
        </w:rPr>
        <w:t>`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以下 API 改动：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```objective-c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该方法被删除，改为直接调用 [[PLVChatroomManager sharedManager] sendCloseRoom:close];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(BOOL)sendCloseRoom:(BOOL)closeRoom;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该方法被删除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(BOOL)resendSpeakMessage:(NSString *)content replyChatModel:(PLVChatModel * _Nullable)replyChatModel;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改为以下方法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(BOOL)resendSpeakMessage:(PLVChatModel *)model replyChatModel:(PLVChatModel * _Nullable)replyChatModel;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该方法被删除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(BOOL)resendImageMessage:(UIImage *)image imageId:(NSString *)imageId;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改为以下方法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(BOOL)resendImageMessage:(PLVChatModel *)model;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该方法被删除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(BOOL)resendImageEmotionMessage:(NSString *)imageId imageUrl:(NSString *)imageUrl;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改为以下方法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(BOOL)resendImageEmotionMessage:(PLVChatModel *)model;</w:t>
      </w:r>
    </w:p>
    <w:p>
      <w:r>
        <w:rPr>
          <w:rFonts w:ascii="Menlo" w:hAnsi="Menlo"/>
          <w:color w:val="444444"/>
          <w:sz w:val="20"/>
        </w:rPr>
        <w:t>`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 'PLVLiveScenesSDK', '1.6.0'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