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7 4-核心common-聊天室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 功能概述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 核心类介绍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2.1 PLVChatroomPresenter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2.1.1 初始化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2.1.2 设置监听器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2.1.3 获取聊天记录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2.1.4 发送消息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2.1.5 销毁</w:t>
      </w:r>
    </w:p>
    <w:p>
      <w:pPr>
        <w:pStyle w:val="Heading2"/>
      </w:pPr>
      <w:r>
        <w:t>1 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该模块位于文件夹 PolyvLiveCommonModule/Modules/Chatroom 下，采用 MVP 模式设计，将 View 层对 SDK 层的聊天室 </w:t>
      </w:r>
      <w:r>
        <w:rPr>
          <w:rFonts w:ascii="Menlo" w:hAnsi="Menlo"/>
          <w:color w:val="444444"/>
          <w:sz w:val="20"/>
        </w:rPr>
        <w:t>chatroomManager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的直接调用隔离开，并将多个场景中对 </w:t>
      </w:r>
      <w:r>
        <w:rPr>
          <w:rFonts w:ascii="Menlo" w:hAnsi="Menlo"/>
          <w:color w:val="444444"/>
          <w:sz w:val="20"/>
        </w:rPr>
        <w:t>chatroomManager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的共用代码抽离封装起来，使 View 层的逻辑更简洁。</w:t>
      </w:r>
    </w:p>
    <w:p>
      <w:pPr>
        <w:pStyle w:val="Heading2"/>
      </w:pPr>
      <w:r>
        <w:t>2 核心类介绍</w:t>
      </w:r>
    </w:p>
    <w:p>
      <w:pPr>
        <w:pStyle w:val="Heading3"/>
      </w:pPr>
      <w:r>
        <w:t>2.1 PLVChatroomPresenter</w:t>
      </w:r>
    </w:p>
    <w:p>
      <w:r>
        <w:rPr>
          <w:rFonts w:ascii="Menlo" w:hAnsi="Menlo"/>
          <w:color w:val="444444"/>
          <w:sz w:val="20"/>
        </w:rPr>
        <w:t>PLVChatroomPresenter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类主要负责 socket  的登录、socket 消息的接收与发送，同时还提供以下功能：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对直播间数据的在线人数、观看热度、点赞数进行实时更新；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提供发送各类消息的API，并把消息封装成数据模型返回；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加载历史聊天记录，并把加载结果与数据封装成数据模型通过回调通知 Scene 层；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监听 socket 关于聊天消息的接收与删除，并把新消息封装成数据模型，然后通过回调通知 Scene 层。</w:t>
      </w:r>
    </w:p>
    <w:p>
      <w:pPr>
        <w:pStyle w:val="Heading3"/>
      </w:pPr>
      <w:r>
        <w:t>2.1.1 初始化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在 Scene 层对 </w:t>
      </w:r>
      <w:r>
        <w:rPr>
          <w:rFonts w:ascii="Menlo" w:hAnsi="Menlo"/>
          <w:color w:val="444444"/>
          <w:sz w:val="20"/>
        </w:rPr>
        <w:t>PLVChatroomPresenter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进行初始化，初始化方法定义如下：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/// 初始化方法</w:t>
        <w:br/>
        <w:t>/// @param count 每次调用接口获取的聊天消息条数，不得小于1</w:t>
        <w:br/>
        <w:t>/// @param allow 是否允许使用分房间功能</w:t>
        <w:br/>
        <w:t>- (instancetype)initWithLoadingHistoryCount:(NSUInteger)count childRoomAllow:(BOOL)allow;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也可使用 </w:t>
      </w:r>
      <w:r>
        <w:rPr>
          <w:rFonts w:ascii="Menlo" w:hAnsi="Menlo"/>
          <w:color w:val="444444"/>
          <w:sz w:val="20"/>
        </w:rPr>
        <w:t>-init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方法初始化，此时每次调用接口获取的聊天消息条数为默认值 20，默认不允许使用分房间功能。</w:t>
      </w:r>
    </w:p>
    <w:p>
      <w:pPr>
        <w:pStyle w:val="Heading3"/>
      </w:pPr>
      <w:r>
        <w:t>2.1.2 设置监听器</w:t>
      </w:r>
    </w:p>
    <w:p>
      <w:r>
        <w:rPr>
          <w:rFonts w:ascii="Menlo" w:hAnsi="Menlo"/>
          <w:color w:val="444444"/>
          <w:sz w:val="20"/>
        </w:rPr>
        <w:t>PLVChatroomPresenter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提供了属性 </w:t>
      </w:r>
      <w:r>
        <w:rPr>
          <w:rFonts w:ascii="Menlo" w:hAnsi="Menlo"/>
          <w:color w:val="444444"/>
          <w:sz w:val="20"/>
        </w:rPr>
        <w:t>delegate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用于设置回调监听，初始化 </w:t>
      </w:r>
      <w:r>
        <w:rPr>
          <w:rFonts w:ascii="Menlo" w:hAnsi="Menlo"/>
          <w:color w:val="444444"/>
          <w:sz w:val="20"/>
        </w:rPr>
        <w:t>presenter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并设置监听的示例代码如下（更多细节参考 Demo 的 </w:t>
      </w:r>
      <w:r>
        <w:rPr>
          <w:rFonts w:ascii="Menlo" w:hAnsi="Menlo"/>
          <w:color w:val="444444"/>
          <w:sz w:val="20"/>
        </w:rPr>
        <w:t>PLVLCChatroomViewModel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类）：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初始化聊天室Presenter并设置delegate</w:t>
        <w:br/>
        <w:t>self.presenter = [[PLVChatroomPresenter alloc] initWithLoadingHistoryCount:10 childRoomAllow:YES];</w:t>
        <w:br/>
        <w:t>self.presenter.delegate = self;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属性 </w:t>
      </w:r>
      <w:r>
        <w:rPr>
          <w:rFonts w:ascii="Menlo" w:hAnsi="Menlo"/>
          <w:color w:val="444444"/>
          <w:sz w:val="20"/>
        </w:rPr>
        <w:t>delegate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遵循协议 </w:t>
      </w:r>
      <w:r>
        <w:rPr>
          <w:rFonts w:ascii="Menlo" w:hAnsi="Menlo"/>
          <w:color w:val="444444"/>
          <w:sz w:val="20"/>
        </w:rPr>
        <w:t>PLVChatroomPresenterProtocol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，用于通知 Scene 层聊天室模块的相关 socket 消息和 Http 接口返回的聊天室相关数据（详见 2.1.3）。协议 </w:t>
      </w:r>
      <w:r>
        <w:rPr>
          <w:rFonts w:ascii="Menlo" w:hAnsi="Menlo"/>
          <w:color w:val="444444"/>
          <w:sz w:val="20"/>
        </w:rPr>
        <w:t>PLVChatroomPresenterProtocol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的接口定义如下：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 PLVChatroomPresenter的协议 */</w:t>
        <w:br/>
        <w:t>@protocol PLVChatroomPresenterProtocol &lt;NSObject&gt;</w:t>
        <w:br/>
        <w:br/>
        <w:t>@optional</w:t>
        <w:br/>
        <w:br/>
        <w:t>/// 获取历史聊天消息成功时触发</w:t>
        <w:br/>
        <w:t>/// @param modelArray 聊天消息队列</w:t>
        <w:br/>
        <w:t>/// @param noMore 是否还有更多历史消息，YES表示已加载完</w:t>
        <w:br/>
        <w:t>- (void)chatroomPresenter_loadHistorySuccess:(NSArray &lt;PLVChatModel *&gt; *)modelArray noMore:(BOOL)noMore;</w:t>
        <w:br/>
        <w:br/>
        <w:t>/// 获取历史聊天消息失败时触发</w:t>
        <w:br/>
        <w:t>- (void)chatroomPresenter_loadHistoryFailure;</w:t>
        <w:br/>
        <w:br/>
        <w:t>/// 返回socket接收到的消息</w:t>
        <w:br/>
        <w:t>/// @param modelArray 消息队列，不为空</w:t>
        <w:br/>
        <w:t>- (void)chatroomPresenter_didReceiveChatModels:(NSArray &lt;PLVChatModel *&gt; *)modelArray;</w:t>
        <w:br/>
        <w:br/>
        <w:t>/// 返回socket接收到的教师回答消息</w:t>
        <w:br/>
        <w:t>/// @param model 教师回答消息</w:t>
        <w:br/>
        <w:t>- (void)chatroomPresenter_didReceiveAnswerChatModel:(PLVChatModel *)model;</w:t>
        <w:br/>
        <w:br/>
        <w:t>/// socket通知已删除某条消息</w:t>
        <w:br/>
        <w:t>/// @param msgId 被删除消息ID</w:t>
        <w:br/>
        <w:t>- (void)chatroomPresenter_didMessageDeleted:(NSString *)msgId;</w:t>
        <w:br/>
        <w:br/>
        <w:t>/// socket通知所有聊天消息被清空</w:t>
        <w:br/>
        <w:t>- (void)chatroomPresenter_didAllMessageDeleted;</w:t>
        <w:br/>
        <w:br/>
        <w:t>@end</w:t>
      </w:r>
    </w:p>
    <w:p>
      <w:pPr>
        <w:pStyle w:val="Heading3"/>
      </w:pPr>
      <w:r>
        <w:t>2.1.3 获取聊天记录</w:t>
      </w:r>
    </w:p>
    <w:p>
      <w:r>
        <w:rPr>
          <w:rFonts w:ascii="Menlo" w:hAnsi="Menlo"/>
          <w:color w:val="444444"/>
          <w:sz w:val="20"/>
        </w:rPr>
        <w:t>PLVChatroomPresenter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提供了加载历史聊天记录，加载历史聊天记录方法定义如下：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/// 加载历史聊天记录</w:t>
        <w:br/>
        <w:t>- (void)loadHistory;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每次加载的聊天消息条数为初始化时传入的参数 </w:t>
      </w:r>
      <w:r>
        <w:rPr>
          <w:rFonts w:ascii="Menlo" w:hAnsi="Menlo"/>
          <w:color w:val="444444"/>
          <w:sz w:val="20"/>
        </w:rPr>
        <w:t>count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的值，或者默认值 20（使用 </w:t>
      </w:r>
      <w:r>
        <w:rPr>
          <w:rFonts w:ascii="Menlo" w:hAnsi="Menlo"/>
          <w:color w:val="444444"/>
          <w:sz w:val="20"/>
        </w:rPr>
        <w:t>-init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方法初始化时）。每次调用 Http 接口成功之后，会记录当前成功加载的页数，下次调用方法 </w:t>
      </w:r>
      <w:r>
        <w:rPr>
          <w:rFonts w:ascii="Menlo" w:hAnsi="Menlo"/>
          <w:color w:val="444444"/>
          <w:sz w:val="20"/>
        </w:rPr>
        <w:t>-loadHistory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会自动加载下一页数据。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加载聊天记录成功或失败都会通过 2.1.2 所提到的 </w:t>
      </w:r>
      <w:r>
        <w:rPr>
          <w:rFonts w:ascii="Menlo" w:hAnsi="Menlo"/>
          <w:color w:val="444444"/>
          <w:sz w:val="20"/>
        </w:rPr>
        <w:t>delegate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方法通知 Scene 层。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注意，初始化 </w:t>
      </w:r>
      <w:r>
        <w:rPr>
          <w:rFonts w:ascii="Menlo" w:hAnsi="Menlo"/>
          <w:color w:val="444444"/>
          <w:sz w:val="20"/>
        </w:rPr>
        <w:t>PLVChatroomPresenter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实例对象时，即自动获取了第一页的聊天记录，并触发获取历史聊天记录相关回调。</w:t>
      </w:r>
    </w:p>
    <w:p>
      <w:pPr>
        <w:pStyle w:val="Heading3"/>
      </w:pPr>
      <w:r>
        <w:t>2.1.4 发送消息</w:t>
      </w:r>
    </w:p>
    <w:p>
      <w:r>
        <w:rPr>
          <w:rFonts w:ascii="Menlo" w:hAnsi="Menlo"/>
          <w:color w:val="444444"/>
          <w:sz w:val="20"/>
        </w:rPr>
        <w:t>PLVChatroomPresenter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类提供发送各类消息的API，并把消息封装成数据模型返回，具体接口定义如下：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/// 发送私聊提问消息</w:t>
        <w:br/>
        <w:t>/// @param content 消息文本</w:t>
        <w:br/>
        <w:t>/// @return 消息数据模型</w:t>
        <w:br/>
        <w:t>- (PLVChatModel * _Nullable)sendQuesstionMessage:(NSString *)content;</w:t>
        <w:br/>
        <w:br/>
        <w:t>/// 发送文本消息</w:t>
        <w:br/>
        <w:t>/// @param content 消息文本</w:t>
        <w:br/>
        <w:t>/// @return 消息数据模型</w:t>
        <w:br/>
        <w:t>- (PLVChatModel * _Nullable)sendSpeakMessage:(NSString *)content;</w:t>
        <w:br/>
        <w:br/>
        <w:t>/// 发送图片消息</w:t>
        <w:br/>
        <w:t>/// @param image 图片</w:t>
        <w:br/>
        <w:t>/// @return 消息数据模型</w:t>
        <w:br/>
        <w:t>- (PLVChatModel * _Nullable)sendImageMessage:(UIImage *)image;</w:t>
        <w:br/>
        <w:br/>
        <w:t>/// 发送自定义消息</w:t>
        <w:br/>
        <w:t>/// @param event 自定义消息event字段</w:t>
        <w:br/>
        <w:t>/// @param data 自定义消息data字段</w:t>
        <w:br/>
        <w:t>/// @param tip 自定义消息tip字段</w:t>
        <w:br/>
        <w:t>/// @param emitMode 自定义消息emitMode字段</w:t>
        <w:br/>
        <w:t>/// @return 是否成功发送的布尔值</w:t>
        <w:br/>
        <w:t>- (BOOL)sendCustomMessageWithEvent:(NSString *)event</w:t>
        <w:br/>
        <w:t xml:space="preserve">                              data:(NSDictionary *)data</w:t>
        <w:br/>
        <w:t xml:space="preserve">                               tip:(NSString * _Nullable)tip</w:t>
        <w:br/>
        <w:t xml:space="preserve">                          emitMode:(int)emitMode;</w:t>
        <w:br/>
        <w:br/>
        <w:t>/// 发送点赞消息</w:t>
        <w:br/>
        <w:t>- (void)sendLike;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发送消息成功时接口返回消息数据模型，失败时返回 </w:t>
      </w:r>
      <w:r>
        <w:rPr>
          <w:rFonts w:ascii="Menlo" w:hAnsi="Menlo"/>
          <w:color w:val="444444"/>
          <w:sz w:val="20"/>
        </w:rPr>
        <w:t>nil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3"/>
      </w:pPr>
      <w:r>
        <w:t>2.1.5 禁言和踢人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在讲师端，还支持踢人与禁言的操作，在初始化 </w:t>
      </w:r>
      <w:r>
        <w:rPr>
          <w:rFonts w:ascii="Menlo" w:hAnsi="Menlo"/>
          <w:color w:val="444444"/>
          <w:sz w:val="20"/>
        </w:rPr>
        <w:t>PLVChatroomPresenter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的实例对象时，可设置属性 </w:t>
      </w:r>
      <w:r>
        <w:rPr>
          <w:rFonts w:ascii="Menlo" w:hAnsi="Menlo"/>
          <w:color w:val="444444"/>
          <w:sz w:val="20"/>
        </w:rPr>
        <w:t>specialRole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为 </w:t>
      </w:r>
      <w:r>
        <w:rPr>
          <w:rFonts w:ascii="Menlo" w:hAnsi="Menlo"/>
          <w:color w:val="444444"/>
          <w:sz w:val="20"/>
        </w:rPr>
        <w:t>YES</w:t>
      </w:r>
      <w:r>
        <w:rPr>
          <w:rFonts w:ascii="Source Han Sans SC" w:hAnsi="Source Han Sans SC" w:eastAsia="Source Han Sans SC" w:cs="Source Han Sans SC" w:hint="eastAsia"/>
          <w:sz w:val="21"/>
        </w:rPr>
        <w:t>，表示当前登录用户是特殊身份（讲师），此时登录用户将不受聊天室是否关闭、禁言的影响，且可以发送对其他在线成员进行禁言、踢人操作。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self.presenter.specialRole = YES;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Scene 层可直接调用 SDK 的 </w:t>
      </w:r>
      <w:r>
        <w:rPr>
          <w:rFonts w:ascii="Menlo" w:hAnsi="Menlo"/>
          <w:color w:val="444444"/>
          <w:sz w:val="20"/>
        </w:rPr>
        <w:t>PLVChatroomManager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的以下方法发送禁言/取消禁言、踢人消息：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/// 发送禁言消息，讲师端专用接口</w:t>
        <w:br/>
        <w:t>/// @param banned YES-禁言 NO-取消禁言</w:t>
        <w:br/>
        <w:t>/// @param userId 被禁言/取消禁言的用户ID</w:t>
        <w:br/>
        <w:t>- (BOOL)sendBandMessage:(BOOL)banned bannedUserId:(NSString *)userId;</w:t>
        <w:br/>
        <w:br/>
        <w:t>/// 发送踢人消息，讲师端专用接口</w:t>
        <w:br/>
        <w:t>/// @param userId 被踢出的用户ID</w:t>
        <w:br/>
        <w:t>- (BOOL)sendKickMessageWithUserId:(NSString *)userId;</w:t>
      </w:r>
    </w:p>
    <w:p>
      <w:pPr>
        <w:pStyle w:val="Heading3"/>
      </w:pPr>
      <w:r>
        <w:t>2.1.5 销毁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Scene 层在退出当前场景时，对 </w:t>
      </w:r>
      <w:r>
        <w:rPr>
          <w:rFonts w:ascii="Menlo" w:hAnsi="Menlo"/>
          <w:color w:val="444444"/>
          <w:sz w:val="20"/>
        </w:rPr>
        <w:t>presenter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实例进行销毁操作。销毁方法定义如下：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/// 销毁方法</w:t>
        <w:br/>
        <w:t>/// 退出前调用，用于资源释放、状态位清零</w:t>
        <w:br/>
        <w:t>- (void)destroy;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 4-核心common-聊天室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