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3-核心common-播放器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初始化API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代理回调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2.3 播放器信息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2.3 播放控制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设置代理回调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开始播放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播放控制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片头广告类介绍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代理回调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4.3 片头播放信息、控制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该模块位于文件夹 PolyvLiveCommonModule/Modules/Player 下，包含直播、回放播放器及片头广告功能。该模块将sdk层的播放器</w:t>
      </w:r>
      <w:r>
        <w:rPr>
          <w:rFonts w:ascii="Menlo" w:hAnsi="Menlo"/>
          <w:color w:val="444444"/>
          <w:sz w:val="20"/>
        </w:rPr>
        <w:t>PLVPlayer</w:t>
      </w:r>
      <w:r>
        <w:rPr>
          <w:rFonts w:ascii="Source Han Sans SC" w:hAnsi="Source Han Sans SC" w:eastAsia="Source Han Sans SC" w:cs="Source Han Sans SC" w:hint="eastAsia"/>
          <w:sz w:val="21"/>
        </w:rPr>
        <w:t>和它的两个子类直播播放器</w:t>
      </w:r>
      <w:r>
        <w:rPr>
          <w:rFonts w:ascii="Menlo" w:hAnsi="Menlo"/>
          <w:color w:val="444444"/>
          <w:sz w:val="20"/>
        </w:rPr>
        <w:t>PLVLivePlayer</w:t>
      </w:r>
      <w:r>
        <w:rPr>
          <w:rFonts w:ascii="Source Han Sans SC" w:hAnsi="Source Han Sans SC" w:eastAsia="Source Han Sans SC" w:cs="Source Han Sans SC" w:hint="eastAsia"/>
          <w:sz w:val="21"/>
        </w:rPr>
        <w:t>、回放播放器</w:t>
      </w:r>
      <w:r>
        <w:rPr>
          <w:rFonts w:ascii="Menlo" w:hAnsi="Menlo"/>
          <w:color w:val="444444"/>
          <w:sz w:val="20"/>
        </w:rPr>
        <w:t>PLVLivePlaybackPlayer</w:t>
      </w:r>
      <w:r>
        <w:rPr>
          <w:rFonts w:ascii="Source Han Sans SC" w:hAnsi="Source Han Sans SC" w:eastAsia="Source Han Sans SC" w:cs="Source Han Sans SC" w:hint="eastAsia"/>
          <w:sz w:val="21"/>
        </w:rPr>
        <w:t>和片头广告</w:t>
      </w:r>
      <w:r>
        <w:rPr>
          <w:rFonts w:ascii="Menlo" w:hAnsi="Menlo"/>
          <w:color w:val="444444"/>
          <w:sz w:val="20"/>
        </w:rPr>
        <w:t>PLVAdvView</w:t>
      </w:r>
      <w:r>
        <w:rPr>
          <w:rFonts w:ascii="Source Han Sans SC" w:hAnsi="Source Han Sans SC" w:eastAsia="Source Han Sans SC" w:cs="Source Han Sans SC" w:hint="eastAsia"/>
          <w:sz w:val="21"/>
        </w:rPr>
        <w:t>的直接调用隔离开，并将多个场景中对sdk层播放器的共用代码抽离封装起来，使多场景层的逻辑变得更简洁，封装的presenter层负责sdk层播放器的控制以及回调播放器状态到多场景层。</w:t>
      </w:r>
    </w:p>
    <w:p>
      <w:pPr>
        <w:pStyle w:val="Heading2"/>
      </w:pPr>
      <w:r>
        <w:t>2 核心类介绍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该模块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封装定义了可供外部调用的属性、方法和播放器改变代理回调</w:t>
      </w:r>
      <w:r>
        <w:rPr>
          <w:rFonts w:ascii="Menlo" w:hAnsi="Menlo"/>
          <w:color w:val="444444"/>
          <w:sz w:val="20"/>
        </w:rPr>
        <w:t>PLVPlayerPresenterDelegate</w:t>
      </w:r>
      <w:r>
        <w:rPr>
          <w:rFonts w:ascii="Source Han Sans SC" w:hAnsi="Source Han Sans SC" w:eastAsia="Source Han Sans SC" w:cs="Source Han Sans SC" w:hint="eastAsia"/>
          <w:sz w:val="21"/>
        </w:rPr>
        <w:t>，对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代码示例可以在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PLVECPlayerViewController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中找到。</w:t>
      </w:r>
    </w:p>
    <w:p>
      <w:pPr>
        <w:pStyle w:val="Heading3"/>
      </w:pPr>
      <w:r>
        <w:t>2.1 初始化API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可配置项</w:t>
        <w:br/>
        <w:t>/// delegate</w:t>
        <w:br/>
        <w:t>@property (nonatomic, weak) id &lt;PLVPlayerPresenterDelegate&gt; delegate;</w:t>
        <w:br/>
        <w:br/>
        <w:t>/// 创建 播放器</w:t>
        <w:br/>
        <w:t>///</w:t>
        <w:br/>
        <w:t>/// @param videoType 视频类型</w:t>
        <w:br/>
        <w:t>- (instancetype)initWithVideoType:(PLVChannelVideoType)videoType;</w:t>
        <w:br/>
        <w:br/>
        <w:t>/// 设置 承载播放器画面 的父视图</w:t>
        <w:br/>
        <w:t>///</w:t>
        <w:br/>
        <w:t>/// @param displayView 承载播放器画面的父视图</w:t>
        <w:br/>
        <w:t>- (void)setupPlayerWithDisplayView:(UIView *)displayView;</w:t>
      </w:r>
    </w:p>
    <w:p>
      <w:pPr>
        <w:pStyle w:val="Heading3"/>
      </w:pPr>
      <w:r>
        <w:t>2.2 代理回调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PLVPlayerPresenterDelegate &lt;NSObject&gt;</w:t>
        <w:br/>
        <w:br/>
        <w:t>@optional</w:t>
        <w:br/>
        <w:t>#pragma mark - [ 代理方法 ]</w:t>
        <w:br/>
        <w:t>#pragma mark 通用</w:t>
        <w:br/>
        <w:t>/// 播放器 ‘正在播放状态’ 发生改变</w:t>
        <w:br/>
        <w:t>///</w:t>
        <w:br/>
        <w:t>/// @param playerPresenter 播放器管理器</w:t>
        <w:br/>
        <w:t>/// @param playing 是否正在播放</w:t>
        <w:br/>
        <w:t>- (void)playerPresenter:(PLVPlayerPresenter *)playerPresenter playerPlayingStateDidChanged:(BOOL)playing;</w:t>
        <w:br/>
        <w:br/>
        <w:t>/// 播放器 发生错误</w:t>
        <w:br/>
        <w:t>///</w:t>
        <w:br/>
        <w:t>/// @param playerPresenter 播放器管理器</w:t>
        <w:br/>
        <w:t>/// @param errorMessage 错误描述</w:t>
        <w:br/>
        <w:t>- (void)playerPresenter:(PLVPlayerPresenter *)playerPresenter loadPlayerFailureWithMessage:(NSString *)errorMessage;</w:t>
        <w:br/>
        <w:br/>
        <w:t>/// 播放器 ‘视频大小’ 发生改变</w:t>
        <w:br/>
        <w:t>///</w:t>
        <w:br/>
        <w:t>/// @param playerPresenter 播放器管理器</w:t>
        <w:br/>
        <w:t>/// @param videoSize 当前视频大小</w:t>
        <w:br/>
        <w:t>- (void)playerPresenter:(PLVPlayerPresenter *)playerPresenter videoSizeChange:(CGSize)videoSize;</w:t>
        <w:br/>
        <w:br/>
        <w:t>/// 播放器 ‘SEI信息’ 发生改变</w:t>
        <w:br/>
        <w:t>///</w:t>
        <w:br/>
        <w:t>/// @param playerPresenter 播放器管理器</w:t>
        <w:br/>
        <w:t>/// @param timeStamp 附带的时间戳信息</w:t>
        <w:br/>
        <w:t>/// @param newTimeStamp 最新时间戳</w:t>
        <w:br/>
        <w:t>- (void)playerPresenter:(PLVPlayerPresenter *)playerPresenter seiDidChange:(long)timeStamp newTimeStamp:(long)newTimeStamp;</w:t>
        <w:br/>
        <w:br/>
        <w:t>/// 播放器 ‘频道信息’ 发生改变</w:t>
        <w:br/>
        <w:t>///</w:t>
        <w:br/>
        <w:t>/// @param playerPresenter 播放器管理器</w:t>
        <w:br/>
        <w:t>- (void)playerPresenter:(PLVPlayerPresenter *)playerPresenter channelInfoDidUpdated:(PLVChannelInfoModel *)channelInfo;</w:t>
        <w:br/>
        <w:br/>
        <w:t>#pragma mark 直播相关</w:t>
        <w:br/>
        <w:t>/// 直播 ‘流状态’ 更新</w:t>
        <w:br/>
        <w:t>///</w:t>
        <w:br/>
        <w:t>/// @param playerPresenter 播放器管理器</w:t>
        <w:br/>
        <w:t>/// @param newestStreamState 当前最新的 ’流状态’</w:t>
        <w:br/>
        <w:t>/// @param streamStateDidChanged ’流状态‘ 相对上一次 是否发生变化</w:t>
        <w:br/>
        <w:t>- (void)playerPresenter:(PLVPlayerPresenter *)playerPresenter streamStateUpdate:(PLVChannelLiveStreamState)newestStreamState streamStateDidChanged:(BOOL)streamStateDidChanged;</w:t>
        <w:br/>
        <w:br/>
        <w:t>/// 直播播放器 ‘码率可选项、当前码率、线路可选数、当前线路‘ 发生改变</w:t>
        <w:br/>
        <w:t>///</w:t>
        <w:br/>
        <w:t>/// @param playerPresenter 播放器管理器</w:t>
        <w:br/>
        <w:t>- (void)playerPresenter:(PLVPlayerPresenter *)playerPresenter codeRateOptions:(NSArray &lt;NSString *&gt; *)codeRateOptions currentCodeRate:(NSString *)currentCodeRate lineNum:(NSInteger)lineNum currentLineIndex:(NSInteger)currentLineIndex;</w:t>
        <w:br/>
        <w:br/>
        <w:t>/// 直播播放器 需获知外部 ‘当前是否正在连麦’</w:t>
        <w:br/>
        <w:t>///</w:t>
        <w:br/>
        <w:t>/// @note 此回调不保证在主线程触发</w:t>
        <w:br/>
        <w:t>///</w:t>
        <w:br/>
        <w:t>/// @param playerPresenter 播放器管理器</w:t>
        <w:br/>
        <w:t>- (BOOL)playerPresenterGetInLinkMic:(PLVPlayerPresenter *)playerPresenter;</w:t>
        <w:br/>
        <w:br/>
        <w:t>/// [无延迟直播] 无延迟直播 ‘开始结束状态’ 发生改变</w:t>
        <w:br/>
        <w:t>///</w:t>
        <w:br/>
        <w:t>/// @param playerPresenter 播放器管理器</w:t>
        <w:br/>
        <w:t>/// @param noDelayLiveStart 当前最新的 ’无延迟直播开始结束状态’</w:t>
        <w:br/>
        <w:t>/// @param noDelayLiveStartDidChanged ’无延迟直播开始结束状态‘ 相对上一次 是否发生变化</w:t>
        <w:br/>
        <w:t>- (void)playerPresenter:(PLVPlayerPresenter *)playerPresenter noDelayLiveStartUpdate:(BOOL)noDelayLiveStart noDelayLiveStartDidChanged:(BOOL)noDelayLiveStartDidChanged;</w:t>
        <w:br/>
        <w:br/>
        <w:t>#pragma mark 非直播相关</w:t>
        <w:br/>
        <w:t>/// 直播回放播放器 定时返回当前播放进度</w:t>
        <w:br/>
        <w:t>///</w:t>
        <w:br/>
        <w:t>/// @param playerPresenter 播放器管理器</w:t>
        <w:br/>
        <w:t>/// @param downloadProgress 已缓存进度 (0.0 ~ 1.0)</w:t>
        <w:br/>
        <w:t>/// @param playedProgress 已播放进度 (0.0 ~ 1.0)</w:t>
        <w:br/>
        <w:t>/// @param playedTimeString 当前播放时间点字符串 (示例 "01:23")</w:t>
        <w:br/>
        <w:t>/// @param durationTimeString 总时长字符串 (示例 "01:23")</w:t>
        <w:br/>
        <w:t>- (void)playerPresenter:(PLVPlayerPresenter *)playerPresenter downloadProgress:(CGFloat)downloadProgress playedProgress:(CGFloat)playedProgress playedTimeString:(NSString *)playedTimeString durationTimeString:(NSString *)durationTimeString;</w:t>
        <w:br/>
        <w:br/>
        <w:t>@end</w:t>
      </w:r>
    </w:p>
    <w:p>
      <w:pPr>
        <w:pStyle w:val="Heading3"/>
      </w:pPr>
      <w:r>
        <w:t>2.3 播放器信息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数据</w:t>
        <w:br/>
        <w:t>/// 当期播放器的类型</w:t>
        <w:br/>
        <w:t>@property (nonatomic, assign, readonly) PLVChannelVideoType currentVideoType;</w:t>
        <w:br/>
        <w:br/>
        <w:t>/// 当前直播的 可选线路数量 (暂时仅直播支持)</w:t>
        <w:br/>
        <w:t>@property (nonatomic, assign, readonly) NSInteger lineNum;</w:t>
        <w:br/>
        <w:br/>
        <w:t>/// 当前直播的 线路下标 (由 0 起始；暂时仅直播支持)</w:t>
        <w:br/>
        <w:t>@property (nonatomic, assign, readonly) NSInteger currentLineIndex;</w:t>
        <w:br/>
        <w:br/>
        <w:t>/// 当前直播的 码率/清晰度 可选项字符串数组 (暂时仅直播支持)</w:t>
        <w:br/>
        <w:t>@property (nonatomic, strong, readonly) NSArray &lt;NSString *&gt; * codeRateNamesOptions;</w:t>
        <w:br/>
        <w:br/>
        <w:t>/// 当前直播的 码率/清晰度 (暂时仅直播支持)</w:t>
        <w:br/>
        <w:t>@property (nonatomic, copy, readonly) NSString * currentCodeRate;</w:t>
        <w:br/>
        <w:br/>
        <w:t>/// 当前直播回放的 播放时间点 (单位:秒；仅非直播场景下有值)</w:t>
        <w:br/>
        <w:t>@property (nonatomic, readonly) NSTimeInterval currentPlaybackTime;</w:t>
        <w:br/>
        <w:br/>
        <w:t>/// 当前直播回放的 视频总时长 (单位:秒；仅非直播场景下有值)</w:t>
        <w:br/>
        <w:t>@property (nonatomic, readonly) NSTimeInterval duration;</w:t>
        <w:br/>
        <w:br/>
        <w:t>/// 广告跳转链接</w:t>
        <w:br/>
        <w:t>@property (nonatomic, readonly) NSString *advLinkUrl;</w:t>
        <w:br/>
        <w:br/>
        <w:t>/// 广告播放状态</w:t>
        <w:br/>
        <w:t>@property (nonatomic, readonly) BOOL advPlaying;</w:t>
        <w:br/>
        <w:br/>
        <w:t>/// 广告播放状态</w:t>
        <w:br/>
        <w:t>@property (nonatomic, assign) BOOL openAdv;</w:t>
        <w:br/>
        <w:br/>
        <w:t>#pragma mark 状态</w:t>
        <w:br/>
        <w:t>/// 该频道是否观看 ‘无延迟直播’</w:t>
        <w:br/>
        <w:t>@property (nonatomic, assign, readonly) BOOL channelWatchNoDelay;</w:t>
        <w:br/>
        <w:br/>
        <w:t>/// 无延迟直播的当前 ‘开始结束状态’</w:t>
        <w:br/>
        <w:t>@property (nonatomic, assign, readonly) BOOL currentNoDelayLiveStart;</w:t>
        <w:br/>
        <w:br/>
        <w:t>#pragma mark UI</w:t>
        <w:br/>
        <w:t>/// 外部传入的，负责承载播放器画面的父视图</w:t>
        <w:br/>
        <w:t>///</w:t>
        <w:br/>
        <w:t>/// @note 需调用 [setupPlayerWithDisplayView:] 方法来设置</w:t>
        <w:br/>
        <w:t>@property (nonatomic, weak, readonly) UIView * displayView;</w:t>
      </w:r>
    </w:p>
    <w:p>
      <w:pPr>
        <w:pStyle w:val="Heading3"/>
      </w:pPr>
      <w:r>
        <w:t>2.3 播放控制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清理播放器</w:t>
        <w:br/>
        <w:t>- (void)cleanPlayer;</w:t>
        <w:br/>
        <w:br/>
        <w:t>/// 恢复播放</w:t>
        <w:br/>
        <w:t>///</w:t>
        <w:br/>
        <w:t>/// @note 对于 直播 将重新加载直播；</w:t>
        <w:br/>
        <w:t>///       对于 回放/点播 将恢复播放；</w:t>
        <w:br/>
        <w:t>- (BOOL)resumePlay;</w:t>
        <w:br/>
        <w:br/>
        <w:t>/// 暂停播放</w:t>
        <w:br/>
        <w:t>- (BOOL)pausePlay;</w:t>
        <w:br/>
        <w:br/>
        <w:t>/// 静音 播放器</w:t>
        <w:br/>
        <w:t>- (void)mute;</w:t>
        <w:br/>
        <w:br/>
        <w:t>/// 取消静音 播放器</w:t>
        <w:br/>
        <w:t>- (void)cancelMute;</w:t>
        <w:br/>
        <w:br/>
        <w:t>#pragma mark 直播相关</w:t>
        <w:br/>
        <w:t>/// 切换 ’当前码率‘</w:t>
        <w:br/>
        <w:t>///</w:t>
        <w:br/>
        <w:t>/// @note 暂时仅直播支持清晰度切换，直播回放暂时不支持</w:t>
        <w:br/>
        <w:t>///</w:t>
        <w:br/>
        <w:t>/// @param codeRate 目标 码率/清晰度</w:t>
        <w:br/>
        <w:t>- (void)switchLiveToCodeRate:(NSString *)codeRate;</w:t>
        <w:br/>
        <w:br/>
        <w:t>/// 切换 ’当前线路‘</w:t>
        <w:br/>
        <w:t>///</w:t>
        <w:br/>
        <w:t>/// @param lineIndex 目标 线路 (由 0 起始；比如切至线路1，则传入 0)</w:t>
        <w:br/>
        <w:t>- (void)switchLiveToLineIndex:(NSInteger)lineIndex;</w:t>
        <w:br/>
        <w:br/>
        <w:t>/// 开启或关闭 音频模式</w:t>
        <w:br/>
        <w:t>- (void)switchLiveToAudioMode:(BOOL)audioMode;</w:t>
        <w:br/>
        <w:br/>
        <w:t>#pragma mark 非直播相关</w:t>
        <w:br/>
        <w:t>/// 跳至某个时间点 (单位: 秒)</w:t>
        <w:br/>
        <w:t>- (void)seekLivePlaybackToTime:(NSTimeInterval)toTime;</w:t>
        <w:br/>
        <w:br/>
        <w:t>/// 切换倍速 (范围值 0.0~2.0)</w:t>
        <w:br/>
        <w:t>- (void)switchLivePlaybackSpeedRate:(CGFloat)toSpeed;</w:t>
        <w:br/>
      </w:r>
    </w:p>
    <w:p>
      <w:pPr>
        <w:pStyle w:val="Heading2"/>
      </w:pPr>
      <w:r>
        <w:t>3 SDK核心类介绍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播放器的SDK核心类是播放器</w:t>
      </w:r>
      <w:r>
        <w:rPr>
          <w:rFonts w:ascii="Menlo" w:hAnsi="Menlo"/>
          <w:color w:val="444444"/>
          <w:sz w:val="20"/>
        </w:rPr>
        <w:t>PLVPlayer</w:t>
      </w:r>
      <w:r>
        <w:rPr>
          <w:rFonts w:ascii="Source Han Sans SC" w:hAnsi="Source Han Sans SC" w:eastAsia="Source Han Sans SC" w:cs="Source Han Sans SC" w:hint="eastAsia"/>
          <w:sz w:val="21"/>
        </w:rPr>
        <w:t>和它的两个子类直播播放器</w:t>
      </w:r>
      <w:r>
        <w:rPr>
          <w:rFonts w:ascii="Menlo" w:hAnsi="Menlo"/>
          <w:color w:val="444444"/>
          <w:sz w:val="20"/>
        </w:rPr>
        <w:t>PLVLivePlayer</w:t>
      </w:r>
      <w:r>
        <w:rPr>
          <w:rFonts w:ascii="Source Han Sans SC" w:hAnsi="Source Han Sans SC" w:eastAsia="Source Han Sans SC" w:cs="Source Han Sans SC" w:hint="eastAsia"/>
          <w:sz w:val="21"/>
        </w:rPr>
        <w:t>、回放播放器</w:t>
      </w:r>
      <w:r>
        <w:rPr>
          <w:rFonts w:ascii="Menlo" w:hAnsi="Menlo"/>
          <w:color w:val="444444"/>
          <w:sz w:val="20"/>
        </w:rPr>
        <w:t>PLVLivePlaybackPlayer</w:t>
      </w:r>
      <w:r>
        <w:rPr>
          <w:rFonts w:ascii="Source Han Sans SC" w:hAnsi="Source Han Sans SC" w:eastAsia="Source Han Sans SC" w:cs="Source Han Sans SC" w:hint="eastAsia"/>
          <w:sz w:val="21"/>
        </w:rPr>
        <w:t>，在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中被使用。</w:t>
      </w:r>
    </w:p>
    <w:p>
      <w:pPr>
        <w:pStyle w:val="Heading3"/>
      </w:pPr>
      <w:r>
        <w:t>3.1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根据业务初始化配置</w:t>
      </w:r>
      <w:r>
        <w:rPr>
          <w:rFonts w:ascii="Menlo" w:hAnsi="Menlo"/>
          <w:color w:val="444444"/>
          <w:sz w:val="20"/>
        </w:rPr>
        <w:t>PLVLivePlayer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PLVLivePlaybackPlayer</w:t>
      </w:r>
      <w:r>
        <w:rPr>
          <w:rFonts w:ascii="Source Han Sans SC" w:hAnsi="Source Han Sans SC" w:eastAsia="Source Han Sans SC" w:cs="Source Han Sans SC" w:hint="eastAsia"/>
          <w:sz w:val="21"/>
        </w:rPr>
        <w:t>，使用示例：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(void)setupPlayer{</w:t>
        <w:br/>
        <w:t xml:space="preserve">    PLVRoomData * roomData = [PLVRoomDataManager sharedManager].roomData;</w:t>
        <w:br/>
        <w:t xml:space="preserve">    NSString * userIdForAccount = [PLVLiveVideoConfig sharedInstance].userId;</w:t>
        <w:br/>
        <w:t xml:space="preserve">    if (self.currentVideoType == PLVChannelVideoType_Live) { /// 直播</w:t>
        <w:br/>
        <w:t xml:space="preserve">        self.livePlayer = [[PLVLivePlayer alloc] initWithPolyvAccountUserId:userIdForAccount channelId:roomData.channelId];</w:t>
        <w:br/>
        <w:t xml:space="preserve">        self.livePlayer.delegate = self;</w:t>
        <w:br/>
        <w:t xml:space="preserve">        self.livePlayer.liveDelegate = self;</w:t>
        <w:br/>
        <w:t xml:space="preserve">        self.livePlayer.channelWatchNoDelay = roomData.menuInfo.watchNoDelay;</w:t>
        <w:br/>
        <w:t xml:space="preserve">        [self.livePlayer setupDisplaySuperview:self.playerBackgroundView];</w:t>
        <w:br/>
        <w:br/>
        <w:t xml:space="preserve">        self.livePlayer.chaseFrame = NO;</w:t>
        <w:br/>
        <w:t xml:space="preserve">        self.livePlayer.customParam = roomData.customParam;</w:t>
        <w:br/>
        <w:t xml:space="preserve">    }else if (self.currentVideoType == PLVChannelVideoType_Playback){ /// 回放</w:t>
        <w:br/>
        <w:t xml:space="preserve">        self.livePlaybackPlayer = [[PLVLivePlaybackPlayer alloc] initWithPolyvAccountUserId:userIdForAccount channelId:roomData.channelId vodId:roomData.vid vodList:NO];</w:t>
        <w:br/>
        <w:t xml:space="preserve">        self.livePlaybackPlayer.delegate = self;</w:t>
        <w:br/>
        <w:t xml:space="preserve">        self.livePlaybackPlayer.livePlaybackDelegate = self;</w:t>
        <w:br/>
        <w:t xml:space="preserve">        [self.livePlaybackPlayer setupDisplaySuperview:self.playerBackgroundView];</w:t>
        <w:br/>
        <w:br/>
        <w:t xml:space="preserve">        self.livePlayer.customParam = roomData.customParam;</w:t>
        <w:br/>
        <w:t xml:space="preserve">    }</w:t>
        <w:br/>
        <w:t>}</w:t>
      </w:r>
    </w:p>
    <w:p>
      <w:pPr>
        <w:pStyle w:val="Heading3"/>
      </w:pPr>
      <w:r>
        <w:t>3.2 设置代理回调</w:t>
      </w:r>
    </w:p>
    <w:p>
      <w:r>
        <w:rPr>
          <w:rFonts w:ascii="Menlo" w:hAnsi="Menlo"/>
          <w:color w:val="444444"/>
          <w:sz w:val="20"/>
        </w:rPr>
        <w:t>PLVPlayer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PLVLivePlayer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PLVLivePlaybackPlayer</w:t>
      </w:r>
      <w:r>
        <w:rPr>
          <w:rFonts w:ascii="Source Han Sans SC" w:hAnsi="Source Han Sans SC" w:eastAsia="Source Han Sans SC" w:cs="Source Han Sans SC" w:hint="eastAsia"/>
          <w:sz w:val="21"/>
        </w:rPr>
        <w:t>提供很多设置代理以回调播放器相关的信息。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PLVPlayer</w:t>
      </w:r>
      <w:r>
        <w:rPr>
          <w:rFonts w:ascii="Source Han Sans SC" w:hAnsi="Source Han Sans SC" w:eastAsia="Source Han Sans SC" w:cs="Source Han Sans SC" w:hint="eastAsia"/>
          <w:sz w:val="21"/>
        </w:rPr>
        <w:t>代理</w:t>
      </w:r>
      <w:r>
        <w:rPr>
          <w:rFonts w:ascii="Menlo" w:hAnsi="Menlo"/>
          <w:color w:val="444444"/>
          <w:sz w:val="20"/>
        </w:rPr>
        <w:t>PLVPlayerDelegate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PLVPlayerDelegate &lt;NSObject&gt;</w:t>
        <w:br/>
        <w:br/>
        <w:t>@optional</w:t>
        <w:br/>
        <w:t>/// 播放器加载前，回调options配置对象</w:t>
        <w:br/>
        <w:t>///</w:t>
        <w:br/>
        <w:t>/// @note 播放器在加载前，将触发此回调，并附带 PLVOptions，有自定义配置需求时，可对此对象进行参数设置。</w:t>
        <w:br/>
        <w:t>///       当集成的是 PolyvIJKMediaFramework 时，请按 PLVIJKFFOptions 来处理 options；</w:t>
        <w:br/>
        <w:t>///       当集成的是 IJKMediaFramework 时，请按 IJKFFOptions 来处理 options；</w:t>
        <w:br/>
        <w:t>///</w:t>
        <w:br/>
        <w:t>/// @param player 播放器对象</w:t>
        <w:br/>
        <w:t>/// @param options 播放配置对象</w:t>
        <w:br/>
        <w:t>- (PLVOptions *)plvPlayer:(PLVPlayer *)player playerWillLoad:(PLVPlayerMainSubType)mainSubType withOptions:(PLVOptions *)options;</w:t>
        <w:br/>
        <w:br/>
        <w:t>/// 播放器 已准备好播放</w:t>
        <w:br/>
        <w:t>///</w:t>
        <w:br/>
        <w:t>/// @param player 播放器对象</w:t>
        <w:br/>
        <w:t>/// @param mainSubType 播放器主副类型</w:t>
        <w:br/>
        <w:t>- (void)plvPlayer:(PLVPlayer *)player playerIsPreparedToPlay:(PLVPlayerMainSubType)mainSubType;</w:t>
        <w:br/>
        <w:br/>
        <w:t>/// 播放器 ’加载状态‘ 发生改变</w:t>
        <w:br/>
        <w:t>///</w:t>
        <w:br/>
        <w:t>/// @param player 播放器对象</w:t>
        <w:br/>
        <w:t>/// @param mainSubType 播放器主副类型</w:t>
        <w:br/>
        <w:t>- (void)plvPlayer:(PLVPlayer *)player playerLoadStateDidChange:(PLVPlayerMainSubType)mainSubType;</w:t>
        <w:br/>
        <w:br/>
        <w:t>/// 播放器 ’播放状态‘ 发生改变</w:t>
        <w:br/>
        <w:t>///</w:t>
        <w:br/>
        <w:t>/// @param player 播放器对象</w:t>
        <w:br/>
        <w:t>/// @param mainSubType 播放器主副类型</w:t>
        <w:br/>
        <w:t>- (void)plvPlayer:(PLVPlayer *)player playerPlaybackStateDidChange:(PLVPlayerMainSubType)mainSubType;</w:t>
        <w:br/>
        <w:br/>
        <w:t>/// 播放器 ’是否正在播放中‘状态 发生改变</w:t>
        <w:br/>
        <w:t>///</w:t>
        <w:br/>
        <w:t>/// @param player 播放器对象</w:t>
        <w:br/>
        <w:t>/// @param mainSubType 播放器主副类型</w:t>
        <w:br/>
        <w:t>/// @param playing 当前是否正在播放</w:t>
        <w:br/>
        <w:t>- (void)plvPlayer:(PLVPlayer *)player playerPlayingStateDidChange:(PLVPlayerMainSubType)mainSubType playing:(BOOL)playing;</w:t>
        <w:br/>
        <w:br/>
        <w:t>/// 播放器 播放结束</w:t>
        <w:br/>
        <w:t>///</w:t>
        <w:br/>
        <w:t>/// @param player 播放器对象</w:t>
        <w:br/>
        <w:t>/// @param mainSubType 播放器主副类型</w:t>
        <w:br/>
        <w:t>/// @param finishReson 播放结束原因</w:t>
        <w:br/>
        <w:t>- (void)plvPlayer:(PLVPlayer *)player playerPlaybackDidFinish:(PLVPlayerMainSubType)mainSubType finishReson:(IJKMPMovieFinishReason)finishReson;</w:t>
        <w:br/>
        <w:br/>
        <w:t>/// 播放器 已销毁</w:t>
        <w:br/>
        <w:t>///</w:t>
        <w:br/>
        <w:t>/// @param player 播放器对象</w:t>
        <w:br/>
        <w:t>/// @param mainSubType 播放器主副类型</w:t>
        <w:br/>
        <w:t>- (void)plvPlayer:(PLVPlayer *)player playerDidDestroyed:(PLVPlayerMainSubType)mainSubType;</w:t>
        <w:br/>
        <w:br/>
        <w:t>/// 主播放器 ‘SEI信息’ 发生改变</w:t>
        <w:br/>
        <w:t>///</w:t>
        <w:br/>
        <w:t>/// @param player 播放器对象</w:t>
        <w:br/>
        <w:t>/// @param timeStamp 附带的时间戳信息</w:t>
        <w:br/>
        <w:t>- (void)plvPlayer:(PLVPlayer *)player playerSeiDidChanged:(long)timeStamp;</w:t>
        <w:br/>
        <w:br/>
        <w:t>@end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PLVLivePlayer</w:t>
      </w:r>
      <w:r>
        <w:rPr>
          <w:rFonts w:ascii="Source Han Sans SC" w:hAnsi="Source Han Sans SC" w:eastAsia="Source Han Sans SC" w:cs="Source Han Sans SC" w:hint="eastAsia"/>
          <w:sz w:val="21"/>
        </w:rPr>
        <w:t>代理</w:t>
      </w:r>
      <w:r>
        <w:rPr>
          <w:rFonts w:ascii="Menlo" w:hAnsi="Menlo"/>
          <w:color w:val="444444"/>
          <w:sz w:val="20"/>
        </w:rPr>
        <w:t>PLVPlayerDelegate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PLVLivePlayerDelegate &lt;NSObject&gt;</w:t>
        <w:br/>
        <w:br/>
        <w:t>@optional</w:t>
        <w:br/>
        <w:t>/// 直播播放器 ‘加载状态’ 发生改变</w:t>
        <w:br/>
        <w:t>///</w:t>
        <w:br/>
        <w:t>/// @param livePlayer 直播播放器</w:t>
        <w:br/>
        <w:t>/// @param loadState 当前加载状态</w:t>
        <w:br/>
        <w:t>- (void)plvLivePlayer:(PLVLivePlayer *)livePlayer loadStateDidChanged:(PLVLivePlayerLoadState)loadState;</w:t>
        <w:br/>
        <w:br/>
        <w:t>/// 直播播放器 ‘流状态’ 更新</w:t>
        <w:br/>
        <w:t>///</w:t>
        <w:br/>
        <w:t>/// @param livePlayer 直播播放器</w:t>
        <w:br/>
        <w:t>/// @param newestStreamState 当前最新的 ’流状态’</w:t>
        <w:br/>
        <w:t>/// @param streamStateDidChanged ’流状态‘ 相对上一次 是否发生变化</w:t>
        <w:br/>
        <w:t>- (void)plvLivePlayer:(PLVLivePlayer *)livePlayer streamStateUpdate:(PLVChannelLiveStreamState)newestStreamState streamStateDidChanged:(BOOL)streamStateDidChanged;</w:t>
        <w:br/>
        <w:br/>
        <w:t>/// 直播播放器 发生错误</w:t>
        <w:br/>
        <w:t>///</w:t>
        <w:br/>
        <w:t>/// @param livePlayer 直播播放器</w:t>
        <w:br/>
        <w:t>/// @param error 错误信息对象 (可能为nil；error.code 可详见 PLVFPlayErrorCodeGenerator.h)</w:t>
        <w:br/>
        <w:t>- (void)plvLivePlayer:(PLVLivePlayer *)livePlayer loadMainPlayerFailureWithError:(NSError * _Nullable)error;</w:t>
        <w:br/>
        <w:br/>
        <w:t>/// 直播播放器 ‘频道信息’ 发生改变</w:t>
        <w:br/>
        <w:t>///</w:t>
        <w:br/>
        <w:t>/// @param livePlayer 直播播放器</w:t>
        <w:br/>
        <w:t>/// @param channelInfo 当前最新 ’频道信息‘ 对象</w:t>
        <w:br/>
        <w:t>- (void)plvLivePlayer:(PLVLivePlayer *)livePlayer channelInfoDidUpdated:(PLVChannelInfoModel *)channelInfo;</w:t>
        <w:br/>
        <w:br/>
        <w:t>/// 直播播放器 ‘码率可选项、当前码率、线路可选数、当前线路‘ 发生改变</w:t>
        <w:br/>
        <w:t>///</w:t>
        <w:br/>
        <w:t>/// @param livePlayer 直播播放器</w:t>
        <w:br/>
        <w:t>/// @param codeRateOptions 码率/清晰度 可选项字符串数组</w:t>
        <w:br/>
        <w:t>/// @param currentCodeRate 当前 码率/清晰度</w:t>
        <w:br/>
        <w:t>/// @param lineNum 线路可选数</w:t>
        <w:br/>
        <w:t>/// @param currentLineIndex 当前线路下标 (由 0 起始)</w:t>
        <w:br/>
        <w:t>- (void)plvLivePlayer:(PLVLivePlayer *)livePlayer codeRateOptions:(NSArray &lt;NSString *&gt; *)codeRateOptions currentCodeRate:(NSString *)currentCodeRate lineNum:(NSInteger)lineNum currentLineIndex:(NSInteger)currentLineIndex;</w:t>
        <w:br/>
        <w:br/>
        <w:t>/// 直播播放器 需获知外部 ‘当前是否正在连麦’</w:t>
        <w:br/>
        <w:t>///</w:t>
        <w:br/>
        <w:t>/// @note 此回调不保证在主线程触发</w:t>
        <w:br/>
        <w:t>///</w:t>
        <w:br/>
        <w:t>/// @param livePlayer 直播播放器</w:t>
        <w:br/>
        <w:t>///</w:t>
        <w:br/>
        <w:t>/// @return BOOL 需返回 ‘当前外部是否正在连麦’ 的状态布尔值</w:t>
        <w:br/>
        <w:t>- (BOOL)plvLivePlayerGetInLinkMic:(PLVLivePlayer *)livePlayer;</w:t>
        <w:br/>
        <w:br/>
        <w:t>/// 直播播放器 需展示暖场图片</w:t>
        <w:br/>
        <w:t>///</w:t>
        <w:br/>
        <w:t>/// @param livePlayer 直播播放器</w:t>
        <w:br/>
        <w:t>/// @param show 是否展示 (YES:展示 NO:隐藏)</w:t>
        <w:br/>
        <w:t>/// @param warmUpImageURLString 暖场图片链接地址</w:t>
        <w:br/>
        <w:t>- (void)plvLivePlayer:(PLVLivePlayer *)livePlayer showWarmUpImage:(BOOL)show warmUpImageURLString:(NSString * _Nullable)warmUpImageURLString;</w:t>
        <w:br/>
        <w:br/>
        <w:t>@end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PLVLivePlaybackPlayer</w:t>
      </w:r>
      <w:r>
        <w:rPr>
          <w:rFonts w:ascii="Source Han Sans SC" w:hAnsi="Source Han Sans SC" w:eastAsia="Source Han Sans SC" w:cs="Source Han Sans SC" w:hint="eastAsia"/>
          <w:sz w:val="21"/>
        </w:rPr>
        <w:t>代理</w:t>
      </w:r>
      <w:r>
        <w:rPr>
          <w:rFonts w:ascii="Menlo" w:hAnsi="Menlo"/>
          <w:color w:val="444444"/>
          <w:sz w:val="20"/>
        </w:rPr>
        <w:t>PLVPlayerDelegate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PLVLivePlaybackPlayerDelegate &lt;NSObject&gt;</w:t>
        <w:br/>
        <w:br/>
        <w:t>@optional</w:t>
        <w:br/>
        <w:t>/// 直播回放播放器 发生错误</w:t>
        <w:br/>
        <w:t>///</w:t>
        <w:br/>
        <w:t>/// @param livePlaybackPlayer 直播回放播放器</w:t>
        <w:br/>
        <w:t>/// @param error 错误信息对象 (可能为nil；error.code 可详见 PLVFPlayErrorCodeGenerator.h)</w:t>
        <w:br/>
        <w:t>- (void)plvLivePlaybackPlayer:(PLVLivePlaybackPlayer *)livePlaybackPlayer loadMainPlayerFailureWithError:(NSError * _Nullable)error;</w:t>
        <w:br/>
        <w:br/>
        <w:t>/// 直播回放播放器 定时返回当前播放进度</w:t>
        <w:br/>
        <w:t>///</w:t>
        <w:br/>
        <w:t>/// @param livePlaybackPlayer 直播回放播放器</w:t>
        <w:br/>
        <w:t>/// @param downloadProgress 已缓存进度 (0.0 ~ 1.0)</w:t>
        <w:br/>
        <w:t>/// @param playedProgress 已播放进度 (0.0 ~ 1.0)</w:t>
        <w:br/>
        <w:t>/// @param playedTimeString 当前播放时间点字符串 (示例 "01:23")</w:t>
        <w:br/>
        <w:t>/// @param durationTimeString 总时长字符串 (示例 "01:23")</w:t>
        <w:br/>
        <w:t>- (void)plvLivePlaybackPlayer:(PLVLivePlaybackPlayer *)livePlaybackPlayer downloadProgress:(CGFloat)downloadProgress playedProgress:(CGFloat)playedProgress playedTimeString:(NSString *)playedTimeString durationTimeString:(NSString *)durationTimeString;</w:t>
        <w:br/>
        <w:br/>
        <w:t>/// 直播回放播放器 ‘频道信息’ 发生改变</w:t>
        <w:br/>
        <w:t>///</w:t>
        <w:br/>
        <w:t>/// @param livePlaybackPlayer 直播回放播放器</w:t>
        <w:br/>
        <w:t>/// @param channelInfo 当前最新 ’频道信息‘ 对象</w:t>
        <w:br/>
        <w:t>- (void)plvLivePlaybackPlayer:(PLVLivePlaybackPlayer *)livePlaybackPlayer channelInfoDidUpdated:(PLVChannelInfoModel *)channelInfo;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设置代理回调的示例可以在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中找到。</w:t>
      </w:r>
    </w:p>
    <w:p>
      <w:pPr>
        <w:pStyle w:val="Heading3"/>
      </w:pPr>
      <w:r>
        <w:t>3.3 开始播放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创建播放器后需调用父类</w:t>
      </w:r>
      <w:r>
        <w:rPr>
          <w:rFonts w:ascii="Menlo" w:hAnsi="Menlo"/>
          <w:color w:val="444444"/>
          <w:sz w:val="20"/>
        </w:rPr>
        <w:t>PLVPlayer</w:t>
      </w:r>
      <w:r>
        <w:rPr>
          <w:rFonts w:ascii="Source Han Sans SC" w:hAnsi="Source Han Sans SC" w:eastAsia="Source Han Sans SC" w:cs="Source Han Sans SC" w:hint="eastAsia"/>
          <w:sz w:val="21"/>
        </w:rPr>
        <w:t>方法 [setupDisplaySuperview:] 进行画面添加，才可正常显示播放内容，可参考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初始化</w:t>
      </w:r>
      <w:r>
        <w:rPr>
          <w:rFonts w:ascii="Source Han Sans SC" w:hAnsi="Source Han Sans SC" w:eastAsia="Source Han Sans SC" w:cs="Source Han Sans SC" w:hint="eastAsia"/>
          <w:sz w:val="21"/>
        </w:rPr>
        <w:t>代码。</w:t>
      </w:r>
    </w:p>
    <w:p>
      <w:pPr>
        <w:pStyle w:val="Heading3"/>
      </w:pPr>
      <w:r>
        <w:t>3.4 播放控制</w:t>
      </w:r>
    </w:p>
    <w:p>
      <w:r>
        <w:rPr>
          <w:rFonts w:ascii="Menlo" w:hAnsi="Menlo"/>
          <w:color w:val="444444"/>
          <w:sz w:val="20"/>
        </w:rPr>
        <w:t>PLVPlayer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PLVLivePlayer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PLVLivePlaybackPlayer</w:t>
      </w:r>
      <w:r>
        <w:rPr>
          <w:rFonts w:ascii="Source Han Sans SC" w:hAnsi="Source Han Sans SC" w:eastAsia="Source Han Sans SC" w:cs="Source Han Sans SC" w:hint="eastAsia"/>
          <w:sz w:val="21"/>
        </w:rPr>
        <w:t>提供了播放器操作控制API。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PLVPlayer</w:t>
      </w:r>
      <w:r>
        <w:rPr>
          <w:rFonts w:ascii="Source Han Sans SC" w:hAnsi="Source Han Sans SC" w:eastAsia="Source Han Sans SC" w:cs="Source Han Sans SC" w:hint="eastAsia"/>
          <w:sz w:val="21"/>
        </w:rPr>
        <w:t>提供的播放控制方法：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设置 承载播放器画面 的父视图</w:t>
        <w:br/>
        <w:t>///</w:t>
        <w:br/>
        <w:t>/// @param displayeSuperview 承载播放器画面的父视图</w:t>
        <w:br/>
        <w:t>- (void)setupDisplaySuperview:(UIView *)displayeSuperview;</w:t>
        <w:br/>
        <w:br/>
        <w:t>/// 清理 主播放器</w:t>
        <w:br/>
        <w:t>- (void)clearMainPlayer;</w:t>
        <w:br/>
        <w:br/>
        <w:t>/// 清理 副播放器</w:t>
        <w:br/>
        <w:t>- (void)clearSubPlayer;</w:t>
        <w:br/>
        <w:br/>
        <w:t>/// 清理 全部播放器</w:t>
        <w:br/>
        <w:t>- (void)clearAllPlayer;</w:t>
        <w:br/>
        <w:br/>
        <w:t>/// 暂停 主播放器 播放</w:t>
        <w:br/>
        <w:t>- (void)pause;</w:t>
        <w:br/>
        <w:br/>
        <w:t>/// 静音 主播放器</w:t>
        <w:br/>
        <w:t>- (void)mute;</w:t>
        <w:br/>
        <w:br/>
        <w:t>/// 取消静音 主播放器</w:t>
        <w:br/>
        <w:t>- (void)cancelMute;</w:t>
        <w:br/>
        <w:br/>
        <w:t>#pragma mark 非直播相关</w:t>
        <w:br/>
        <w:t>/// 开始 主播放器 播放</w:t>
        <w:br/>
        <w:t>- (void)play;</w:t>
        <w:br/>
        <w:br/>
        <w:t>/// 主播放器 视频跳至某个时间点</w:t>
        <w:br/>
        <w:t>- (void)seekToTime:(NSTimeInterval)toTime;</w:t>
        <w:br/>
        <w:br/>
        <w:t>/// 主播放器 切换倍速 (范围值 0.0~2.0)</w:t>
        <w:br/>
        <w:t>- (void)switchSpeedRate:(CGFloat)toSpeed;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PLVLivePlayer</w:t>
      </w:r>
      <w:r>
        <w:rPr>
          <w:rFonts w:ascii="Source Han Sans SC" w:hAnsi="Source Han Sans SC" w:eastAsia="Source Han Sans SC" w:cs="Source Han Sans SC" w:hint="eastAsia"/>
          <w:sz w:val="21"/>
        </w:rPr>
        <w:t>提供的播放控制方法：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重新加载直播 （或暂停后的恢复直播）</w:t>
        <w:br/>
        <w:t>- (void)reloadLivePlayer;</w:t>
        <w:br/>
        <w:br/>
        <w:t>/// 切换 ’当前线路‘ 或 ’当前码率‘</w:t>
        <w:br/>
        <w:t>///</w:t>
        <w:br/>
        <w:t>/// @note 传入的 targetLineIndex、targetCodeRate 不一定就是最终的选定值。因为内部将判断传入值是否合法；</w:t>
        <w:br/>
        <w:t>///       最终播放的选定值，可读取 channelInfo 的 currentLineIndex、currentDefinition 属性；</w:t>
        <w:br/>
        <w:t>///</w:t>
        <w:br/>
        <w:t>/// @param targetLineIndex 目标线路 (由 0 起始；比如切至线路1，则传入 0)</w:t>
        <w:br/>
        <w:t>/// @param targetCodeRate 目标码率/清晰度 (对应字符串，可在代理方法 [plvLivePlayer:codeRateOptions:currentCodeRate:lineNum:currentLineIndex:] 中取得)</w:t>
        <w:br/>
        <w:t>- (void)switchToLineIndex:(NSInteger)targetLineIndex codeRate:(NSString *)targetCodeRate;</w:t>
        <w:br/>
        <w:br/>
        <w:t>/// 开启或退出 音频模式</w:t>
        <w:br/>
        <w:t>///</w:t>
        <w:br/>
        <w:t>/// @param audioMode 是否开启音频模式</w:t>
        <w:br/>
        <w:t>- (void)switchToAudioMode:(BOOL)audioMode;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PLVLivePlaybackPlayer</w:t>
      </w:r>
      <w:r>
        <w:rPr>
          <w:rFonts w:ascii="Source Han Sans SC" w:hAnsi="Source Han Sans SC" w:eastAsia="Source Han Sans SC" w:cs="Source Han Sans SC" w:hint="eastAsia"/>
          <w:sz w:val="21"/>
        </w:rPr>
        <w:t>提供的播放控制方法：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跳至某个时间点 (单位: 秒)</w:t>
        <w:br/>
        <w:t>- (void)seekLivePlaybackToTime:(NSTimeInterval)toTime;</w:t>
        <w:br/>
        <w:br/>
        <w:t>/// 切换倍速 (范围值 0.0~2.0)</w:t>
        <w:br/>
        <w:t>- (void)switchLivePlaybackSpeedRate:(CGFloat)toSpeed;</w:t>
      </w:r>
    </w:p>
    <w:p>
      <w:pPr>
        <w:pStyle w:val="Heading2"/>
      </w:pPr>
      <w:r>
        <w:t>4 片头广告类介绍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片头广告播放器模块位于</w:t>
      </w:r>
      <w:r>
        <w:rPr>
          <w:rFonts w:ascii="Menlo" w:hAnsi="Menlo"/>
          <w:color w:val="444444"/>
          <w:sz w:val="20"/>
        </w:rPr>
        <w:t>PolyvLiveCommonModule</w:t>
      </w:r>
      <w:r>
        <w:rPr>
          <w:rFonts w:ascii="Source Han Sans SC" w:hAnsi="Source Han Sans SC" w:eastAsia="Source Han Sans SC" w:cs="Source Han Sans SC" w:hint="eastAsia"/>
          <w:sz w:val="21"/>
        </w:rPr>
        <w:t>模块的</w:t>
      </w:r>
      <w:r>
        <w:rPr>
          <w:rFonts w:ascii="Menlo" w:hAnsi="Menlo"/>
          <w:color w:val="444444"/>
          <w:sz w:val="20"/>
        </w:rPr>
        <w:t>GeneralUI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PLVAdvView</w:t>
      </w:r>
      <w:r>
        <w:rPr>
          <w:rFonts w:ascii="Source Han Sans SC" w:hAnsi="Source Han Sans SC" w:eastAsia="Source Han Sans SC" w:cs="Source Han Sans SC" w:hint="eastAsia"/>
          <w:sz w:val="21"/>
        </w:rPr>
        <w:t>目录下，</w:t>
      </w:r>
      <w:r>
        <w:rPr>
          <w:rFonts w:ascii="Menlo" w:hAnsi="Menlo"/>
          <w:color w:val="444444"/>
          <w:sz w:val="20"/>
        </w:rPr>
        <w:t>PLVAdvView</w:t>
      </w:r>
      <w:r>
        <w:rPr>
          <w:rFonts w:ascii="Source Han Sans SC" w:hAnsi="Source Han Sans SC" w:eastAsia="Source Han Sans SC" w:cs="Source Han Sans SC" w:hint="eastAsia"/>
          <w:sz w:val="21"/>
        </w:rPr>
        <w:t>是播放后台配置的片头广告视频或图片，该类在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中被使用。此功能在直播拉到流后、回放开始下载后和在播放广告中断网后重新联网情况，开始播放。</w:t>
      </w:r>
    </w:p>
    <w:p>
      <w:pPr>
        <w:pStyle w:val="Heading3"/>
      </w:pPr>
      <w:r>
        <w:t>4.1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初始化配置广告信息，使用示例：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PLVPlayerPresenter.m</w:t>
        <w:br/>
        <w:br/>
        <w:t>- (void)showAdv {</w:t>
        <w:br/>
        <w:t xml:space="preserve">    /** 不显示片头广告(此开关应对云课堂暂时不显示片头广告情况，后面云课程支持片头广告，需去掉openAdv) */</w:t>
        <w:br/>
        <w:t xml:space="preserve">    if (! self.openAdv) {</w:t>
        <w:br/>
        <w:t xml:space="preserve">        return;</w:t>
        <w:br/>
        <w:t xml:space="preserve">    }</w:t>
        <w:br/>
        <w:br/>
        <w:t xml:space="preserve">    PLVRoomData *roomData = [PLVRoomDataManager sharedManager].roomData;</w:t>
        <w:br/>
        <w:br/>
        <w:t xml:space="preserve">    // 存在片头广告</w:t>
        <w:br/>
        <w:t xml:space="preserve">    if ((roomData.liveState == PLVChannelLiveStreamState_Live ||</w:t>
        <w:br/>
        <w:t xml:space="preserve">         roomData.videoType == PLVChannelVideoType_Playback) &amp;&amp; // 直播开播了或者是点播</w:t>
        <w:br/>
        <w:t xml:space="preserve">        ([PLVFdUtil checkStringUseable:roomData.channelInfo.advertImage] ||</w:t>
        <w:br/>
        <w:t xml:space="preserve">         [PLVFdUtil checkStringUseable:roomData.channelInfo.advertFlvUrl])) { // 存在片头图片或视频</w:t>
        <w:br/>
        <w:t xml:space="preserve">        [self pausePlay];</w:t>
        <w:br/>
        <w:br/>
        <w:t xml:space="preserve">        if (! self.advView) { // 广告播放器初始化</w:t>
        <w:br/>
        <w:t xml:space="preserve">            _advView = [[PLVAdvView alloc] init];</w:t>
        <w:br/>
        <w:t xml:space="preserve">            self.advView.delegate = self;</w:t>
        <w:br/>
        <w:t xml:space="preserve">            [self.advView setupDisplaySuperview:self.playerBackgroundView];</w:t>
        <w:br/>
        <w:t xml:space="preserve">        }</w:t>
        <w:br/>
        <w:br/>
        <w:t xml:space="preserve">        if ([PLVFdUtil checkStringUseable:roomData.channelInfo.advertImage]) {</w:t>
        <w:br/>
        <w:t xml:space="preserve">            [self.advView showImageWithUrl:roomData.channelInfo.advertImage time:roomData.channelInfo.advertDuration];</w:t>
        <w:br/>
        <w:t xml:space="preserve">        } else {</w:t>
        <w:br/>
        <w:t xml:space="preserve">            [self.advView showVideoWithUrl:roomData.channelInfo.advertFlvUrl time:roomData.channelInfo.advertDuration];</w:t>
        <w:br/>
        <w:t xml:space="preserve">        }</w:t>
        <w:br/>
        <w:t xml:space="preserve">    }</w:t>
        <w:br/>
        <w:t>}</w:t>
      </w:r>
    </w:p>
    <w:p>
      <w:pPr>
        <w:pStyle w:val="Heading3"/>
      </w:pPr>
      <w:r>
        <w:t>4.2 代理回调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片头广告代理</w:t>
      </w:r>
      <w:r>
        <w:rPr>
          <w:rFonts w:ascii="Menlo" w:hAnsi="Menlo"/>
          <w:color w:val="444444"/>
          <w:sz w:val="20"/>
        </w:rPr>
        <w:t>PLVAdvViewDelegate</w:t>
      </w:r>
      <w:r>
        <w:rPr>
          <w:rFonts w:ascii="Source Han Sans SC" w:hAnsi="Source Han Sans SC" w:eastAsia="Source Han Sans SC" w:cs="Source Han Sans SC" w:hint="eastAsia"/>
          <w:sz w:val="21"/>
        </w:rPr>
        <w:t>定义在</w:t>
      </w:r>
      <w:r>
        <w:rPr>
          <w:rFonts w:ascii="Menlo" w:hAnsi="Menlo"/>
          <w:color w:val="444444"/>
          <w:sz w:val="20"/>
        </w:rPr>
        <w:t>PLVAdvView.h</w:t>
      </w:r>
      <w:r>
        <w:rPr>
          <w:rFonts w:ascii="Source Han Sans SC" w:hAnsi="Source Han Sans SC" w:eastAsia="Source Han Sans SC" w:cs="Source Han Sans SC" w:hint="eastAsia"/>
          <w:sz w:val="21"/>
        </w:rPr>
        <w:t>中，提供片头广告状态信息。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PLVAdvView.h</w:t>
        <w:br/>
        <w:br/>
        <w:t>/// 播放器态类型</w:t>
        <w:br/>
        <w:t>typedef NS_ENUM(NSInteger, PLVAdvViewStatus) {</w:t>
        <w:br/>
        <w:t xml:space="preserve">    PLVAdvViewStatusUnkown = 0, // 未知类型（初始状态）</w:t>
        <w:br/>
        <w:t xml:space="preserve">    PLVAdvViewStatusPlay, // 展示中</w:t>
        <w:br/>
        <w:t xml:space="preserve">    PLVAdvViewStatusFinish, // 展示完成</w:t>
        <w:br/>
        <w:t>};</w:t>
        <w:br/>
        <w:br/>
        <w:t>/// 广告状态回调</w:t>
        <w:br/>
        <w:t>- (void)advView:(PLVAdvView *)advView status:(PLVAdvViewStatus)status;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设置代理回调的示例可以在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中找到。</w:t>
      </w:r>
    </w:p>
    <w:p>
      <w:pPr>
        <w:pStyle w:val="Heading3"/>
      </w:pPr>
      <w:r>
        <w:t>4.3 片头播放信息、控制</w:t>
      </w:r>
    </w:p>
    <w:p>
      <w:r>
        <w:rPr>
          <w:rFonts w:ascii="Menlo" w:hAnsi="Menlo"/>
          <w:color w:val="444444"/>
          <w:sz w:val="20"/>
        </w:rPr>
        <w:t>PLVAdvView</w:t>
      </w:r>
      <w:r>
        <w:rPr>
          <w:rFonts w:ascii="Source Han Sans SC" w:hAnsi="Source Han Sans SC" w:eastAsia="Source Han Sans SC" w:cs="Source Han Sans SC" w:hint="eastAsia"/>
          <w:sz w:val="21"/>
        </w:rPr>
        <w:t>提供的播放状态和控制方法：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PLVAdvView : UIView</w:t>
        <w:br/>
        <w:br/>
        <w:t>@property (nonatomic, assign, readonly) BOOL playing; // 是否正在播放中</w:t>
        <w:br/>
        <w:t>@property (nonatomic, assign, readonly) PLVAdvViewStatus status; // 播放器状态</w:t>
        <w:br/>
        <w:t>@property (nonatomic, weak) id&lt;PLVAdvViewDelegate&gt; delegate;</w:t>
        <w:br/>
        <w:br/>
        <w:t>/// 设置广告外部容器</w:t>
        <w:br/>
        <w:t>- (void)setupDisplaySuperview:(UIView *)displayeSuperview;</w:t>
        <w:br/>
        <w:br/>
        <w:t>/// 展示图片url</w:t>
        <w:br/>
        <w:t>- (void)showImageWithUrl:(NSString *)url time:(NSInteger)time;</w:t>
        <w:br/>
        <w:br/>
        <w:t>/// 播放url</w:t>
        <w:br/>
        <w:t>- (void)showVideoWithUrl:(NSString *)url time:(NSInteger)time;</w:t>
        <w:br/>
        <w:br/>
        <w:t>/// 销毁 广告</w:t>
        <w:br/>
        <w:t>- (void)distroy;</w:t>
        <w:br/>
        <w:br/>
        <w:t>@end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3-核心common-播放器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