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2-核心common-数据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PLVRoomData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PLVRoomDataManager</w:t>
      </w:r>
    </w:p>
    <w:p>
      <w:pPr>
        <w:pStyle w:val="Heading2"/>
      </w:pPr>
      <w:r>
        <w:t>1 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该模块位于文件夹 PolyvLiveCommonModule/Modules/Room 下，管理的数据包括：配置数据、http数据、业务模块数据等。这些数据合并在一起，使用数据模型类 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进行数据获取或存储，并使用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作为对外的数据路由器，当数据发生变化，通知各个已注册监听的业务模块。</w:t>
      </w:r>
    </w:p>
    <w:p>
      <w:pPr>
        <w:pStyle w:val="Heading2"/>
      </w:pPr>
      <w:r>
        <w:t>2 核心类介绍</w:t>
      </w:r>
    </w:p>
    <w:p>
      <w:pPr>
        <w:pStyle w:val="Heading3"/>
      </w:pPr>
      <w:r>
        <w:t>2.1 PLVRoomData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数据模型类 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对外提供了以下几个接口，接口返回的数据由 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持有：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设置 roomUser</w:t>
        <w:br/>
        <w:t>- (void)setupRoomUser:(PLVRoomUser *)roomUser;</w:t>
        <w:br/>
        <w:br/>
        <w:t>/// 获取频道菜单信息</w:t>
        <w:br/>
        <w:t>- (void)requestChannelDetail:(void(^)(PLVLiveVideoChannelMenuInfo *channelMenuInfo))completion;</w:t>
        <w:br/>
        <w:br/>
        <w:t>/// 上报观看热度</w:t>
        <w:br/>
        <w:t>- (void)reportViewerIncrease;</w:t>
        <w:br/>
        <w:br/>
        <w:t>/// 获取功能开关</w:t>
        <w:br/>
        <w:t>- (void)requestChannelFunctionSwitch;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除了接口 </w:t>
      </w:r>
      <w:r>
        <w:rPr>
          <w:rFonts w:ascii="Menlo" w:hAnsi="Menlo"/>
          <w:color w:val="444444"/>
          <w:sz w:val="20"/>
        </w:rPr>
        <w:t>-requestChannelFunctionSwitch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在初始化聊天室时（可选）进行请求，其他接口（必选）均在登录时进行调用，使用实例详见登录管理器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2.2 PLVRoomDataManager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数据路由器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是单例，负责持有每个直播间只允许存在一个实例的 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对象，并对持有的 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 KVO 监听，当 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管理的数据发生变化，通知各个已注册监听的业务模块。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数据路由器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中，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的属性相关接口定义如下：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当前活跃的直播间数据</w:t>
        <w:br/>
        <w:t>@property (nonatomic, strong, readonly) PLVRoomData *roomData;</w:t>
        <w:br/>
        <w:br/>
        <w:t>/// 单例方法</w:t>
        <w:br/>
        <w:t>+ (instancetype)sharedManager;</w:t>
        <w:br/>
        <w:br/>
        <w:t>/// 配置当前的直播间数据，进入直播间时调用</w:t>
        <w:br/>
        <w:t>- (void)configRoomData:(PLVRoomData *)roomData;</w:t>
        <w:br/>
        <w:br/>
        <w:t>/// 移除当前的直播间数据，离开直播间时调用</w:t>
        <w:br/>
        <w:t>- (void)removeRoomData;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使用示例如下，接口调用上下文详见登录管理器 </w:t>
      </w:r>
      <w:r>
        <w:rPr>
          <w:rFonts w:ascii="Menlo" w:hAnsi="Menlo"/>
          <w:color w:val="444444"/>
          <w:sz w:val="20"/>
        </w:rPr>
        <w:t>PLVRoomLoginClient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登录时调用</w:t>
        <w:br/>
        <w:t>[[PLVRoomDataManager sharedManager] configRoomData:roomData];</w:t>
        <w:br/>
        <w:t>// 退出登录时调用</w:t>
        <w:br/>
        <w:t>[[PLVRoomDataManager sharedManager] removeRoomData];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数据监听注册、移除监听相关接口如下：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增加PLVRoomDataManagerProtocol协议的监听者</w:t>
        <w:br/>
        <w:t>/// @param delegate 待增加的监听者</w:t>
        <w:br/>
        <w:t>/// @param delegateQueue 执行回调的队列</w:t>
        <w:br/>
        <w:t>- (void)addDelegate:(id&lt;PLVRoomDataManagerProtocol&gt;)delegate delegateQueue:(dispatch_queue_t)delegateQueue;</w:t>
        <w:br/>
        <w:br/>
        <w:t>/// 移除PLVRoomDataManagerProtocol协议的监听者</w:t>
        <w:br/>
        <w:t>/// @param delegate 待移除的监听者</w:t>
        <w:br/>
        <w:t>- (void)removeDelegate:(id&lt;PLVRoomDataManagerProtocol&gt;)delegate;</w:t>
        <w:br/>
        <w:br/>
        <w:t>/// 移除PLVRoomDataManagerProtocol协议的所有监听者</w:t>
        <w:br/>
        <w:t>- (void)removeAllDelegates;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接口 </w:t>
      </w:r>
      <w:r>
        <w:rPr>
          <w:rFonts w:ascii="Menlo" w:hAnsi="Menlo"/>
          <w:color w:val="444444"/>
          <w:sz w:val="20"/>
        </w:rPr>
        <w:t>-removeAllDelegates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在数据路由器 </w:t>
      </w: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内部已在调用 </w:t>
      </w:r>
      <w:r>
        <w:rPr>
          <w:rFonts w:ascii="Menlo" w:hAnsi="Menlo"/>
          <w:color w:val="444444"/>
          <w:sz w:val="20"/>
        </w:rPr>
        <w:t>-removeAllDelegates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移除当前持有的直播间数据时进行了调用，只需要在各个需要监听 </w:t>
      </w:r>
      <w:r>
        <w:rPr>
          <w:rFonts w:ascii="Menlo" w:hAnsi="Menlo"/>
          <w:color w:val="444444"/>
          <w:sz w:val="20"/>
        </w:rPr>
        <w:t>roomData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数据的业务模块、功能页面调用 </w:t>
      </w:r>
      <w:r>
        <w:rPr>
          <w:rFonts w:ascii="Menlo" w:hAnsi="Menlo"/>
          <w:color w:val="444444"/>
          <w:sz w:val="20"/>
        </w:rPr>
        <w:t>-addDelegate:delegateQueue: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接口，在不需要监听的时候（譬如页面退出、模块注销时）调用 </w:t>
      </w:r>
      <w:r>
        <w:rPr>
          <w:rFonts w:ascii="Menlo" w:hAnsi="Menlo"/>
          <w:color w:val="444444"/>
          <w:sz w:val="20"/>
        </w:rPr>
        <w:t>-removeDelegate: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2-核心common-数据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