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4-手机开播场景-文档管理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PLVLSDocumentListView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PLVLSDocumentPagesView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文档管理模块包括选择文档、查看选中文档详情、上传文档、删除文档等功能。文档管理页面是一个弹层，整个界面被封装在 </w:t>
      </w:r>
      <w:r>
        <w:rPr>
          <w:rFonts w:ascii="Menlo" w:hAnsi="Menlo"/>
          <w:color w:val="444444"/>
          <w:sz w:val="20"/>
        </w:rPr>
        <w:t>PLVLSDocumentSheet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中。</w:t>
      </w:r>
    </w:p>
    <w:p>
      <w:pPr>
        <w:pStyle w:val="Heading2"/>
      </w:pPr>
      <w:r>
        <w:t>2 使用演示</w:t>
      </w:r>
    </w:p>
    <w:p>
      <w:r>
        <w:rPr>
          <w:rFonts w:ascii="Menlo" w:hAnsi="Menlo"/>
          <w:color w:val="444444"/>
          <w:sz w:val="20"/>
        </w:rPr>
        <w:t>PLVLSDocumentSheet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是一个弹层页面，继承于基类 </w:t>
      </w:r>
      <w:r>
        <w:rPr>
          <w:rFonts w:ascii="Menlo" w:hAnsi="Menlo"/>
          <w:color w:val="444444"/>
          <w:sz w:val="20"/>
        </w:rPr>
        <w:t>PLVLSBottomSheet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，使用文档管理弹层只需创建弹层对象，并调用 </w:t>
      </w:r>
      <w:r>
        <w:rPr>
          <w:rFonts w:ascii="Menlo" w:hAnsi="Menlo"/>
          <w:color w:val="444444"/>
          <w:sz w:val="20"/>
        </w:rPr>
        <w:t>-showInView: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方法即可显示弹层。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self.docSheet = [[PLVLSDocumentSheet alloc] init];</w:t>
        <w:br/>
        <w:t>self.docSheet.delegate = self;</w:t>
        <w:br/>
        <w:t>[self.docSheet showInView:self.superview];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弹出文档管理弹层的页面需遵循协议 </w:t>
      </w:r>
      <w:r>
        <w:rPr>
          <w:rFonts w:ascii="Menlo" w:hAnsi="Menlo"/>
          <w:color w:val="444444"/>
          <w:sz w:val="20"/>
        </w:rPr>
        <w:t>PLVLSDocumentSheetDelegate</w:t>
      </w:r>
      <w:r>
        <w:rPr>
          <w:rFonts w:ascii="Source Han Sans SC" w:hAnsi="Source Han Sans SC" w:eastAsia="Source Han Sans SC" w:cs="Source Han Sans SC" w:hint="eastAsia"/>
          <w:sz w:val="21"/>
        </w:rPr>
        <w:t>，并实现以下代理方法，ppt&amp;白板页面需在代理方法中，切换到新的文档或文档页面，或切换到白板：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PLVLSDocumentSheetDelegate &lt;NSObject&gt;</w:t>
        <w:br/>
        <w:br/>
        <w:t>///  选择文档、文档页回调</w:t>
        <w:br/>
        <w:t>/// @param documentSheet 文档弹层对象</w:t>
        <w:br/>
        <w:t>/// @param autoId 选择的文档autoId</w:t>
        <w:br/>
        <w:t>/// @param pageIndex 选择的文档页序号（页码）</w:t>
        <w:br/>
        <w:t>- (void)documentSheet:(PLVLSDocumentSheet *)documentSheet didSelectAutoId:(NSInteger)autoId pageIndex:(NSInteger)pageIndex;</w:t>
        <w:br/>
        <w:br/>
        <w:t>@end</w:t>
      </w:r>
    </w:p>
    <w:p>
      <w:pPr>
        <w:pStyle w:val="Heading2"/>
      </w:pPr>
      <w:r>
        <w:t>3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文档管理弹层  </w:t>
      </w:r>
      <w:r>
        <w:rPr>
          <w:rFonts w:ascii="Menlo" w:hAnsi="Menlo"/>
          <w:color w:val="444444"/>
          <w:sz w:val="20"/>
        </w:rPr>
        <w:t>PLVLSDocumentSheet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由以下控件组成：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strong) UIScrollView *scrollView ;            // 文档父层View</w:t>
        <w:br/>
        <w:t>@property (nonatomic, strong) PLVLSDocumentListView *docListView;   // 文档列表视图</w:t>
        <w:br/>
        <w:t>@property (nonatomic, strong) PLVLSDocumentPagesView *docPagesView; // 文档页面列表视图</w:t>
      </w:r>
    </w:p>
    <w:p>
      <w:r>
        <w:rPr>
          <w:rFonts w:ascii="Menlo" w:hAnsi="Menlo"/>
          <w:color w:val="444444"/>
          <w:sz w:val="20"/>
        </w:rPr>
        <w:t>scrollView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是一个横向翻页的滚动视图，第一页是文档列表视图 </w:t>
      </w:r>
      <w:r>
        <w:rPr>
          <w:rFonts w:ascii="Menlo" w:hAnsi="Menlo"/>
          <w:color w:val="444444"/>
          <w:sz w:val="20"/>
        </w:rPr>
        <w:t>docListView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，选中具体某个文档之后，滚动视图会滚动到第二页，展示选中文档的页面详情列表视图 </w:t>
      </w:r>
      <w:r>
        <w:rPr>
          <w:rFonts w:ascii="Menlo" w:hAnsi="Menlo"/>
          <w:color w:val="444444"/>
          <w:sz w:val="20"/>
        </w:rPr>
        <w:t>docPagesView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3.1 PLVLSDocumentListView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文档列表视图类 </w:t>
      </w:r>
      <w:r>
        <w:rPr>
          <w:rFonts w:ascii="Menlo" w:hAnsi="Menlo"/>
          <w:color w:val="444444"/>
          <w:sz w:val="20"/>
        </w:rPr>
        <w:t>PLVLSDocumentListView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在内部已封装了文档管理的业务逻辑，外部使用只需要初始化一个 </w:t>
      </w:r>
      <w:r>
        <w:rPr>
          <w:rFonts w:ascii="Menlo" w:hAnsi="Menlo"/>
          <w:color w:val="444444"/>
          <w:sz w:val="20"/>
        </w:rPr>
        <w:t>PLVLSDocumentListView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的实例对象，并遵循协议 </w:t>
      </w:r>
      <w:r>
        <w:rPr>
          <w:rFonts w:ascii="Menlo" w:hAnsi="Menlo"/>
          <w:color w:val="444444"/>
          <w:sz w:val="20"/>
        </w:rPr>
        <w:t>PLVLSDocumentListViewDelegate</w:t>
      </w:r>
      <w:r>
        <w:rPr>
          <w:rFonts w:ascii="Source Han Sans SC" w:hAnsi="Source Han Sans SC" w:eastAsia="Source Han Sans SC" w:cs="Source Han Sans SC" w:hint="eastAsia"/>
          <w:sz w:val="21"/>
        </w:rPr>
        <w:t>，实现相关回调即可。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self.docListView = [[PLVLSDocumentListView alloc] init];</w:t>
        <w:br/>
        <w:t>self.docListView.delegate = self;</w:t>
        <w:br/>
        <w:t>[self.scrollView addSubview:self.docListView];</w:t>
        <w:br/>
        <w:t>self.docListView.frame = self.scrollView.bounds;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协议 </w:t>
      </w:r>
      <w:r>
        <w:rPr>
          <w:rFonts w:ascii="Menlo" w:hAnsi="Menlo"/>
          <w:color w:val="444444"/>
          <w:sz w:val="20"/>
        </w:rPr>
        <w:t>PLVLSDocumentListViewDelegate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的回调方法定义如下：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PLVLSDocumentListViewDelegate &lt;NSObject&gt;</w:t>
        <w:br/>
        <w:br/>
        <w:t>///  点击上传文档按钮回调</w:t>
        <w:br/>
        <w:t>///</w:t>
        <w:br/>
        <w:t>/// @param documentListView 文档列表对象</w:t>
        <w:br/>
        <w:t>- (void)documentListViewUploadDocument:(PLVLSDocumentListView *)documentListView;</w:t>
        <w:br/>
        <w:br/>
        <w:t>///  文档上传须知按钮响应回调</w:t>
        <w:br/>
        <w:t>///</w:t>
        <w:br/>
        <w:t>/// @param documentListView 文档列表对象</w:t>
        <w:br/>
        <w:t>- (void)documentListViewShowTip:(PLVLSDocumentListView *)documentListView;</w:t>
        <w:br/>
        <w:br/>
        <w:t>///  选择文档回调</w:t>
        <w:br/>
        <w:t>///</w:t>
        <w:br/>
        <w:t>/// @param documentListView 文档列表对象</w:t>
        <w:br/>
        <w:t>/// @param model 选择的文档数据对象</w:t>
        <w:br/>
        <w:t>/// @param isChangeDocument YES 切换文档，NO 没有切换只是单纯的二次点击</w:t>
        <w:br/>
        <w:t>- (void)documentListView:(PLVLSDocumentListView *)documentListView didSelectItemModel:(PLVLSDocumentModel *)model changeDocument:(BOOL)isChangeDocument;</w:t>
        <w:br/>
        <w:br/>
        <w:t>@end</w:t>
      </w:r>
    </w:p>
    <w:p>
      <w:pPr>
        <w:pStyle w:val="Heading3"/>
      </w:pPr>
      <w:r>
        <w:t>3.2 PLVLSDocumentPagesView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文档页面列表视图由于只有在选中了某个文档进行展示时，才会出现，所以采用的是需要时初始化，取消文档选中就回收的方式：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选中某个文档时</w:t>
        <w:br/>
        <w:t>if (!self.docPagesView) {</w:t>
        <w:br/>
        <w:t xml:space="preserve">    self.docPagesView = [[PLVLSDocumentPagesView alloc] init];</w:t>
        <w:br/>
        <w:t xml:space="preserve">    self.docPagesView.delegate = self;</w:t>
        <w:br/>
        <w:t>}</w:t>
        <w:br/>
        <w:br/>
        <w:t>// 返回文档列表时</w:t>
        <w:br/>
        <w:t>[self.docPagesView removeFromSuperview];</w:t>
        <w:br/>
        <w:t>self.docPagesView = nil;</w:t>
      </w:r>
    </w:p>
    <w:p>
      <w:r>
        <w:rPr>
          <w:rFonts w:ascii="Menlo" w:hAnsi="Menlo"/>
          <w:color w:val="444444"/>
          <w:sz w:val="20"/>
        </w:rPr>
        <w:t>docPagesView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所需要的数据，由文档管理弹层 </w:t>
      </w:r>
      <w:r>
        <w:rPr>
          <w:rFonts w:ascii="Menlo" w:hAnsi="Menlo"/>
          <w:color w:val="444444"/>
          <w:sz w:val="20"/>
        </w:rPr>
        <w:t>docSheet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所持有，只有在需要展示文档页面详情时，才赋值给 </w:t>
      </w:r>
      <w:r>
        <w:rPr>
          <w:rFonts w:ascii="Menlo" w:hAnsi="Menlo"/>
          <w:color w:val="444444"/>
          <w:sz w:val="20"/>
        </w:rPr>
        <w:t>docPagesView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self.docPagesView.title = self.pagesTitle; // 文档标题</w:t>
        <w:br/>
        <w:t>[self.docPagesView setPagesViewDatas:self.imageUrls]; //  设置文档页面缩略图</w:t>
        <w:br/>
        <w:t>[self.docPagesView setSelectPageIndex:self.selectPageId]; // 选中文档页面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同时，遵循协议 </w:t>
      </w:r>
      <w:r>
        <w:rPr>
          <w:rFonts w:ascii="Menlo" w:hAnsi="Menlo"/>
          <w:color w:val="444444"/>
          <w:sz w:val="20"/>
        </w:rPr>
        <w:t>PLVLSDocumentPagesViewDelegate</w:t>
      </w:r>
      <w:r>
        <w:rPr>
          <w:rFonts w:ascii="Source Han Sans SC" w:hAnsi="Source Han Sans SC" w:eastAsia="Source Han Sans SC" w:cs="Source Han Sans SC" w:hint="eastAsia"/>
          <w:sz w:val="21"/>
        </w:rPr>
        <w:t>，实现以下方法：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PLVLSDocumentPagesViewDelegate &lt;NSObject&gt;</w:t>
        <w:br/>
        <w:br/>
        <w:t>///  点击返回按钮响应回调</w:t>
        <w:br/>
        <w:t>///</w:t>
        <w:br/>
        <w:t>/// @param documentPagesView 文档列表页面对象</w:t>
        <w:br/>
        <w:t>- (void)documentPagesViewDidBackAction:(PLVLSDocumentPagesView *)documentPagesView;</w:t>
        <w:br/>
        <w:br/>
        <w:t>///  选中文档页面回调</w:t>
        <w:br/>
        <w:t>///</w:t>
        <w:br/>
        <w:t>/// @param documentPagesView 文档列表页面对象</w:t>
        <w:br/>
        <w:t>/// @param index 选择的文档页面序号</w:t>
        <w:br/>
        <w:t>- (void)documentPagesView:(PLVLSDocumentPagesView *)documentPagesView didSelectItemAtIndex:(NSInteger)index;</w:t>
        <w:br/>
        <w:br/>
        <w:t>@end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4-手机开播场景-文档管理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