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3-手机开播场景-PPT白板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PLVStreamerPPTView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PPT&amp;白板模块包括白板、PPT展示、画笔标注等功能。PPT&amp;白板展示界面被封装在类 </w:t>
      </w:r>
      <w:r>
        <w:rPr>
          <w:rFonts w:ascii="Menlo" w:hAnsi="Menlo"/>
          <w:color w:val="444444"/>
          <w:sz w:val="20"/>
        </w:rPr>
        <w:t>PLVLSDocumentAreaView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使用PPT&amp;白板模块需在 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中添加 </w:t>
      </w:r>
      <w:r>
        <w:rPr>
          <w:rFonts w:ascii="Menlo" w:hAnsi="Menlo"/>
          <w:color w:val="444444"/>
          <w:sz w:val="20"/>
        </w:rPr>
        <w:t>PLVLSStatusAreaView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控件：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self.documentAreaView = [[PLVLSDocumentAreaView alloc] init];</w:t>
        <w:br/>
        <w:t>self.documentAreaView.delegate = self;</w:t>
        <w:br/>
        <w:t>[self.view addSubview:self.documentAreaView];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同时 </w:t>
      </w:r>
      <w:r>
        <w:rPr>
          <w:rFonts w:ascii="Menlo" w:hAnsi="Menlo"/>
          <w:color w:val="444444"/>
          <w:sz w:val="20"/>
        </w:rPr>
        <w:t>PLVLSStreamerViewController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需遵循协议 </w:t>
      </w:r>
      <w:r>
        <w:rPr>
          <w:rFonts w:ascii="Menlo" w:hAnsi="Menlo"/>
          <w:color w:val="444444"/>
          <w:sz w:val="20"/>
        </w:rPr>
        <w:t>PLVLSDocumentAreaViewDelegate</w:t>
      </w:r>
      <w:r>
        <w:rPr>
          <w:rFonts w:ascii="Source Han Sans SC" w:hAnsi="Source Han Sans SC" w:eastAsia="Source Han Sans SC" w:cs="Source Han Sans SC" w:hint="eastAsia"/>
          <w:sz w:val="21"/>
        </w:rPr>
        <w:t>，并实现以下回调：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- PLVSDocumentAreaView Delegate</w:t>
        <w:br/>
        <w:br/>
        <w:t>- (void)documentAreaView:(PLVLSDocumentAreaView *)documentAreaView openBrush:(BOOL)isOpen {</w:t>
        <w:br/>
        <w:t xml:space="preserve">    // isOpen - YES：打开画笔隐藏聊天区域</w:t>
        <w:br/>
        <w:t xml:space="preserve">    // isOpen - NO：打开画笔显示聊天区域</w:t>
        <w:br/>
        <w:t>}</w:t>
        <w:br/>
        <w:br/>
        <w:t>- (void)documentAreaView:(PLVLSDocumentAreaView *)documentAreaView changeFullScreen:(BOOL)isFullScreen {</w:t>
        <w:br/>
        <w:t xml:space="preserve">    self.fullscreen = isFullScreen; // 布尔值 fullscreen 表示当前页面是否处于 ppt 全屏状态</w:t>
        <w:br/>
        <w:t xml:space="preserve">    if (fullscreen) {</w:t>
        <w:br/>
        <w:t xml:space="preserve">        [self.view insertSubview:self.documentAreaView aboveSubview:self.statusAreaView];</w:t>
        <w:br/>
        <w:t xml:space="preserve">    } else { // 全屏时将 documentAreaView 控件插入到子视图的最顶部</w:t>
        <w:br/>
        <w:t xml:space="preserve">        [self.view insertSubview:self.documentAreaView atIndex:0];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并在 </w:t>
      </w:r>
      <w:r>
        <w:rPr>
          <w:rFonts w:ascii="Menlo" w:hAnsi="Menlo"/>
          <w:color w:val="444444"/>
          <w:sz w:val="20"/>
        </w:rPr>
        <w:t>-viewWillLayoutSubviews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方法中，对 </w:t>
      </w:r>
      <w:r>
        <w:rPr>
          <w:rFonts w:ascii="Menlo" w:hAnsi="Menlo"/>
          <w:color w:val="444444"/>
          <w:sz w:val="20"/>
        </w:rPr>
        <w:t>PLVLSStatusAreaView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进行布局：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if (self.isFullscreen) {</w:t>
        <w:br/>
        <w:t xml:space="preserve">    self.documentAreaView.frame = self.view.bounds;</w:t>
        <w:br/>
        <w:t>} else {</w:t>
        <w:br/>
        <w:t xml:space="preserve">    self.documentAreaView.frame = CGRectMake(PLVLSUtils.safeSidePad, 44, documentAreaViewWidth, ducomentViewHeight);</w:t>
        <w:br/>
        <w:t>}</w:t>
      </w:r>
    </w:p>
    <w:p>
      <w:pPr>
        <w:pStyle w:val="Heading2"/>
      </w:pPr>
      <w:r>
        <w:t>3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PPT&amp;白板视图 </w:t>
      </w:r>
      <w:r>
        <w:rPr>
          <w:rFonts w:ascii="Menlo" w:hAnsi="Menlo"/>
          <w:color w:val="444444"/>
          <w:sz w:val="20"/>
        </w:rPr>
        <w:t>PLVLSStatusAreaView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主要由以下控件组成，其中最重要的，就是负责白板&amp;PPT展示的 </w:t>
      </w:r>
      <w:r>
        <w:rPr>
          <w:rFonts w:ascii="Menlo" w:hAnsi="Menlo"/>
          <w:color w:val="444444"/>
          <w:sz w:val="20"/>
        </w:rPr>
        <w:t>PLVStreamerPPTView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@property (nonatomic, strong) PLVStreamerPPTView *pptView;          // PPT 功能模块视图</w:t>
        <w:br/>
        <w:t>@property (nonatomic, strong) PLVLSDocumentNumView *pageNum;        // 页码</w:t>
        <w:br/>
        <w:t>@property (nonatomic, strong) PLVLSDocumentToolView *toolView;      // 控制条视图</w:t>
        <w:br/>
        <w:t>@property (nonatomic, strong) PLVLSDocumentBrushView *brushView;    // 画笔条视图</w:t>
      </w:r>
    </w:p>
    <w:p>
      <w:pPr>
        <w:pStyle w:val="Heading3"/>
      </w:pPr>
      <w:r>
        <w:t>3.1 PLVStreamerPPTView</w:t>
      </w:r>
    </w:p>
    <w:p>
      <w:r>
        <w:rPr>
          <w:rFonts w:ascii="Menlo" w:hAnsi="Menlo"/>
          <w:color w:val="444444"/>
          <w:sz w:val="20"/>
        </w:rPr>
        <w:t>PLVStreamerPPTView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位于 PolyvLiveCommonModule 文件夹下，UI 方面由一个 </w:t>
      </w:r>
      <w:r>
        <w:rPr>
          <w:rFonts w:ascii="Menlo" w:hAnsi="Menlo"/>
          <w:color w:val="444444"/>
          <w:sz w:val="20"/>
        </w:rPr>
        <w:t>WKWebView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的实例对象组成，依赖 SDK 的 </w:t>
      </w:r>
      <w:r>
        <w:rPr>
          <w:rFonts w:ascii="Menlo" w:hAnsi="Menlo"/>
          <w:color w:val="444444"/>
          <w:sz w:val="20"/>
        </w:rPr>
        <w:t>PLVWebViewBridge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类进行原生与 H5 的通信，实现各种交互功能。</w:t>
      </w:r>
    </w:p>
    <w:p>
      <w:r>
        <w:rPr>
          <w:rFonts w:ascii="Menlo" w:hAnsi="Menlo"/>
          <w:color w:val="444444"/>
          <w:sz w:val="20"/>
        </w:rPr>
        <w:t>PLVStreamerPPTView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对外提供以下只读属性，获取PPT&amp;白板视图的状态属性：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@property (nonatomic, assign, readonly) NSInteger autoId;       // ppt id, 0是白板</w:t>
        <w:br/>
        <w:t>@property (nonatomic, assign, readonly) NSInteger currPageNum;  // 当前页码</w:t>
        <w:br/>
        <w:t>@property (nonatomic, assign, readonly) NSInteger totalPageNum; // 总页码</w:t>
        <w:br/>
        <w:t>@property (nonatomic, assign, readonly) NSUInteger pptStep;     // 当前文档所处于动画步数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提供以下方法，用于实现原生与 H5 的通信：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设置画板是否处于可绘制状态</w:t>
        <w:br/>
        <w:t>/// @param open  打开或关闭画板</w:t>
        <w:br/>
        <w:t>- (void)setPaintStatus:(BOOL)open;</w:t>
        <w:br/>
        <w:br/>
        <w:t>/// 设置画笔类型</w:t>
        <w:br/>
        <w:t>/// @param type  line - 自由笔；text - 文字；arrowLine - 箭头</w:t>
        <w:br/>
        <w:t>- (void)setDrawType:(PLVWebViewBrushPenType)type;</w:t>
        <w:br/>
        <w:br/>
        <w:t>/// 完成文本输入</w:t>
        <w:br/>
        <w:t>- (void)changeTextContent:(NSString *)content;</w:t>
        <w:br/>
        <w:br/>
        <w:t>/// 修改画笔颜色</w:t>
        <w:br/>
        <w:t>/// @param hexString  RGB色值，如红色为“#FF0000”</w:t>
        <w:br/>
        <w:t>- (void)changeColor:(NSString *)hexString;</w:t>
        <w:br/>
        <w:br/>
        <w:t>/// 进入画笔删除状态</w:t>
        <w:br/>
        <w:t>- (void)toDelete;</w:t>
        <w:br/>
        <w:br/>
        <w:t>/// 删除所有画笔</w:t>
        <w:br/>
        <w:t>- (void)deleteAllPaint;</w:t>
        <w:br/>
        <w:br/>
        <w:t>/// 告诉 h5 现在开始上课，h5 会清空画板</w:t>
        <w:br/>
        <w:t>/// @param jsonDict 开始推流时发送的 socket 消息</w:t>
        <w:br/>
        <w:t>- (void)setSliceStart:(NSDictionary *)jsonDict;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提供以下方法，用于完成白板、文档的切换与翻页等功能：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白板、文档间的切换方法</w:t>
        <w:br/>
        <w:t>/// 如果切换的是文档，切换成功后触发回调 '-jsbridge_documentChangeWithAutoId:imageUrls:'</w:t>
        <w:br/>
        <w:t>/// @param autoId  切换的文档的 autoId，如果是白板 autoId 为 0</w:t>
        <w:br/>
        <w:t>/// @param pageNumber  切换到文档的第几页</w:t>
        <w:br/>
        <w:t>- (void)changePPTWithAutoId:(NSUInteger)autoId pageNumber:(NSInteger)pageNumber;</w:t>
        <w:br/>
        <w:br/>
        <w:t>/// 当前白板/文档下的翻页方法</w:t>
        <w:br/>
        <w:t>- (void)turnPage:(BOOL)isNextPage;</w:t>
        <w:br/>
        <w:br/>
        <w:t>/// 新增白板方法</w:t>
        <w:br/>
        <w:t>- (void)addWhiteboard;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定义了协议 </w:t>
      </w:r>
      <w:r>
        <w:rPr>
          <w:rFonts w:ascii="Menlo" w:hAnsi="Menlo"/>
          <w:color w:val="444444"/>
          <w:sz w:val="20"/>
        </w:rPr>
        <w:t>PLVStreamerPPTViewDelegate</w:t>
      </w:r>
      <w:r>
        <w:rPr>
          <w:rFonts w:ascii="Source Han Sans SC" w:hAnsi="Source Han Sans SC" w:eastAsia="Source Han Sans SC" w:cs="Source Han Sans SC" w:hint="eastAsia"/>
          <w:sz w:val="21"/>
        </w:rPr>
        <w:t>，提供以下回调，用于页面 UI 的更新：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PLVStreamerPPTViewDelegate &lt;NSObject&gt;</w:t>
        <w:br/>
        <w:br/>
        <w:t>///  PPT加载完成准备就绪回调</w:t>
        <w:br/>
        <w:t>///</w:t>
        <w:br/>
        <w:t>/// @param streamerPPTView   PPT视图对象</w:t>
        <w:br/>
        <w:t>- (void)streamerPPTViewDidReady:(PLVStreamerPPTView *)streamerPPTView;</w:t>
        <w:br/>
        <w:br/>
        <w:t>///  PPT加载失败回调</w:t>
        <w:br/>
        <w:t>///</w:t>
        <w:br/>
        <w:t>/// @param streamerPPTView   PPT视图对象</w:t>
        <w:br/>
        <w:t>- (void)streamerPPTView:(PLVStreamerPPTView *)streamerPPTView loadFailWithError:(NSError *)error;</w:t>
        <w:br/>
        <w:br/>
        <w:t>/// webView 上准备输入文字时回调</w:t>
        <w:br/>
        <w:t>/// @param streamerPPTView PPT视图对象</w:t>
        <w:br/>
        <w:t>/// @param inputText 输入文本</w:t>
        <w:br/>
        <w:t>/// @param textColor 文本颜色字符串 格式：#FFFFFF</w:t>
        <w:br/>
        <w:t>- (void)streamerPPTView:(PLVStreamerPPTView *)streamerPPTView inputWithText:(NSString *)inputText textColor:(NSString *)textColor;</w:t>
        <w:br/>
        <w:br/>
        <w:t>/// 切换到新文档时的回调</w:t>
        <w:br/>
        <w:t>/// 用于切换文档时更新文档缩略图</w:t>
        <w:br/>
        <w:t>/// @param streamerPPTView PPT视图对象</w:t>
        <w:br/>
        <w:t>/// @param autoId 文档autoId</w:t>
        <w:br/>
        <w:t>/// @param imageUrls 文档页面缩略图</w:t>
        <w:br/>
        <w:t>- (void)streamerPPTView:(PLVStreamerPPTView *)streamerPPTView changeWithAutoId:(NSUInteger)autoId imageUrls:(NSArray *)imageUrls;</w:t>
        <w:br/>
        <w:br/>
        <w:t>/// 文档、白板页码变化的回调、</w:t>
        <w:br/>
        <w:t>///</w:t>
        <w:br/>
        <w:t>/// @param streamerPPTView  PPT视图对象</w:t>
        <w:br/>
        <w:t>/// @param autoId 文档autoId</w:t>
        <w:br/>
        <w:t>/// @param pageNumber 文档当前页码</w:t>
        <w:br/>
        <w:t>- (void)streamerPPTView:(PLVStreamerPPTView *)streamerPPTView pageStatusChangeWithAutoId:(NSUInteger)autoId</w:t>
        <w:br/>
        <w:t xml:space="preserve">             pageNumber:(NSUInteger)pageNumber totalPage:(NSUInteger)totalPage pptStep:(NSUInteger)step;</w:t>
        <w:br/>
        <w:br/>
        <w:t>@end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3-手机开播场景-PPT白板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