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4-带货场景-商品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接收商品实时消息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商品推送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`PLVECCommodityPushView`类介绍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`PLVECCommodityPushView`类使用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商品列表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核心Common和SDK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 商品详情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商品模块是在直播带货中可以根据直播实时情况，由后台配置操作新增、删除、修改信息、排序商品，并有商品推送功能实时同步展示到观看端上，主要三个页面分别有：商品推送</w:t>
      </w:r>
      <w:r>
        <w:rPr>
          <w:rFonts w:ascii="Menlo" w:hAnsi="Menlo"/>
          <w:color w:val="444444"/>
          <w:sz w:val="20"/>
        </w:rPr>
        <w:t>PLVECCommodityPushView</w:t>
      </w:r>
      <w:r>
        <w:rPr>
          <w:rFonts w:ascii="Source Han Sans SC" w:hAnsi="Source Han Sans SC" w:eastAsia="Source Han Sans SC" w:cs="Source Han Sans SC" w:hint="eastAsia"/>
          <w:sz w:val="21"/>
        </w:rPr>
        <w:t>、商品列表</w:t>
      </w:r>
      <w:r>
        <w:rPr>
          <w:rFonts w:ascii="Menlo" w:hAnsi="Menlo"/>
          <w:color w:val="444444"/>
          <w:sz w:val="20"/>
        </w:rPr>
        <w:t>PLVECCommodityViewController</w:t>
      </w:r>
      <w:r>
        <w:rPr>
          <w:rFonts w:ascii="Source Han Sans SC" w:hAnsi="Source Han Sans SC" w:eastAsia="Source Han Sans SC" w:cs="Source Han Sans SC" w:hint="eastAsia"/>
          <w:sz w:val="21"/>
        </w:rPr>
        <w:t>和商品详情</w:t>
      </w:r>
      <w:r>
        <w:rPr>
          <w:rFonts w:ascii="Menlo" w:hAnsi="Menlo"/>
          <w:color w:val="444444"/>
          <w:sz w:val="20"/>
        </w:rPr>
        <w:t>PLVECGoodsDetailViewController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，三个页面展示和商品实时消息功能是在</w:t>
      </w:r>
      <w:r>
        <w:rPr>
          <w:rFonts w:ascii="Menlo" w:hAnsi="Menlo"/>
          <w:color w:val="444444"/>
          <w:sz w:val="20"/>
        </w:rPr>
        <w:t>PLVECHomePageView</w:t>
      </w:r>
      <w:r>
        <w:rPr>
          <w:rFonts w:ascii="Source Han Sans SC" w:hAnsi="Source Han Sans SC" w:eastAsia="Source Han Sans SC" w:cs="Source Han Sans SC" w:hint="eastAsia"/>
          <w:sz w:val="21"/>
        </w:rPr>
        <w:t>中实现的。</w:t>
      </w:r>
    </w:p>
    <w:p>
      <w:pPr>
        <w:pStyle w:val="Heading2"/>
      </w:pPr>
      <w:r>
        <w:t>2 接收商品实时消息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接收商品实时消息能够及时的同步后台商品配置操作到观看端，已保证观众看到的商品数据是最新的。商品实时消息目前包括两大类：配置操作商品和推送商品。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PLVECHomePageView.m</w:t>
        <w:br/>
        <w:br/>
        <w:t>- (void)productMessageEvent:(NSDictionary *)jsonDict {</w:t>
        <w:br/>
        <w:t xml:space="preserve">    NSString *subEvent = PLV_SafeStringForDictKey(jsonDict, @"EVENT");</w:t>
        <w:br/>
        <w:t xml:space="preserve">    if (![subEvent isEqualToString:@"PRODUCT_MESSAGE"]) {</w:t>
        <w:br/>
        <w:t xml:space="preserve">        return;</w:t>
        <w:br/>
        <w:t xml:space="preserve">    }</w:t>
        <w:br/>
        <w:br/>
        <w:t xml:space="preserve">    if (self.shoppingCardButton.isHidden) {</w:t>
        <w:br/>
        <w:t xml:space="preserve">        return; // 未开启商品功能</w:t>
        <w:br/>
        <w:t xml:space="preserve">    }</w:t>
        <w:br/>
        <w:br/>
        <w:t xml:space="preserve">    NSInteger status = PLV_SafeIntegerForDictKey(jsonDict, @"status");</w:t>
        <w:br/>
        <w:br/>
        <w:tab/>
        <w:t>// 配置操作商品</w:t>
        <w:br/>
        <w:t xml:space="preserve">    if (self.commodityVC) {</w:t>
        <w:br/>
        <w:t xml:space="preserve">        [self.commodityVC receiveProductMessage:status content:jsonDict[@"content"]];</w:t>
        <w:br/>
        <w:t xml:space="preserve">    }</w:t>
        <w:br/>
        <w:br/>
        <w:tab/>
        <w:t>// 处理推送商品</w:t>
        <w:br/>
        <w:t xml:space="preserve">    if (9 == status) {</w:t>
        <w:br/>
        <w:t xml:space="preserve">        NSDictionary *content = PLV_SafeDictionaryForDictKey(jsonDict, @"content");</w:t>
        <w:br/>
        <w:t xml:space="preserve">        PLVCommodityModel *model = [PLVCommodityModel commodityModelWithDict:content];</w:t>
        <w:br/>
        <w:t xml:space="preserve">        [self.pushView setModel:model];</w:t>
        <w:br/>
        <w:t xml:space="preserve">    }</w:t>
        <w:br/>
        <w:t>}</w:t>
      </w:r>
    </w:p>
    <w:p>
      <w:pPr>
        <w:pStyle w:val="Heading2"/>
      </w:pPr>
      <w:r>
        <w:t>3 商品推送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商品推送是保利威云直播后台中“观看页管理-商品库-操作”列“推送”按钮功能，点击“推送”按钮直播带货场景会接收到商品实时消息，弹出单个商品视图</w:t>
      </w:r>
      <w:r>
        <w:rPr>
          <w:rFonts w:ascii="Menlo" w:hAnsi="Menlo"/>
          <w:color w:val="444444"/>
          <w:sz w:val="20"/>
        </w:rPr>
        <w:t>PLVECCommodityPushView</w:t>
      </w:r>
      <w:r>
        <w:rPr>
          <w:rFonts w:ascii="Source Han Sans SC" w:hAnsi="Source Han Sans SC" w:eastAsia="Source Han Sans SC" w:cs="Source Han Sans SC" w:hint="eastAsia"/>
          <w:sz w:val="21"/>
        </w:rPr>
        <w:t>，5秒后自动消失。</w:t>
      </w:r>
    </w:p>
    <w:p>
      <w:pPr>
        <w:pStyle w:val="Heading3"/>
      </w:pPr>
      <w:r>
        <w:t>3.1 `PLVECCommodityPushView`类介绍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商品视图</w:t>
      </w:r>
      <w:r>
        <w:rPr>
          <w:rFonts w:ascii="Menlo" w:hAnsi="Menlo"/>
          <w:color w:val="444444"/>
          <w:sz w:val="20"/>
        </w:rPr>
        <w:t>PLVECCommodityPushView</w:t>
      </w:r>
      <w:r>
        <w:rPr>
          <w:rFonts w:ascii="Source Han Sans SC" w:hAnsi="Source Han Sans SC" w:eastAsia="Source Han Sans SC" w:cs="Source Han Sans SC" w:hint="eastAsia"/>
          <w:sz w:val="21"/>
        </w:rPr>
        <w:t>类是UI布局类，类定义如下：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PLVECCommodityPushViewDelegate &lt;NSObject&gt;</w:t>
        <w:br/>
        <w:br/>
        <w:t>/// 点击跳转详情页回调</w:t>
        <w:br/>
        <w:t>- (void)jumpToGoodsDetail:(NSURL *)goodsURL;</w:t>
        <w:br/>
        <w:br/>
        <w:t>@end</w:t>
        <w:br/>
        <w:br/>
        <w:t>@interface PLVECCommodityPushView : UIView</w:t>
        <w:br/>
        <w:br/>
        <w:t>/// 商品图片</w:t>
        <w:br/>
        <w:t>@property (nonatomic, strong) UIImageView *coverImageView;</w:t>
        <w:br/>
        <w:br/>
        <w:t>/// 序号Id</w:t>
        <w:br/>
        <w:t>@property (nonatomic, strong) UILabel *showIdLabel;</w:t>
        <w:br/>
        <w:br/>
        <w:t>/// 商品名称</w:t>
        <w:br/>
        <w:t>@property (nonatomic, strong) UILabel *nameLabel;</w:t>
        <w:br/>
        <w:br/>
        <w:t>/// 商品价格</w:t>
        <w:br/>
        <w:t>@property (nonatomic, strong) UILabel *realPriceLabel;</w:t>
        <w:br/>
        <w:br/>
        <w:t>/// 购买价格</w:t>
        <w:br/>
        <w:t>@property (nonatomic, strong) UILabel *priceLabel;</w:t>
        <w:br/>
        <w:br/>
        <w:t>/// 关闭按钮</w:t>
        <w:br/>
        <w:t>@property (nonatomic, strong) UIButton *closeButton;</w:t>
        <w:br/>
        <w:br/>
        <w:t>/// 跳转详情按钮</w:t>
        <w:br/>
        <w:t>@property (nonatomic, strong) UIButton *jumpButton;</w:t>
        <w:br/>
        <w:br/>
        <w:t>/// 商品数据模型</w:t>
        <w:br/>
        <w:t>@property (nonatomic, strong) PLVCommodityModel *model;</w:t>
        <w:br/>
        <w:br/>
        <w:t>@property (nonatomic, weak) id&lt;PLVECCommodityPushViewDelegate&gt; delegate;</w:t>
        <w:br/>
        <w:br/>
        <w:t>/// 销毁</w:t>
        <w:br/>
        <w:t>- (void)destroy;</w:t>
        <w:br/>
        <w:br/>
        <w:t>@end</w:t>
      </w:r>
    </w:p>
    <w:p>
      <w:pPr>
        <w:pStyle w:val="Heading3"/>
      </w:pPr>
      <w:r>
        <w:t>3.2 `PLVECCommodityPushView`类使用</w:t>
      </w:r>
    </w:p>
    <w:p>
      <w:r>
        <w:rPr>
          <w:rFonts w:ascii="Menlo" w:hAnsi="Menlo"/>
          <w:color w:val="444444"/>
          <w:sz w:val="20"/>
        </w:rPr>
        <w:t>PLVECCommodityPushView</w:t>
      </w:r>
      <w:r>
        <w:rPr>
          <w:rFonts w:ascii="Source Han Sans SC" w:hAnsi="Source Han Sans SC" w:eastAsia="Source Han Sans SC" w:cs="Source Han Sans SC" w:hint="eastAsia"/>
          <w:sz w:val="21"/>
        </w:rPr>
        <w:t>类初始化、显示、销毁等操作是在</w:t>
      </w:r>
      <w:r>
        <w:rPr>
          <w:rFonts w:ascii="Menlo" w:hAnsi="Menlo"/>
          <w:color w:val="444444"/>
          <w:sz w:val="20"/>
        </w:rPr>
        <w:t>PLVECHomePageView</w:t>
      </w:r>
      <w:r>
        <w:rPr>
          <w:rFonts w:ascii="Source Han Sans SC" w:hAnsi="Source Han Sans SC" w:eastAsia="Source Han Sans SC" w:cs="Source Han Sans SC" w:hint="eastAsia"/>
          <w:sz w:val="21"/>
        </w:rPr>
        <w:t>中实现管理的，具体使用代码可以查看Demo中</w:t>
      </w:r>
      <w:r>
        <w:rPr>
          <w:rFonts w:ascii="Menlo" w:hAnsi="Menlo"/>
          <w:color w:val="444444"/>
          <w:sz w:val="20"/>
        </w:rPr>
        <w:t>PLVECHomePageView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4 商品列表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商品列表功能以</w:t>
      </w:r>
      <w:r>
        <w:rPr>
          <w:rFonts w:ascii="Menlo" w:hAnsi="Menlo"/>
          <w:color w:val="444444"/>
          <w:sz w:val="20"/>
        </w:rPr>
        <w:t>PLVECCommodityViewController</w:t>
      </w:r>
      <w:r>
        <w:rPr>
          <w:rFonts w:ascii="Source Han Sans SC" w:hAnsi="Source Han Sans SC" w:eastAsia="Source Han Sans SC" w:cs="Source Han Sans SC" w:hint="eastAsia"/>
          <w:sz w:val="21"/>
        </w:rPr>
        <w:t>为入口控制商品列表视图</w:t>
      </w:r>
      <w:r>
        <w:rPr>
          <w:rFonts w:ascii="Menlo" w:hAnsi="Menlo"/>
          <w:color w:val="444444"/>
          <w:sz w:val="20"/>
        </w:rPr>
        <w:t>PLVECCommodityPushView</w:t>
      </w:r>
      <w:r>
        <w:rPr>
          <w:rFonts w:ascii="Source Han Sans SC" w:hAnsi="Source Han Sans SC" w:eastAsia="Source Han Sans SC" w:cs="Source Han Sans SC" w:hint="eastAsia"/>
          <w:sz w:val="21"/>
        </w:rPr>
        <w:t>类和数据管理</w:t>
      </w:r>
      <w:r>
        <w:rPr>
          <w:rFonts w:ascii="Menlo" w:hAnsi="Menlo"/>
          <w:color w:val="444444"/>
          <w:sz w:val="20"/>
        </w:rPr>
        <w:t>PLVECCommodityModelsManager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类定义介绍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PLVECCommodityDelegate &lt;NSObject&gt;</w:t>
        <w:br/>
        <w:br/>
        <w:t>/// 商品跳转代理方法</w:t>
        <w:br/>
        <w:t>- (void)jumpToGoodsDetail:(NSURL *)goodsURL;</w:t>
        <w:br/>
        <w:br/>
        <w:t>@end</w:t>
        <w:br/>
        <w:br/>
        <w:t>@interface PLVECCommodityViewController : UIViewController</w:t>
        <w:br/>
        <w:br/>
        <w:t>@property (nonatomic, weak) id&lt;PLVECCommodityDelegate&gt; delegate;</w:t>
        <w:br/>
        <w:br/>
        <w:t>/// 处理socket商品信息</w:t>
        <w:br/>
        <w:t>///</w:t>
        <w:br/>
        <w:t>/// @param status 商品操作信息类型</w:t>
        <w:br/>
        <w:t>/// @param content 商品信息</w:t>
        <w:br/>
        <w:t>- (void)receiveProductMessage:(NSInteger)status content:(id)content;</w:t>
        <w:br/>
        <w:br/>
        <w:t>@end</w:t>
        <w:br/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主要功能介绍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初始化商品列表视图类并显示；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初始化数据管理类，加载接口数据并绑定数据到商品列表；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传递配置操作商品实时到数据管理类；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将跳转商品详情事件传递到</w:t>
      </w:r>
      <w:r>
        <w:rPr>
          <w:rFonts w:ascii="Menlo" w:hAnsi="Menlo"/>
          <w:color w:val="444444"/>
          <w:sz w:val="20"/>
        </w:rPr>
        <w:t>PLVECHomePageView</w:t>
      </w:r>
      <w:r>
        <w:rPr>
          <w:rFonts w:ascii="Source Han Sans SC" w:hAnsi="Source Han Sans SC" w:eastAsia="Source Han Sans SC" w:cs="Source Han Sans SC" w:hint="eastAsia"/>
          <w:sz w:val="21"/>
        </w:rPr>
        <w:t>；</w:t>
      </w:r>
    </w:p>
    <w:p>
      <w:r>
        <w:rPr>
          <w:rFonts w:ascii="Menlo" w:hAnsi="Menlo"/>
          <w:color w:val="444444"/>
          <w:sz w:val="20"/>
        </w:rPr>
        <w:t>PLVECCommodityViewController</w:t>
      </w:r>
      <w:r>
        <w:rPr>
          <w:rFonts w:ascii="Source Han Sans SC" w:hAnsi="Source Han Sans SC" w:eastAsia="Source Han Sans SC" w:cs="Source Han Sans SC" w:hint="eastAsia"/>
          <w:sz w:val="21"/>
        </w:rPr>
        <w:t>类的使用代码可以查看Demo中</w:t>
      </w:r>
      <w:r>
        <w:rPr>
          <w:rFonts w:ascii="Menlo" w:hAnsi="Menlo"/>
          <w:color w:val="444444"/>
          <w:sz w:val="20"/>
        </w:rPr>
        <w:t>PLVECHomePageView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5 核心Common和SDK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商品列表数据是调用Common层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6_2 核心common-数据</w:t>
      </w:r>
      <w:r>
        <w:rPr>
          <w:rFonts w:ascii="Source Han Sans SC" w:hAnsi="Source Han Sans SC" w:eastAsia="Source Han Sans SC" w:cs="Source Han Sans SC" w:hint="eastAsia"/>
          <w:sz w:val="21"/>
        </w:rPr>
        <w:t>中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>定义的中间接口，Common调用SDK中</w:t>
      </w:r>
      <w:r>
        <w:rPr>
          <w:rFonts w:ascii="Menlo" w:hAnsi="Menlo"/>
          <w:color w:val="444444"/>
          <w:sz w:val="20"/>
        </w:rPr>
        <w:t>PLVLiveVideoAPI</w:t>
      </w:r>
      <w:r>
        <w:rPr>
          <w:rFonts w:ascii="Source Han Sans SC" w:hAnsi="Source Han Sans SC" w:eastAsia="Source Han Sans SC" w:cs="Source Han Sans SC" w:hint="eastAsia"/>
          <w:sz w:val="21"/>
        </w:rPr>
        <w:t>定义接口来获取的。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商品列表数据实现接口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PLVECCommodityModelsManager.m</w:t>
        <w:br/>
        <w:br/>
        <w:t>- (void)requestCommodityInfo:(NSInteger)rank completion:(void (^)(NSError *))completion {</w:t>
        <w:br/>
        <w:t xml:space="preserve">    if (self.loading || self.totalItems == self.models.count) {</w:t>
        <w:br/>
        <w:t xml:space="preserve">        return;</w:t>
        <w:br/>
        <w:t xml:space="preserve">    }</w:t>
        <w:br/>
        <w:br/>
        <w:t xml:space="preserve">    _loading = YES;</w:t>
        <w:br/>
        <w:br/>
        <w:t xml:space="preserve">    PLVRoomData *roomData = [PLVRoomDataManager sharedManager].roomData;</w:t>
        <w:br/>
        <w:t xml:space="preserve">    if (rank == 0) {</w:t>
        <w:br/>
        <w:t xml:space="preserve">        [self.models removeAllObjects];</w:t>
        <w:br/>
        <w:t xml:space="preserve">    }</w:t>
        <w:br/>
        <w:br/>
        <w:t xml:space="preserve">    __weak typeof(self)weakSelf = self;</w:t>
        <w:br/>
        <w:t xml:space="preserve">    [roomData requestCommodityList:roomData.channelId.integerValue</w:t>
        <w:br/>
        <w:t xml:space="preserve">                              rank:rank</w:t>
        <w:br/>
        <w:t xml:space="preserve">                             count:20</w:t>
        <w:br/>
        <w:t xml:space="preserve">                        completion:^(NSUInteger total, NSArray&lt;PLVCommodityModel *&gt; *commoditys) {</w:t>
        <w:br/>
        <w:t xml:space="preserve">        weakSelf.loading = NO;</w:t>
        <w:br/>
        <w:t xml:space="preserve">        weakSelf.totalItems = total;</w:t>
        <w:br/>
        <w:br/>
        <w:t xml:space="preserve">        [weakSelf.models addObjectsFromArray:commoditys];</w:t>
        <w:br/>
        <w:br/>
        <w:t xml:space="preserve">        if (completion) {</w:t>
        <w:br/>
        <w:t xml:space="preserve">            completion(nil);</w:t>
        <w:br/>
        <w:t xml:space="preserve">        }</w:t>
        <w:br/>
        <w:t xml:space="preserve">    } failure:^(NSError * _Nonnull error) {</w:t>
        <w:br/>
        <w:t xml:space="preserve">        weakSelf.loading = NO;</w:t>
        <w:br/>
        <w:t xml:space="preserve">        NSLog(@"requestCommodityInfo error description: %@",error.localizedDescription);</w:t>
        <w:br/>
        <w:t xml:space="preserve">        if (completion) {</w:t>
        <w:br/>
        <w:t xml:space="preserve">            completion(error);</w:t>
        <w:br/>
        <w:t xml:space="preserve">        }</w:t>
        <w:br/>
        <w:t xml:space="preserve">    }];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Common层接口定义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PLVRoomData.h</w:t>
        <w:br/>
        <w:br/>
        <w:t>/**</w:t>
        <w:br/>
        <w:t xml:space="preserve"> 获取商品列表</w:t>
        <w:br/>
        <w:br/>
        <w:t xml:space="preserve"> @param channelId 频道号</w:t>
        <w:br/>
        <w:t xml:space="preserve"> @param rank 排序号 （加载序号以前的商品）</w:t>
        <w:br/>
        <w:t xml:space="preserve"> @param count 获取列表数据大小，默认10条，最大20</w:t>
        <w:br/>
        <w:t xml:space="preserve"> @param completion 加载成功 total：商品总数，commoditys：当前拉取的数据列表</w:t>
        <w:br/>
        <w:t>（返回商品列表顺序与后台显示顺序一致）</w:t>
        <w:br/>
        <w:t xml:space="preserve"> @param failure 加载失败</w:t>
        <w:br/>
        <w:t xml:space="preserve"> */</w:t>
        <w:br/>
        <w:t>- (void)requestCommodityList:(NSUInteger)channelId rank:(NSUInteger)rank count:(NSUInteger)count completion:(void (^)(NSUInteger total, NSArray&lt;PLVCommodityModel *&gt; *commoditys))completion failure:(void (^)(NSError *))failure;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SDK层接口定义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>PLVLiveVideoAPI.h</w:t>
        <w:br/>
        <w:br/>
        <w:t xml:space="preserve"> 获取商品列表</w:t>
        <w:br/>
        <w:br/>
        <w:t xml:space="preserve"> @param channelId 频道号</w:t>
        <w:br/>
        <w:t xml:space="preserve"> @param rank 排序号 （加载序号以前的商品）</w:t>
        <w:br/>
        <w:t xml:space="preserve"> @param count 获取列表数据大小，默认10条，最大20</w:t>
        <w:br/>
        <w:t xml:space="preserve"> @param completion 加载成功 total：商品总数，commoditys：当前拉取的数据列表</w:t>
        <w:br/>
        <w:t>（返回商品列表顺序与后台显示顺序一致）</w:t>
        <w:br/>
        <w:t xml:space="preserve"> @param failure 加载失败</w:t>
        <w:br/>
        <w:t xml:space="preserve"> */</w:t>
        <w:br/>
        <w:t>+ (void)loadCommodityList:(NSUInteger)channelId rank:(NSUInteger)rank count:(NSUInteger)count completion:(void (^)(NSUInteger, NSArray&lt;PLVCommodityModel *&gt; *))completion failure:(void (^)(NSError *))failure;</w:t>
      </w:r>
    </w:p>
    <w:p>
      <w:pPr>
        <w:pStyle w:val="Heading2"/>
      </w:pPr>
      <w:r>
        <w:t>6 商品详情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商品详情功能是点击推送页或者商品列表购买按钮，打开保利威后台配置的商品通用链接Url地址。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商品详情页是</w:t>
      </w:r>
      <w:r>
        <w:rPr>
          <w:rFonts w:ascii="Menlo" w:hAnsi="Menlo"/>
          <w:color w:val="444444"/>
          <w:sz w:val="20"/>
        </w:rPr>
        <w:t>PLVECGoodsDetailViewController</w:t>
      </w:r>
      <w:r>
        <w:rPr>
          <w:rFonts w:ascii="Source Han Sans SC" w:hAnsi="Source Han Sans SC" w:eastAsia="Source Han Sans SC" w:cs="Source Han Sans SC" w:hint="eastAsia"/>
          <w:sz w:val="21"/>
        </w:rPr>
        <w:t>类来实现的，主要是WKWebView加载商品通用链接地址。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PLVECGoodsDetailViewController : UIViewController</w:t>
        <w:br/>
        <w:br/>
        <w:t>- (instancetype)initWithGoodsURL:(NSURL *)URL;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具体实现代码可以查看Demo中</w:t>
      </w:r>
      <w:r>
        <w:rPr>
          <w:rFonts w:ascii="Menlo" w:hAnsi="Menlo"/>
          <w:color w:val="444444"/>
          <w:sz w:val="20"/>
        </w:rPr>
        <w:t>PLVECGoodsDetailViewController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4-带货场景-商品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