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 2-带货场景-播放器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初始化及播放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 播放器控制方法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播放器控制UI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点击屏幕控制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回放控制栏PLVECPlayerContolView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视频播放是多场景项目中提供的基础功能，直播带货场景播放器包括直播播放器和回放播放器，直播带货场景模块中播放器主要功能代码在</w:t>
      </w:r>
      <w:r>
        <w:rPr>
          <w:rFonts w:ascii="Menlo" w:hAnsi="Menlo"/>
          <w:color w:val="444444"/>
          <w:sz w:val="20"/>
        </w:rPr>
        <w:t>PLVECPlayerViewController</w:t>
      </w:r>
      <w:r>
        <w:rPr>
          <w:rFonts w:ascii="Source Han Sans SC" w:hAnsi="Source Han Sans SC" w:eastAsia="Source Han Sans SC" w:cs="Source Han Sans SC" w:hint="eastAsia"/>
          <w:sz w:val="21"/>
        </w:rPr>
        <w:t>中，集成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7_3 核心common-播放器</w:t>
      </w:r>
      <w:r>
        <w:rPr>
          <w:rFonts w:ascii="Source Han Sans SC" w:hAnsi="Source Han Sans SC" w:eastAsia="Source Han Sans SC" w:cs="Source Han Sans SC" w:hint="eastAsia"/>
          <w:sz w:val="21"/>
        </w:rPr>
        <w:t>中</w:t>
      </w:r>
      <w:r>
        <w:rPr>
          <w:rFonts w:ascii="Menlo" w:hAnsi="Menlo"/>
          <w:color w:val="444444"/>
          <w:sz w:val="20"/>
        </w:rPr>
        <w:t>PLVPlayerPresenter</w:t>
      </w:r>
      <w:r>
        <w:rPr>
          <w:rFonts w:ascii="Source Han Sans SC" w:hAnsi="Source Han Sans SC" w:eastAsia="Source Han Sans SC" w:cs="Source Han Sans SC" w:hint="eastAsia"/>
          <w:sz w:val="21"/>
        </w:rPr>
        <w:t>来实现的功能。</w:t>
      </w:r>
    </w:p>
    <w:p>
      <w:pPr>
        <w:pStyle w:val="Heading2"/>
      </w:pPr>
      <w:r>
        <w:t>2 核心类介绍</w:t>
      </w:r>
    </w:p>
    <w:p>
      <w:pPr>
        <w:pStyle w:val="Heading3"/>
      </w:pPr>
      <w:r>
        <w:t>2.1 初始化及播放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(instancetype)init {</w:t>
        <w:br/>
        <w:t xml:space="preserve">    self = [super init];</w:t>
        <w:br/>
        <w:t xml:space="preserve">    if (self) {</w:t>
        <w:br/>
        <w:t xml:space="preserve">        /// 播放器</w:t>
        <w:br/>
        <w:t xml:space="preserve">        self.playerPresenter = [[PLVPlayerPresenter alloc] initWithVideoType:[PLVRoomDataManager sharedManager].roomData.videoType];</w:t>
        <w:br/>
        <w:t xml:space="preserve">        self.playerPresenter.openAdv = YES;</w:t>
        <w:br/>
        <w:t xml:space="preserve">        self.playerPresenter.delegate = self;</w:t>
        <w:br/>
        <w:t xml:space="preserve">    }</w:t>
        <w:br/>
        <w:t xml:space="preserve">    return self;</w:t>
        <w:br/>
        <w:t>}</w:t>
        <w:br/>
        <w:br/>
        <w:t>- (void)viewDidLoad {</w:t>
        <w:br/>
        <w:t xml:space="preserve">    [super viewDidLoad];</w:t>
        <w:br/>
        <w:br/>
        <w:t xml:space="preserve">    [self.view addSubview:self.backgroundView];</w:t>
        <w:br/>
        <w:t xml:space="preserve">    [self.view addSubview:self.playerBackgroundView];</w:t>
        <w:br/>
        <w:t xml:space="preserve">    [self.view addSubview:self.displayView];</w:t>
        <w:br/>
        <w:t xml:space="preserve">    [self.view addSubview:self.audioAnimalView];</w:t>
        <w:br/>
        <w:t xml:space="preserve">    [self.view addSubview:self.playButton];</w:t>
        <w:br/>
        <w:br/>
        <w:t xml:space="preserve">    [self.playerPresenter setupPlayerWithDisplayView:self.displayView];</w:t>
        <w:br/>
        <w:t>}</w:t>
        <w:br/>
        <w:br/>
        <w:t>- (void)viewWillLayoutSubviews {</w:t>
        <w:br/>
        <w:tab/>
        <w:t>/// ...</w:t>
        <w:br/>
        <w:t>}</w:t>
      </w:r>
    </w:p>
    <w:p>
      <w:pPr>
        <w:pStyle w:val="Heading3"/>
      </w:pPr>
      <w:r>
        <w:t>2.2 播放器控制方法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播放直播/回放</w:t>
        <w:br/>
        <w:t>- (void)play;</w:t>
        <w:br/>
        <w:br/>
        <w:t>/// 暂停直播/回放</w:t>
        <w:br/>
        <w:t>- (void)pause;</w:t>
        <w:br/>
        <w:br/>
        <w:t>/// 静音 播放器</w:t>
        <w:br/>
        <w:t>- (void)mute;</w:t>
        <w:br/>
        <w:br/>
        <w:t>/// 取消静音 播放器</w:t>
        <w:br/>
        <w:t>- (void)cancelMute;</w:t>
        <w:br/>
        <w:br/>
        <w:t>#pragma mark 直播的API</w:t>
        <w:br/>
        <w:br/>
        <w:t>/// 播放/刷新/重新加载直播</w:t>
        <w:br/>
        <w:t>- (void)reload;</w:t>
        <w:br/>
        <w:br/>
        <w:t>/// 切换线路</w:t>
        <w:br/>
        <w:t>- (void)switchPlayLine:(NSUInteger)Line showHud:(BOOL)showHud;</w:t>
        <w:br/>
        <w:br/>
        <w:t>/// 切换码率</w:t>
        <w:br/>
        <w:t>- (void)switchPlayCodeRate:(NSString *)codeRate showHud:(BOOL)showHud;</w:t>
        <w:br/>
        <w:br/>
        <w:t>/// 切换音频模式</w:t>
        <w:br/>
        <w:t>- (void)switchAudioMode:(BOOL)audioMode;</w:t>
      </w:r>
    </w:p>
    <w:p>
      <w:pPr>
        <w:pStyle w:val="Heading2"/>
      </w:pPr>
      <w:r>
        <w:t>3 播放器控制UI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带货场景的播放器控制UI包括屏幕点击控制和回放控制栏控件。</w:t>
      </w:r>
    </w:p>
    <w:p>
      <w:pPr>
        <w:pStyle w:val="Heading3"/>
      </w:pPr>
      <w:r>
        <w:t>3.1 点击屏幕控制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带货场景的播放器支持双击暂停、单击继续播放功能，此功能是在</w:t>
      </w:r>
      <w:r>
        <w:rPr>
          <w:rFonts w:ascii="Menlo" w:hAnsi="Menlo"/>
          <w:color w:val="444444"/>
          <w:sz w:val="20"/>
        </w:rPr>
        <w:t>PLVECWatchRoomViewController</w:t>
      </w:r>
      <w:r>
        <w:rPr>
          <w:rFonts w:ascii="Source Han Sans SC" w:hAnsi="Source Han Sans SC" w:eastAsia="Source Han Sans SC" w:cs="Source Han Sans SC" w:hint="eastAsia"/>
          <w:sz w:val="21"/>
        </w:rPr>
        <w:t>的view上加上了单、双击手势实现的，代码如下：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PLVECWatchRoomViewController.m</w:t>
        <w:br/>
        <w:br/>
        <w:t>- (void)viewDidLoad {</w:t>
        <w:br/>
        <w:t xml:space="preserve">    [super viewDidLoad];</w:t>
        <w:br/>
        <w:br/>
        <w:t xml:space="preserve">    [self setupUI];</w:t>
        <w:br/>
        <w:t xml:space="preserve">    [self setupData];</w:t>
        <w:br/>
        <w:br/>
        <w:t xml:space="preserve">    [PLVECFloatingWindow sharedInstance].delegate = self;</w:t>
        <w:br/>
        <w:br/>
        <w:t xml:space="preserve">    // 单击、双击手势控制播放器和UI</w:t>
        <w:br/>
        <w:t xml:space="preserve">    UITapGestureRecognizer *doubleGestureRecognizer = [[UITapGestureRecognizer alloc] init];</w:t>
        <w:br/>
        <w:t xml:space="preserve">    doubleGestureRecognizer.numberOfTapsRequired = 2;</w:t>
        <w:br/>
        <w:t xml:space="preserve">    doubleGestureRecognizer.numberOfTouchesRequired = 1;</w:t>
        <w:br/>
        <w:t xml:space="preserve">    doubleGestureRecognizer.delegate = self;</w:t>
        <w:br/>
        <w:t xml:space="preserve">    [doubleGestureRecognizer addTarget:self action:@selector(tapAction:)];</w:t>
        <w:br/>
        <w:t xml:space="preserve">    [self.view addGestureRecognizer:doubleGestureRecognizer];</w:t>
        <w:br/>
        <w:br/>
        <w:t xml:space="preserve">    UITapGestureRecognizer *singleGestureRecognizer = [[UITapGestureRecognizer alloc] init];</w:t>
        <w:br/>
        <w:t xml:space="preserve">    singleGestureRecognizer.numberOfTapsRequired = 1;</w:t>
        <w:br/>
        <w:t xml:space="preserve">    singleGestureRecognizer.numberOfTouchesRequired = 1;</w:t>
        <w:br/>
        <w:t xml:space="preserve">    singleGestureRecognizer.delegate = self;</w:t>
        <w:br/>
        <w:t xml:space="preserve">    [singleGestureRecognizer addTarget:self action:@selector(tapAction:)];</w:t>
        <w:br/>
        <w:t xml:space="preserve">    [self.view addGestureRecognizer:singleGestureRecognizer];</w:t>
        <w:br/>
        <w:br/>
        <w:t xml:space="preserve">    [singleGestureRecognizer requireGestureRecognizerToFail:doubleGestureRecognizer];</w:t>
        <w:br/>
        <w:t>}</w:t>
        <w:br/>
        <w:br/>
        <w:t>- (void)tapAction:(UITapGestureRecognizer *)gestureRecognizer {</w:t>
        <w:br/>
        <w:t xml:space="preserve">    /** 播放广告中，点击屏幕跳转广告链接 */</w:t>
        <w:br/>
        <w:t xml:space="preserve">    if (self.playerVC.advPlaying) {</w:t>
        <w:br/>
        <w:t xml:space="preserve">        if ([PLVFdUtil checkStringUseable:self.playerVC.advLinkUrl]) {</w:t>
        <w:br/>
        <w:t xml:space="preserve">            [[UIApplication sharedApplication] openURL:[NSURL URLWithString:self.playerVC.advLinkUrl]];</w:t>
        <w:br/>
        <w:t xml:space="preserve">        }</w:t>
        <w:br/>
        <w:t xml:space="preserve">        return;</w:t>
        <w:br/>
        <w:t xml:space="preserve">    }</w:t>
        <w:br/>
        <w:br/>
        <w:t xml:space="preserve">    if (gestureRecognizer.numberOfTapsRequired == 1) {</w:t>
        <w:br/>
        <w:t xml:space="preserve">        if (! self.playerVC.playing) {</w:t>
        <w:br/>
        <w:t xml:space="preserve">            [self.playerVC play];</w:t>
        <w:br/>
        <w:t xml:space="preserve">        }</w:t>
        <w:br/>
        <w:t xml:space="preserve">    } else if (gestureRecognizer.numberOfTapsRequired == 2) {</w:t>
        <w:br/>
        <w:t xml:space="preserve">        if (self.playerVC.playing) {</w:t>
        <w:br/>
        <w:t xml:space="preserve">            [self.playerVC pause];</w:t>
        <w:br/>
        <w:t xml:space="preserve">        } else {</w:t>
        <w:br/>
        <w:t xml:space="preserve">            [self.playerVC play];</w:t>
        <w:br/>
        <w:t xml:space="preserve">        }</w:t>
        <w:br/>
        <w:t xml:space="preserve">    }</w:t>
        <w:br/>
        <w:t>}</w:t>
      </w:r>
    </w:p>
    <w:p>
      <w:pPr>
        <w:pStyle w:val="Heading3"/>
      </w:pPr>
      <w:r>
        <w:t>3.2 回放控制栏PLVECPlayerContolView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回放播放器控制栏是通过叠加在播放器布局上层封装的</w:t>
      </w:r>
      <w:r>
        <w:rPr>
          <w:rFonts w:ascii="Menlo" w:hAnsi="Menlo"/>
          <w:color w:val="444444"/>
          <w:sz w:val="20"/>
        </w:rPr>
        <w:t>PLVECPlayerContolView</w:t>
      </w:r>
      <w:r>
        <w:rPr>
          <w:rFonts w:ascii="Source Han Sans SC" w:hAnsi="Source Han Sans SC" w:eastAsia="Source Han Sans SC" w:cs="Source Han Sans SC" w:hint="eastAsia"/>
          <w:sz w:val="21"/>
        </w:rPr>
        <w:t>来实现的。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PLVECPlayerContolView.m</w:t>
        <w:br/>
        <w:br/>
        <w:t>- (void)playButtonAction:(UIButton *)sender {</w:t>
        <w:br/>
        <w:t xml:space="preserve">    sender.selected = !sender.isSelected;</w:t>
        <w:br/>
        <w:t xml:space="preserve">    if ([self.delegate respondsToSelector:@selector(playerContolView:switchPause:)]) {</w:t>
        <w:br/>
        <w:t xml:space="preserve">        [self.delegate playerContolView:self switchPause:!sender.isSelected];</w:t>
        <w:br/>
        <w:t xml:space="preserve">    }</w:t>
        <w:br/>
        <w:t>}</w:t>
        <w:br/>
        <w:br/>
        <w:t>- (void)sliderTouchDownAction:(UISlider *)sender {</w:t>
        <w:br/>
        <w:t xml:space="preserve">    self.sliderDragging = YES;</w:t>
        <w:br/>
        <w:t>}</w:t>
        <w:br/>
        <w:br/>
        <w:t>- (void)sliderTouchEndAction:(UISlider *)sender {</w:t>
        <w:br/>
        <w:t xml:space="preserve">    if (self.delegate &amp;&amp; [self.delegate respondsToSelector:@selector(playerContolViewSeeking:)]) {</w:t>
        <w:br/>
        <w:t xml:space="preserve">        [self.delegate playerContolViewSeeking:self];</w:t>
        <w:br/>
        <w:t xml:space="preserve">    }</w:t>
        <w:br/>
        <w:t xml:space="preserve">    self.sliderDragging = NO;</w:t>
        <w:br/>
        <w:t>}</w:t>
        <w:br/>
        <w:br/>
        <w:t>- (void)sliderValueChangedAction:(UISlider *)sender {</w:t>
        <w:br/>
        <w:t xml:space="preserve">    if (self.duration == 0.0) {</w:t>
        <w:br/>
        <w:t xml:space="preserve">        sender.value = 0.0;</w:t>
        <w:br/>
        <w:t xml:space="preserve">    }</w:t>
        <w:br/>
        <w:t>}</w:t>
      </w:r>
    </w:p>
    <w:p>
      <w:r>
        <w:rPr>
          <w:rFonts w:ascii="Menlo" w:hAnsi="Menlo"/>
          <w:color w:val="444444"/>
          <w:sz w:val="20"/>
        </w:rPr>
        <w:t>PLVECPlayerContolView</w:t>
      </w:r>
      <w:r>
        <w:rPr>
          <w:rFonts w:ascii="Source Han Sans SC" w:hAnsi="Source Han Sans SC" w:eastAsia="Source Han Sans SC" w:cs="Source Han Sans SC" w:hint="eastAsia"/>
          <w:sz w:val="21"/>
        </w:rPr>
        <w:t>在</w:t>
      </w:r>
      <w:r>
        <w:rPr>
          <w:rFonts w:ascii="Menlo" w:hAnsi="Menlo"/>
          <w:color w:val="444444"/>
          <w:sz w:val="20"/>
        </w:rPr>
        <w:t>PLVECPalybackHomePageView</w:t>
      </w:r>
      <w:r>
        <w:rPr>
          <w:rFonts w:ascii="Source Han Sans SC" w:hAnsi="Source Han Sans SC" w:eastAsia="Source Han Sans SC" w:cs="Source Han Sans SC" w:hint="eastAsia"/>
          <w:sz w:val="21"/>
        </w:rPr>
        <w:t>中实现并与其通讯。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PLVECPalybackHomePageView.m</w:t>
        <w:br/>
        <w:br/>
        <w:t>- (void)playerContolView:(PLVECPlayerContolView *)playerContolView switchPause:(BOOL)pause {</w:t>
        <w:br/>
        <w:t xml:space="preserve">    if ([self.delegate respondsToSelector:@selector(homePageView:switchPause:)]) {</w:t>
        <w:br/>
        <w:t xml:space="preserve">        [self.delegate homePageView:self switchPause:pause];</w:t>
        <w:br/>
        <w:t xml:space="preserve">    }</w:t>
        <w:br/>
        <w:t>}</w:t>
        <w:br/>
        <w:br/>
        <w:t>- (void)playerContolViewSeeking:(PLVECPlayerContolView *)playerContolView {</w:t>
        <w:br/>
        <w:t xml:space="preserve">    NSTimeInterval interval = self.duration * playerContolView.progressSlider.value;</w:t>
        <w:br/>
        <w:br/>
        <w:t xml:space="preserve">    // 拖动进度条后，同步当前进度时间</w:t>
        <w:br/>
        <w:t xml:space="preserve">    [self updateDowloadProgress:0</w:t>
        <w:br/>
        <w:t xml:space="preserve">                 playedProgress:playerContolView.progressSlider.value</w:t>
        <w:br/>
        <w:t xml:space="preserve">            currentPlaybackTime:[PLVFdUtil secondsToString:interval]</w:t>
        <w:br/>
        <w:t xml:space="preserve">                       duration:self.playerContolView.totalTimeLabel.text];</w:t>
        <w:br/>
        <w:br/>
        <w:t xml:space="preserve">    if ([self.delegate respondsToSelector:@selector(homePageView:seekToTime:)]) {</w:t>
        <w:br/>
        <w:t xml:space="preserve">        [self.delegate homePageView:self seekToTime:interval];</w:t>
        <w:br/>
        <w:t xml:space="preserve">    }</w:t>
        <w:br/>
        <w:t>}</w:t>
      </w:r>
    </w:p>
    <w:p>
      <w:r>
        <w:rPr>
          <w:rFonts w:ascii="Menlo" w:hAnsi="Menlo"/>
          <w:color w:val="444444"/>
          <w:sz w:val="20"/>
        </w:rPr>
        <w:t>PLVECPalybackHomePageView</w:t>
      </w:r>
      <w:r>
        <w:rPr>
          <w:rFonts w:ascii="Source Han Sans SC" w:hAnsi="Source Han Sans SC" w:eastAsia="Source Han Sans SC" w:cs="Source Han Sans SC" w:hint="eastAsia"/>
          <w:sz w:val="21"/>
        </w:rPr>
        <w:t>在</w:t>
      </w:r>
      <w:r>
        <w:rPr>
          <w:rFonts w:ascii="Menlo" w:hAnsi="Menlo"/>
          <w:color w:val="444444"/>
          <w:sz w:val="20"/>
        </w:rPr>
        <w:t>PLVECWatchRoomViewController</w:t>
      </w:r>
      <w:r>
        <w:rPr>
          <w:rFonts w:ascii="Source Han Sans SC" w:hAnsi="Source Han Sans SC" w:eastAsia="Source Han Sans SC" w:cs="Source Han Sans SC" w:hint="eastAsia"/>
          <w:sz w:val="21"/>
        </w:rPr>
        <w:t>中实现并与其通讯。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PLVECWatchRoomViewController.m</w:t>
        <w:br/>
        <w:br/>
        <w:t>- (void)homePageView:(PLVECPalybackHomePageView *)homePageView switchPause:(BOOL)pause {</w:t>
        <w:br/>
        <w:t xml:space="preserve">    /** 播放广告中，点击屏幕跳转广告链接 */</w:t>
        <w:br/>
        <w:t xml:space="preserve">    if (self.playerVC.advPlaying) {</w:t>
        <w:br/>
        <w:t xml:space="preserve">        if ([PLVFdUtil checkStringUseable:self.playerVC.advLinkUrl]) {</w:t>
        <w:br/>
        <w:t xml:space="preserve">            [[UIApplication sharedApplication] openURL:[NSURL URLWithString:self.playerVC.advLinkUrl]];</w:t>
        <w:br/>
        <w:t xml:space="preserve">        }</w:t>
        <w:br/>
        <w:t xml:space="preserve">        return;</w:t>
        <w:br/>
        <w:t xml:space="preserve">    }</w:t>
        <w:br/>
        <w:br/>
        <w:t xml:space="preserve">    if (pause) {</w:t>
        <w:br/>
        <w:t xml:space="preserve">        [self.playerVC pause];</w:t>
        <w:br/>
        <w:t xml:space="preserve">    } else {</w:t>
        <w:br/>
        <w:t xml:space="preserve">        [self.playerVC play];</w:t>
        <w:br/>
        <w:t xml:space="preserve">    }</w:t>
        <w:br/>
        <w:t>}</w:t>
        <w:br/>
        <w:br/>
        <w:t>- (void)homePageView:(PLVECPalybackHomePageView *)homePageView seekToTime:(NSTimeInterval)time {</w:t>
        <w:br/>
        <w:t xml:space="preserve">    [self.playerVC seek:time];</w:t>
        <w:br/>
        <w:t>}</w:t>
        <w:br/>
        <w:br/>
        <w:t>- (void)homePageView:(PLVECPalybackHomePageView *)homePageView switchSpeed:(CGFloat)speed {</w:t>
        <w:br/>
        <w:t xml:space="preserve">    [self.playerVC speedRate:speed];</w:t>
        <w:br/>
        <w:t>}</w:t>
        <w:br/>
        <w:br/>
        <w:t>- (void)palyback_homePageView:(PLVECPalybackHomePageView *)homePageView receiveBulletinMessage:(NSString *)content open:(BOOL)open {</w:t>
        <w:br/>
        <w:t xml:space="preserve">    dispatch_async(dispatch_get_main_queue(), ^{</w:t>
        <w:br/>
        <w:t xml:space="preserve">        if (open) {</w:t>
        <w:br/>
        <w:t xml:space="preserve">            [self.liveDetailPageView addBulletinCardView:content];</w:t>
        <w:br/>
        <w:t xml:space="preserve">        } else {</w:t>
        <w:br/>
        <w:t xml:space="preserve">            [self.liveDetailPageView removeBulletinCardView];</w:t>
        <w:br/>
        <w:t xml:space="preserve">        }</w:t>
        <w:br/>
        <w:t xml:space="preserve">    });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2-带货场景-播放器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