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 1-带货场景（页面）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页面介绍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页面 UI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直播间数据监听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带货场景的页面实现为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PLVECWatchRoomViewController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带货场景下定义的 直播模式、回放模式 的 共用界面。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直播支持的功能有：播放器、聊天室、商品、打赏、互动应用。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回放支持的功能有：播放器。</w:t>
      </w:r>
    </w:p>
    <w:p>
      <w:pPr>
        <w:pStyle w:val="Heading2"/>
      </w:pPr>
      <w:r>
        <w:t>2 使用介绍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由于频道信息、登录用户账号信息等带货页面所需要的初始化参数，在登录时已经通过类 </w:t>
      </w:r>
      <w:r>
        <w:rPr>
          <w:rFonts w:ascii="Menlo" w:hAnsi="Menlo"/>
          <w:color w:val="444444"/>
          <w:sz w:val="20"/>
        </w:rPr>
        <w:t>PLVRoomLoginClient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进行了配置，并在 </w:t>
      </w:r>
      <w:r>
        <w:rPr>
          <w:rFonts w:ascii="Menlo" w:hAnsi="Menlo"/>
          <w:color w:val="444444"/>
          <w:sz w:val="20"/>
        </w:rPr>
        <w:t>PLVRoomLoginClient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内部使用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类的单例对这些直播间数据信息进行了管理，进入带货场景的页面只需要以下代码：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PLVECWatchRoomViewController *vctrl = [[PLVECWatchRoomViewController alloc] init];</w:t>
        <w:br/>
        <w:t>[self.navigationController pushViewController:vctrl animated:YES];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离开带货页面除了把页面从页面堆栈移出，务必调用 </w:t>
      </w:r>
      <w:r>
        <w:rPr>
          <w:rFonts w:ascii="Menlo" w:hAnsi="Menlo"/>
          <w:color w:val="444444"/>
          <w:sz w:val="20"/>
        </w:rPr>
        <w:t>PLVRoomLoginClient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的登出接口，移除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单例对当前直播间数据的持有和监听：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[PLVRoomLoginClient logout];</w:t>
        <w:br/>
        <w:t>[self.navigationController popViewControllerAnimated:YES];</w:t>
      </w:r>
    </w:p>
    <w:p>
      <w:pPr>
        <w:pStyle w:val="Heading2"/>
      </w:pPr>
      <w:r>
        <w:t>3 页面介绍</w:t>
      </w:r>
    </w:p>
    <w:p>
      <w:pPr>
        <w:pStyle w:val="Heading3"/>
      </w:pPr>
      <w:r>
        <w:t>3.1 页面 UI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带货场景页面，不管是直播还是回放，都由以下页面 UI 控件组成：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@property (nonatomic, strong) PLVECPlayerViewController *playerVC; // 页面底部播放控制器</w:t>
        <w:br/>
        <w:t>@property (nonatomic, strong) UIScrollView *scrollView; // 播放器顶部横行透明滚动视图</w:t>
        <w:br/>
        <w:t>@property (nonatomic, strong) PLVECLiveDetailPageView *liveDetailPageView; // 滚动视图第一屏</w:t>
        <w:br/>
        <w:t>@property (nonatomic, strong) PLVECHomePageView *homePageView; // 滚动视图第二屏</w:t>
        <w:br/>
        <w:t>@property (nonatomic, strong) UIButton *closeButton; // 右上角关闭按钮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其中，</w:t>
      </w:r>
      <w:r>
        <w:rPr>
          <w:rFonts w:ascii="Menlo" w:hAnsi="Menlo"/>
          <w:color w:val="444444"/>
          <w:sz w:val="20"/>
        </w:rPr>
        <w:t>scrollView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有三屏，第一屏 </w:t>
      </w:r>
      <w:r>
        <w:rPr>
          <w:rFonts w:ascii="Menlo" w:hAnsi="Menlo"/>
          <w:color w:val="444444"/>
          <w:sz w:val="20"/>
        </w:rPr>
        <w:t>liveDetailPageView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是显示公告信息、直播介绍，第二屏 </w:t>
      </w:r>
      <w:r>
        <w:rPr>
          <w:rFonts w:ascii="Menlo" w:hAnsi="Menlo"/>
          <w:color w:val="444444"/>
          <w:sz w:val="20"/>
        </w:rPr>
        <w:t>homePageView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如果是直播，显示聊天室、点赞按钮、商品按钮、购物车按钮、礼物按钮等互动控件，如果是回放，显示回放视频进度条和切换视频播放速率等按钮等互动控件，第三屏为空白，用于用户希望无干扰观看时使用。进入页面默认显示第二屏。播放器位于 </w:t>
      </w:r>
      <w:r>
        <w:rPr>
          <w:rFonts w:ascii="Menlo" w:hAnsi="Menlo"/>
          <w:color w:val="444444"/>
          <w:sz w:val="20"/>
        </w:rPr>
        <w:t>scrollView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底部，关闭按钮位于</w:t>
      </w:r>
      <w:r>
        <w:rPr>
          <w:rFonts w:ascii="Menlo" w:hAnsi="Menlo"/>
          <w:color w:val="444444"/>
          <w:sz w:val="20"/>
        </w:rPr>
        <w:t>scrollView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上方。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视图结构如下：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.</w:t>
        <w:br/>
        <w:t>└── PLVECWatchRoomViewController</w:t>
        <w:br/>
        <w:tab/>
        <w:t>├── PLVECPlayerViewController</w:t>
        <w:br/>
        <w:tab/>
        <w:t>├──</w:t>
        <w:tab/>
        <w:t>UIScrollView</w:t>
        <w:br/>
        <w:tab/>
        <w:t>│</w:t>
        <w:tab/>
        <w:t>├── PLVECLiveDetailPageView</w:t>
        <w:br/>
        <w:tab/>
        <w:t>│</w:t>
        <w:tab/>
        <w:t>└── PLVECHomePageView</w:t>
        <w:br/>
        <w:tab/>
        <w:t>└── UIButton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其次，带货场景页面不支持横屏，只支持竖屏，因此需对父类 </w:t>
      </w:r>
      <w:r>
        <w:rPr>
          <w:rFonts w:ascii="Menlo" w:hAnsi="Menlo"/>
          <w:color w:val="444444"/>
          <w:sz w:val="20"/>
        </w:rPr>
        <w:t>UIViewController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的以下方法进行覆写：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(BOOL)shouldAutorotate {</w:t>
        <w:br/>
        <w:t xml:space="preserve">    return NO;</w:t>
        <w:br/>
        <w:t>}</w:t>
        <w:br/>
        <w:br/>
        <w:t>- (UIInterfaceOrientation)preferredInterfaceOrientationForPresentation {</w:t>
        <w:br/>
        <w:t xml:space="preserve">    return UIInterfaceOrientationPortrait;</w:t>
        <w:br/>
        <w:t>}</w:t>
        <w:br/>
        <w:br/>
        <w:t>- (UIInterfaceOrientationMask)supportedInterfaceOrientations {</w:t>
        <w:br/>
        <w:t xml:space="preserve">    return UIInterfaceOrientationMaskPortrait;</w:t>
        <w:br/>
        <w:t>}</w:t>
      </w:r>
    </w:p>
    <w:p>
      <w:pPr>
        <w:pStyle w:val="Heading3"/>
      </w:pPr>
      <w:r>
        <w:t>3.2 直播间数据监听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页面需要对直播间数据 </w:t>
      </w:r>
      <w:r>
        <w:rPr>
          <w:rFonts w:ascii="Menlo" w:hAnsi="Menlo"/>
          <w:color w:val="444444"/>
          <w:sz w:val="20"/>
        </w:rPr>
        <w:t>PLVRoomData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进行实时监听并作出相应的 UI 更新，首先，需要导入头文件 </w:t>
      </w:r>
      <w:r>
        <w:rPr>
          <w:rFonts w:ascii="Menlo" w:hAnsi="Menlo"/>
          <w:color w:val="444444"/>
          <w:sz w:val="20"/>
        </w:rPr>
        <w:t>#import "PLVRoomDataManager.h"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，并让 </w:t>
      </w:r>
      <w:r>
        <w:rPr>
          <w:rFonts w:ascii="Menlo" w:hAnsi="Menlo"/>
          <w:color w:val="444444"/>
          <w:sz w:val="20"/>
        </w:rPr>
        <w:t>PLVECWatchRoomViewController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遵循协议 </w:t>
      </w:r>
      <w:r>
        <w:rPr>
          <w:rFonts w:ascii="Menlo" w:hAnsi="Menlo"/>
          <w:color w:val="444444"/>
          <w:sz w:val="20"/>
        </w:rPr>
        <w:t>PLVRoomDataManagerProtocol</w:t>
      </w:r>
      <w:r>
        <w:rPr>
          <w:rFonts w:ascii="Source Han Sans SC" w:hAnsi="Source Han Sans SC" w:eastAsia="Source Han Sans SC" w:cs="Source Han Sans SC" w:hint="eastAsia"/>
          <w:sz w:val="21"/>
        </w:rPr>
        <w:t>，然后添加监听，代码示例如下：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[[PLVRoomDataManager sharedManager] addDelegate:self delegateQueue:dispatch_get_main_queue()];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代码示例中，</w:t>
      </w:r>
      <w:r>
        <w:rPr>
          <w:rFonts w:ascii="Menlo" w:hAnsi="Menlo"/>
          <w:color w:val="444444"/>
          <w:sz w:val="20"/>
        </w:rPr>
        <w:t>delegateQueue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参数传入 </w:t>
      </w:r>
      <w:r>
        <w:rPr>
          <w:rFonts w:ascii="Menlo" w:hAnsi="Menlo"/>
          <w:color w:val="444444"/>
          <w:sz w:val="20"/>
        </w:rPr>
        <w:t>dispatch_get_main_queue()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表示希望回调方法从主线程执行，这是由于当前页面相关回调里执行的操作都是更新 UI。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关于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的更多介绍，详见文档《6_2 核心common-数据》。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带货场景页面需要监听的 delegate 方法如下：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#pragma mark PLVRoomDataManager Protocol</w:t>
        <w:br/>
        <w:br/>
        <w:t>/// 在线人数 onlineCount 更新</w:t>
        <w:br/>
        <w:t>- (void)roomDataManager_didOnlineCountChanged:(NSUInteger)onlineCount {</w:t>
        <w:br/>
        <w:br/>
        <w:t>}</w:t>
        <w:br/>
        <w:br/>
        <w:t>/// 点赞数 likeCount 更新</w:t>
        <w:br/>
        <w:t>- (void)roomDataManager_didLikeCountChanged:(NSUInteger)likeCount {</w:t>
        <w:br/>
        <w:br/>
        <w:t>}</w:t>
        <w:br/>
        <w:br/>
        <w:t>/// 播放状态 playing 更新</w:t>
        <w:br/>
        <w:t>- (void)roomDataManager_didPlayingStatusChanged:(BOOL)playing {</w:t>
        <w:br/>
        <w:br/>
        <w:t>}</w:t>
        <w:br/>
        <w:br/>
        <w:t>/// 菜单信息 menuInfo 更新</w:t>
        <w:br/>
        <w:t>- (void)roomDataManager_didMenuInfoChanged:(PLVLiveVideoChannelMenuInfo *)menuInfo {</w:t>
        <w:br/>
        <w:br/>
        <w:t>}</w:t>
        <w:br/>
        <w:br/>
        <w:t>/// 直播状态 liveState 更新</w:t>
        <w:br/>
        <w:t>- (void)roomDataManager_didLiveStateChanged:(PLVChannelLiveStreamState)liveState {</w:t>
        <w:br/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监听的移除在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使用介绍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里面提到的 </w:t>
      </w:r>
      <w:r>
        <w:rPr>
          <w:rFonts w:ascii="Menlo" w:hAnsi="Menlo"/>
          <w:color w:val="444444"/>
          <w:sz w:val="20"/>
        </w:rPr>
        <w:t>PLVRoomLoginClient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的登出方法 </w:t>
      </w:r>
      <w:r>
        <w:rPr>
          <w:rFonts w:ascii="Menlo" w:hAnsi="Menlo"/>
          <w:color w:val="444444"/>
          <w:sz w:val="20"/>
        </w:rPr>
        <w:t>+logout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内部进行，所以无需额外做移除监听的操作。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1-带货场景（页面）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