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 3-云课堂场景-聊天室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PLVLCChatroomViewModel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2.1.1 生命周期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2.1.2 获取聊天记录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2.1.3 发送消息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2.1.4 消息数组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2.1.5 监听与回调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模块包括发言、点赞、历史记录、欢迎语等功能。聊天室模块在UI、交互、功能上，相较于其他模块，都会更复杂更庞大。因此设计、搭建、维护一个聊天室，也是一件较为费时费力的事情。我们推荐直接使用保利威封装好的聊天室模块，该部分代码完全开源，支持直接使用，以及二次开发。</w:t>
      </w:r>
    </w:p>
    <w:p>
      <w:pPr>
        <w:pStyle w:val="Heading2"/>
      </w:pPr>
      <w:r>
        <w:t>2 核心类介绍</w:t>
      </w:r>
    </w:p>
    <w:p>
      <w:pPr>
        <w:pStyle w:val="Heading3"/>
      </w:pPr>
      <w:r>
        <w:t>2.1 PLVLCChatroomViewModel</w:t>
      </w:r>
    </w:p>
    <w:p>
      <w:r>
        <w:rPr>
          <w:rFonts w:ascii="Menlo" w:hAnsi="Menlo"/>
          <w:color w:val="444444"/>
          <w:sz w:val="20"/>
        </w:rPr>
        <w:t>PLVLCChatroomViewModel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是云课堂场景 Scene 层聊天室的核心类，由于一个应用只允许存在一个聊天室，所以 </w:t>
      </w:r>
      <w:r>
        <w:rPr>
          <w:rFonts w:ascii="Menlo" w:hAnsi="Menlo"/>
          <w:color w:val="444444"/>
          <w:sz w:val="20"/>
        </w:rPr>
        <w:t>PLVLCChatroomViewModel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采用的是单例的模式，负责创建、持有、销毁 Common 层聊天室核心类 </w:t>
      </w:r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的实例对象以及与 Common 层聊天室模块进行通信，核心类 </w:t>
      </w:r>
      <w:r>
        <w:rPr>
          <w:rFonts w:ascii="Menlo" w:hAnsi="Menlo"/>
          <w:color w:val="444444"/>
          <w:sz w:val="20"/>
        </w:rPr>
        <w:t>PLVLCChatroomViewModel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提供功能如下：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对 View 层提供发送消息的接口；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管理 Common 层返回的消息模型；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 View 层需要刷新 UI、更新列表数据时，通过回调通知 View 层。</w:t>
      </w:r>
    </w:p>
    <w:p>
      <w:pPr>
        <w:pStyle w:val="Heading3"/>
      </w:pPr>
      <w:r>
        <w:t>2.1.1 生命周期</w:t>
      </w:r>
    </w:p>
    <w:p>
      <w:r>
        <w:rPr>
          <w:rFonts w:ascii="Menlo" w:hAnsi="Menlo"/>
          <w:color w:val="444444"/>
          <w:sz w:val="20"/>
        </w:rPr>
        <w:t>PLVLCChatroomViewModel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是单例类，进入直播间启动聊天室的时候调用 -</w:t>
      </w:r>
      <w:r>
        <w:rPr>
          <w:rFonts w:ascii="Menlo" w:hAnsi="Menlo"/>
          <w:color w:val="444444"/>
          <w:sz w:val="20"/>
        </w:rPr>
        <w:t>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方法，离开直播间时调用 -</w:t>
      </w:r>
      <w:r>
        <w:rPr>
          <w:rFonts w:ascii="Menlo" w:hAnsi="Menlo"/>
          <w:color w:val="444444"/>
          <w:sz w:val="20"/>
        </w:rPr>
        <w:t>clear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方法，代码如下：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使用新的直播间数据启动聊天室管理器</w:t>
        <w:br/>
        <w:t>[[PLVLCChatroomViewModel sharedViewModel] setup];</w:t>
        <w:br/>
        <w:t>// 退出前调用，用于资源释放、状态位清零</w:t>
        <w:br/>
        <w:t>[[PLVLCChatroomViewModel sharedViewModel] clear];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代码注释提到的“直播间数据”指的是 </w:t>
      </w:r>
      <w:r>
        <w:rPr>
          <w:rFonts w:ascii="Menlo" w:hAnsi="Menlo"/>
          <w:color w:val="444444"/>
          <w:sz w:val="20"/>
        </w:rPr>
        <w:t>PLVRoomDataManager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单例持有的 </w:t>
      </w:r>
      <w:r>
        <w:rPr>
          <w:rFonts w:ascii="Menlo" w:hAnsi="Menlo"/>
          <w:color w:val="444444"/>
          <w:sz w:val="20"/>
        </w:rPr>
        <w:t>roomData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2.1.2 获取聊天记录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Common 层聊天室核心类 </w:t>
      </w:r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在初始化完毕之后，会自动获取第一页的聊天记录，获取更多聊天记录代码如下：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[[PLVLCChatroomViewModel sharedViewModel] loadHistory];</w:t>
      </w:r>
    </w:p>
    <w:p>
      <w:r>
        <w:rPr>
          <w:rFonts w:ascii="Menlo" w:hAnsi="Menlo"/>
          <w:color w:val="444444"/>
          <w:sz w:val="20"/>
        </w:rPr>
        <w:t>-loadHistory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使用在 2.1.1 的 </w:t>
      </w:r>
      <w:r>
        <w:rPr>
          <w:rFonts w:ascii="Menlo" w:hAnsi="Menlo"/>
          <w:color w:val="444444"/>
          <w:sz w:val="20"/>
        </w:rPr>
        <w:t>-setup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方法里初始化的 presenter 对象，调用 Common 层聊天室模块获取聊天室记录。</w:t>
      </w:r>
    </w:p>
    <w:p>
      <w:pPr>
        <w:pStyle w:val="Heading3"/>
      </w:pPr>
      <w:r>
        <w:t>2.1.3 发送消息</w:t>
      </w:r>
    </w:p>
    <w:p>
      <w:r>
        <w:rPr>
          <w:rFonts w:ascii="Menlo" w:hAnsi="Menlo"/>
          <w:color w:val="444444"/>
          <w:sz w:val="20"/>
        </w:rPr>
        <w:t>PLVLCChatroomViewModel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类提供带货场景所需的发送消息的API，具体接口定义如下：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发送私聊提问消息</w:t>
        <w:br/>
        <w:t>/// @param content 消息文本</w:t>
        <w:br/>
        <w:t>/// @return YES表示数据将有更新，可等待收到回调后刷新列表；NO表示socket未登录或房间关闭，可进行toast提示</w:t>
        <w:br/>
        <w:t>- (BOOL)sendQuesstionMessage:(NSString *)content;</w:t>
        <w:br/>
        <w:br/>
        <w:t>/// 发送文本消息</w:t>
        <w:br/>
        <w:t>/// @param content 消息文本</w:t>
        <w:br/>
        <w:t>/// @return YES表示数据将有更新，可等待收到回调后刷新列表；NO表示socket未登录或房间关闭，可进行toast提示</w:t>
        <w:br/>
        <w:t>- (BOOL)sendSpeakMessage:(NSString *)content;</w:t>
        <w:br/>
        <w:br/>
        <w:t>/// 发送图片消息</w:t>
        <w:br/>
        <w:t>/// @param image 图片</w:t>
        <w:br/>
        <w:t>/// @return YES表示数据将有更新，可等待收到回调后刷新列表；NO表示socket未登录或房间关闭，可进行toast提示</w:t>
        <w:br/>
        <w:t>- (BOOL)sendImageMessage:(UIImage *)image;</w:t>
        <w:br/>
        <w:br/>
        <w:t>/// 发送点赞消息</w:t>
        <w:br/>
        <w:t>/// 点赞数的实时更新通过监听roomData的likeCount获得</w:t>
        <w:br/>
        <w:t>- (void)sendLike;</w:t>
      </w:r>
    </w:p>
    <w:p>
      <w:pPr>
        <w:pStyle w:val="Heading3"/>
      </w:pPr>
      <w:r>
        <w:t>2.1.4 消息数组</w:t>
      </w:r>
    </w:p>
    <w:p>
      <w:r>
        <w:rPr>
          <w:rFonts w:ascii="Menlo" w:hAnsi="Menlo"/>
          <w:color w:val="444444"/>
          <w:sz w:val="20"/>
        </w:rPr>
        <w:t>PLVLCChatroomViewModel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类提供以下消息列表数组，作为聊天室 View 层的数据源：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公聊消息数组</w:t>
        <w:br/>
        <w:t>@property (nonatomic, strong, readonly) NSMutableArray &lt;PLVChatModel *&gt; *chatArray;</w:t>
        <w:br/>
        <w:t>/// 私聊消息数组</w:t>
        <w:br/>
        <w:t>@property (nonatomic, strong, readonly) NSMutableArray &lt;PLVChatModel *&gt; *privateChatArray;</w:t>
      </w:r>
    </w:p>
    <w:p>
      <w:pPr>
        <w:pStyle w:val="Heading3"/>
      </w:pPr>
      <w:r>
        <w:t>2.1.5 监听与回调</w:t>
      </w:r>
    </w:p>
    <w:p>
      <w:r>
        <w:rPr>
          <w:rFonts w:ascii="Menlo" w:hAnsi="Menlo"/>
          <w:color w:val="444444"/>
          <w:sz w:val="20"/>
        </w:rPr>
        <w:t>PLVLCChatroomViewModel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允许设置多代理监听，提供了以下接口增加监听和移除监听：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增加PLVLCChatroomViewModelProtocol协议的监听者</w:t>
        <w:br/>
        <w:t>/// @param delegate 待增加的监听者</w:t>
        <w:br/>
        <w:t>/// @param delegateQueue 执行回调的队列</w:t>
        <w:br/>
        <w:t>- (void)addDelegate:(id&lt;PLVLCChatroomViewModelProtocol&gt;)delegate delegateQueue:(dispatch_queue_t)delegateQueue;</w:t>
        <w:br/>
        <w:br/>
        <w:t>/// 移除PLVLCChatroomViewModelProtocol协议的监听者</w:t>
        <w:br/>
        <w:t>/// @param delegate 待移除的监听者</w:t>
        <w:br/>
        <w:t>- (void)removeDelegate:(id&lt;PLVLCChatroomViewModelProtocol&gt;)delegate;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上面两个接口提到的协议 </w:t>
      </w:r>
      <w:r>
        <w:rPr>
          <w:rFonts w:ascii="Menlo" w:hAnsi="Menlo"/>
          <w:color w:val="444444"/>
          <w:sz w:val="20"/>
        </w:rPr>
        <w:t>PLVLCChatroomViewModelProtocol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提供了以下这些代理方法，这些方法均是用于在 View 层需要刷新 UI、更新列表数据时，通过回调通知 View 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PLVLCChatroomViewModelProtocol &lt;NSObject&gt;</w:t>
        <w:br/>
        <w:br/>
        <w:t>@optional</w:t>
        <w:br/>
        <w:br/>
        <w:t>#pragma mark 私聊</w:t>
        <w:br/>
        <w:br/>
        <w:t>/// 本地发送了新的私聊消息</w:t>
        <w:br/>
        <w:t>/// 用于刷新列表</w:t>
        <w:br/>
        <w:t>- (void)chatroomManager_didSendQuestionMessage;</w:t>
        <w:br/>
        <w:br/>
        <w:t>/// 通知socket接收到新的私聊（教师回答）消息，每次1条</w:t>
        <w:br/>
        <w:t>/// 用于刷新列表、显示新消息提示</w:t>
        <w:br/>
        <w:t>- (void)chatroomManager_didReceiveAnswerMessage;</w:t>
        <w:br/>
        <w:br/>
        <w:t>#pragma mark 公聊</w:t>
        <w:br/>
        <w:br/>
        <w:t>/// 返回本地发送的公聊消息（包含禁言的情况）</w:t>
        <w:br/>
        <w:t>/// 用于刷新列表、发送弹幕</w:t>
        <w:br/>
        <w:t>/// @param model 消息模型，不为空</w:t>
        <w:br/>
        <w:t>- (void)chatroomManager_didSendMessage:(PLVChatModel *)model;</w:t>
        <w:br/>
        <w:br/>
        <w:t>/// 返回socket接收到的公聊消息</w:t>
        <w:br/>
        <w:t>/// 用于刷新列表、发送弹幕、显示新消息提示</w:t>
        <w:br/>
        <w:t>/// @param modelArray 消息队列，不为空</w:t>
        <w:br/>
        <w:t>- (void)chatroomManager_didReceiveMessages:(NSArray &lt;PLVChatModel *&gt; *)modelArray;</w:t>
        <w:br/>
        <w:br/>
        <w:t>/// socket通知有消息被删除（1条或多条）</w:t>
        <w:br/>
        <w:t>/// 用于刷新列表</w:t>
        <w:br/>
        <w:t>- (void)chatroomManager_didMessageDeleted;</w:t>
        <w:br/>
        <w:br/>
        <w:t>/// 获取历史聊天记录成功时触发</w:t>
        <w:br/>
        <w:t>/// 用于刷新列表，停止【下拉加载更多】控件的动画</w:t>
        <w:br/>
        <w:t>/// @param noMore 是否还有更多历史消息，YES表示已加载完，此时可隐藏【下拉加载更多】控件</w:t>
        <w:br/>
        <w:t>/// @param first  是否是初次加载历史消息，初次加载需滚动列表到底部</w:t>
        <w:br/>
        <w:t>- (void)chatroomManager_loadHistorySuccess:(BOOL)noMore firstTime:(BOOL)first;</w:t>
        <w:br/>
        <w:br/>
        <w:t>/// 获取历史聊天消息失败时触发</w:t>
        <w:br/>
        <w:t>/// 用于停止【下拉加载更多】控件的动画</w:t>
        <w:br/>
        <w:t>- (void)chatroomManager_loadHistoryFailure;</w:t>
        <w:br/>
        <w:br/>
        <w:t>/// 如果4秒内有登录聊天室的用户（包括自己），间隔4秒触发一次</w:t>
        <w:br/>
        <w:t>/// @param userArray 4秒内登录聊天室的用户数组，如果为nil，表示当前时间段内当前用户有登录事件</w:t>
        <w:br/>
        <w:t>- (void)chatroomManager_loginUsers:(NSArray &lt;PLVChatUser *&gt; * _Nullable )userArray;</w:t>
        <w:br/>
        <w:br/>
        <w:t>/// 上报管理员发布的消息文本，间隔8秒触发一次</w:t>
        <w:br/>
        <w:t>/// @param content 管理员消息文本</w:t>
        <w:br/>
        <w:t>- (void)chatroomManager_managerMessage:(NSString * )content;</w:t>
        <w:br/>
        <w:br/>
        <w:t>/// 上报需插入弹幕的文本，间隔1秒触发一次</w:t>
        <w:br/>
        <w:t>/// @param content 弹幕文本</w:t>
        <w:br/>
        <w:t>- (void)chatroomManager_danmu:(NSString * )content;</w:t>
        <w:br/>
        <w:br/>
        <w:t>@end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#####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3-云课堂场景-聊天室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