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3 1-云课堂场景（页面）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初始化对象、数据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初始化配置（添加页面旋转、互动通知）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4 初始化页面UI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5 设置AreaView代理回调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6 处理屏幕旋转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云课堂场景模块位于 </w:t>
      </w:r>
      <w:r>
        <w:rPr>
          <w:rFonts w:ascii="Menlo" w:hAnsi="Menlo"/>
          <w:color w:val="444444"/>
          <w:sz w:val="20"/>
        </w:rPr>
        <w:t>PolyvLiveCloudClassScene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文件夹之下，页面实现为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PLVLCCloudClassViewController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云课堂有直播、回放两种场景模式，两种模式的UI界面高度共用，功能模块封装成多个UI区域（AreaView），在页面中通过简单地布局组合即可完成集成。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直播场景模式支持的功能有：媒体（播放器、PPT、浮窗、竖屏皮肤）、页面菜单、连麦、互动应用、横屏聊天室、横屏皮肤。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回放场景模式支持的功能有：媒体（播放器、PPT、浮窗、竖屏皮肤）、页面菜单、横屏聊天室、横屏皮肤。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各个UI功能模块的区域类如下：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媒体区域：PLVLCMediaAreaView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连麦区域：PLVLCLinkMicAreaView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菜单区域：PLVLCLivePageMenuAreaView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横屏聊天区域：PLVLCChatLandscapeView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横屏皮肤区域：PLVLCLiveRoomPlayerSkinView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互动应用区域：PLVInteractView</w:t>
      </w:r>
    </w:p>
    <w:p>
      <w:pPr>
        <w:pStyle w:val="Heading2"/>
      </w:pPr>
      <w:r>
        <w:t>2 初始化对象、数据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主要初始化获取登录频道信息和设置、监听聊天室socekt。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- (instancetype)init {</w:t>
        <w:br/>
        <w:t xml:space="preserve">    self = [super init];</w:t>
        <w:br/>
        <w:t xml:space="preserve">    if (self) {</w:t>
        <w:br/>
        <w:t xml:space="preserve">        [[PLVRoomDataManager sharedManager] addDelegate:self delegateQueue:dispatch_get_main_queue()];</w:t>
        <w:br/>
        <w:t xml:space="preserve">        PLVRoomData *roomData = [PLVRoomDataManager sharedManager].roomData;</w:t>
        <w:br/>
        <w:t xml:space="preserve">        PLVRoomUser *roomUser = roomData.roomUser;</w:t>
        <w:br/>
        <w:br/>
        <w:t xml:space="preserve">        /// Socket 登录管理</w:t>
        <w:br/>
        <w:t xml:space="preserve">        PLVSocketUserType userType = roomUser.viewerType == PLVRoomUserTypeStudent ? PLVSocketUserTypeStudent : PLVSocketUserTypeSlice;</w:t>
        <w:br/>
        <w:t xml:space="preserve">        [[PLVSocketManager sharedManager] loginWithChannelId:roomData.channelId</w:t>
        <w:br/>
        <w:tab/>
        <w:tab/>
        <w:t xml:space="preserve"> </w:t>
        <w:tab/>
        <w:tab/>
        <w:t xml:space="preserve"> </w:t>
        <w:tab/>
        <w:tab/>
        <w:t xml:space="preserve">    viewerId:roomUser.viewerId</w:t>
        <w:br/>
        <w:tab/>
        <w:tab/>
        <w:t xml:space="preserve"> </w:t>
        <w:tab/>
        <w:tab/>
        <w:t xml:space="preserve"> </w:t>
        <w:tab/>
        <w:tab/>
        <w:t xml:space="preserve">  viewerName:roomUser.viewerName</w:t>
        <w:br/>
        <w:tab/>
        <w:tab/>
        <w:t xml:space="preserve"> </w:t>
        <w:tab/>
        <w:tab/>
        <w:t xml:space="preserve"> </w:t>
        <w:tab/>
        <w:tab/>
        <w:t xml:space="preserve">   avatarUrl:roomUser.viewerAvatar actor:nil userType:userType];</w:t>
        <w:br/>
        <w:br/>
        <w:t xml:space="preserve">        socketDelegateQueue = dispatch_get_global_queue(0, DISPATCH_QUEUE_PRIORITY_DEFAULT);</w:t>
        <w:br/>
        <w:t xml:space="preserve">        [[PLVSocketManager sharedManager] addDelegate:self delegateQueue:socketDelegateQueue];</w:t>
        <w:br/>
        <w:br/>
        <w:t xml:space="preserve">        // 启动聊天室管理器</w:t>
        <w:br/>
        <w:t xml:space="preserve">        [[PLVLCChatroomViewModel sharedViewModel] setup];</w:t>
        <w:br/>
        <w:t xml:space="preserve">        [[PLVLCChatroomViewModel sharedViewModel] addDelegate:self delegateQueue:dispatch_get_main_queue()];</w:t>
        <w:br/>
        <w:t xml:space="preserve">    }</w:t>
        <w:br/>
        <w:t xml:space="preserve">    return self;</w:t>
        <w:br/>
        <w:t>}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PLVRoomDataManager</w:t>
      </w:r>
      <w:r>
        <w:rPr>
          <w:rFonts w:ascii="Source Han Sans SC" w:hAnsi="Source Han Sans SC" w:eastAsia="Source Han Sans SC" w:cs="Source Han Sans SC" w:hint="eastAsia"/>
          <w:sz w:val="21"/>
        </w:rPr>
        <w:t>和</w:t>
      </w:r>
      <w:r>
        <w:rPr>
          <w:rFonts w:ascii="Menlo" w:hAnsi="Menlo"/>
          <w:color w:val="444444"/>
          <w:sz w:val="20"/>
        </w:rPr>
        <w:t>PLVRoomData</w:t>
      </w:r>
      <w:r>
        <w:rPr>
          <w:rFonts w:ascii="Source Han Sans SC" w:hAnsi="Source Han Sans SC" w:eastAsia="Source Han Sans SC" w:cs="Source Han Sans SC" w:hint="eastAsia"/>
          <w:sz w:val="21"/>
        </w:rPr>
        <w:t>具体实现可参考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7_2 核心common-数据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PLVSocketManager</w:t>
      </w:r>
      <w:r>
        <w:rPr>
          <w:rFonts w:ascii="Source Han Sans SC" w:hAnsi="Source Han Sans SC" w:eastAsia="Source Han Sans SC" w:cs="Source Han Sans SC" w:hint="eastAsia"/>
          <w:sz w:val="21"/>
        </w:rPr>
        <w:t>具体实现可参考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7_4 核心common-聊天室</w:t>
      </w:r>
    </w:p>
    <w:p>
      <w:pPr>
        <w:pStyle w:val="Heading2"/>
      </w:pPr>
      <w:r>
        <w:t>3 初始化配置（添加页面旋转、互动通知）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- (void)setupModule{</w:t>
        <w:br/>
        <w:t xml:space="preserve">    // 通用的 配置</w:t>
        <w:br/>
        <w:t xml:space="preserve">    [[NSNotificationCenter defaultCenter] addObserver:self</w:t>
        <w:br/>
        <w:t xml:space="preserve">                                             selector:@selector(interfaceOrientationDidChange:)</w:t>
        <w:br/>
        <w:t xml:space="preserve">                                                 name:UIApplicationDidChangeStatusBarOrientationNotification object:nil];</w:t>
        <w:br/>
        <w:br/>
        <w:t xml:space="preserve">    PLVRoomData *roomData = [PLVRoomDataManager sharedManager].roomData;</w:t>
        <w:br/>
        <w:t xml:space="preserve">    if (roomData.videoType == PLVChannelVideoType_Live) { // 视频类型为 直播</w:t>
        <w:br/>
        <w:t xml:space="preserve">        /// 监听事件</w:t>
        <w:br/>
        <w:t xml:space="preserve">        [[NSNotificationCenter defaultCenter] addObserver:self selector:@selector(notificationForOpenBulletin:) name:PLVLCChatroomOpenBulletinNotification object:nil];</w:t>
        <w:br/>
        <w:br/>
        <w:t xml:space="preserve">    } else if (roomData.videoType == PLVChannelVideoType_Playback){ // 视频类型为 直播回放</w:t>
        <w:br/>
        <w:br/>
        <w:t xml:space="preserve">    }</w:t>
        <w:br/>
        <w:t>}</w:t>
      </w:r>
    </w:p>
    <w:p>
      <w:pPr>
        <w:pStyle w:val="Heading2"/>
      </w:pPr>
      <w:r>
        <w:t>4 初始化页面UI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- (void)setupUI {</w:t>
        <w:br/>
        <w:t xml:space="preserve">    /// 注意：1. 此处不建议将共同拥有的图层，提炼在 if 判断外，来做“代码简化”</w:t>
        <w:br/>
        <w:t xml:space="preserve">    ///         因为此处涉及到添加顺序，而影响图层顺序。放置在 if 内，能更加准确地配置图层顺序，也更清晰地预览图层顺序。</w:t>
        <w:br/>
        <w:t xml:space="preserve">    ///      2. 懒加载过程中(即Getter)，已增加判断，若场景不匹配，将创建失败并返回nil</w:t>
        <w:br/>
        <w:br/>
        <w:t xml:space="preserve">    PLVRoomData *roomData = [PLVRoomDataManager sharedManager].roomData;</w:t>
        <w:br/>
        <w:t xml:space="preserve">    if (roomData.videoType == PLVChannelVideoType_Live) { // 视频类型为 直播</w:t>
        <w:br/>
        <w:t xml:space="preserve">        /// 初始化直播的UI</w:t>
        <w:br/>
        <w:br/>
        <w:t xml:space="preserve">    }else if (roomData.videoType == PLVChannelVideoType_Playback){ // 视频类型为 直播回放</w:t>
        <w:br/>
        <w:t xml:space="preserve">        /// 初始化回放的UI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根据当前是直播或回放，将选择不同的AreaView控件组合进行初始化。</w:t>
      </w:r>
    </w:p>
    <w:p>
      <w:pPr>
        <w:pStyle w:val="Heading2"/>
      </w:pPr>
      <w:r>
        <w:t>5 设置AreaView代理回调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由于各个功能之间需要进行通信，例如播放器的直播开始和直播结束状态会影响到媒体的显示和隐藏，因此每个布局都提供了外部可以使用的回调，方便各个功能模块进行通信。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详细接口介绍请参考各个功能模块的具体介绍文章。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回调设置和处理请参考页面中的*设置AreaView回调*方法块。</w:t>
      </w:r>
    </w:p>
    <w:p>
      <w:pPr>
        <w:pStyle w:val="Heading2"/>
      </w:pPr>
      <w:r>
        <w:t>6 处理屏幕旋转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云课堂场景的直播和回放均支持横竖屏观看，需要在页面中做对应的代码处理。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参考代码块：*屏幕旋转处理*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- (void)viewWillLayoutSubviews {</w:t>
        <w:br/>
        <w:t xml:space="preserve">    [super viewWillLayoutSubviews];</w:t>
        <w:br/>
        <w:t xml:space="preserve">    [self updateUI];</w:t>
        <w:br/>
        <w:t>}</w:t>
        <w:br/>
        <w:br/>
        <w:t>- (void)interfaceOrientationDidChange:(NSNotification *)notification {</w:t>
        <w:br/>
        <w:t xml:space="preserve">    BOOL fullScreen = [UIScreen mainScreen].bounds.size.width &gt; [UIScreen mainScreen].bounds.size.height;</w:t>
        <w:br/>
        <w:t xml:space="preserve">    self.fullScreenDifferent = (self.currentLandscape != fullScreen);</w:t>
        <w:br/>
        <w:t xml:space="preserve">    self.currentLandscape = fullScreen;</w:t>
        <w:br/>
        <w:br/>
        <w:t xml:space="preserve">    // 全屏播放器皮肤 liveRoomSkinView 的弹幕按钮 danmuButton 为显示状态，且为非选中状态，且当前为横屏时，才显示弹幕</w:t>
        <w:br/>
        <w:t xml:space="preserve">    BOOL danmuEnable = !self.liveRoomSkinView.danmuButton.selected &amp;&amp; !self.liveRoomSkinView.danmuButton.hidden;</w:t>
        <w:br/>
        <w:t xml:space="preserve">    [self.mediaAreaView showDanmu:fullScreen &amp;&amp; danmuEnable];</w:t>
        <w:br/>
        <w:br/>
        <w:t xml:space="preserve">    // 调用setStatusBarHidden后状态栏旋转横屏不自动隐藏</w:t>
        <w:br/>
        <w:t xml:space="preserve">    [[UIApplication sharedApplication] setStatusBarHidden:fullScreen];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1-云课堂场景（页面）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