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以下是第三方依赖库，若需使用Demo源码且您项目中未引入，需添加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阅读准备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环境要求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目录结构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场景模块集成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导入通用模块(必须)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云课堂场景模块集成(可选)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4.3 直播带货场景模块集成(可选)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4.4 手机开播场景模块集成(可选)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工程配置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 配置支持系统版本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 配置 App Transport Security (ATS)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5.3 配置 Bitcode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5.4 配置隐私权限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5.5 配置设备旋转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5.6 配置 Podfile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6 初始化 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 登录直播/回放及进入不同场景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7.1 观看端（云课堂场景/直播带货场景）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7.2 开播端（手机开播场景）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7.3 互动学堂场景</w:t>
      </w:r>
    </w:p>
    <w:p>
      <w:pPr>
        <w:pStyle w:val="Heading2"/>
      </w:pPr>
      <w:r>
        <w:t>1 阅读准备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提前下载保利威多场景Demo，请先下载Demo。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准备好一个保利威账号，Demo中登录直播需要账号直播系统中的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>（应用ID），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>（应用密匙），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（账号ID），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>（频道号），登录回放再额外需要频道号对应回放列表里的</w:t>
      </w:r>
      <w:r>
        <w:rPr>
          <w:rFonts w:ascii="Menlo" w:hAnsi="Menlo"/>
          <w:color w:val="444444"/>
          <w:sz w:val="20"/>
        </w:rPr>
        <w:t>videoId</w:t>
      </w:r>
      <w:r>
        <w:rPr>
          <w:rFonts w:ascii="Source Han Sans SC" w:hAnsi="Source Han Sans SC" w:eastAsia="Source Han Sans SC" w:cs="Source Han Sans SC" w:hint="eastAsia"/>
          <w:sz w:val="21"/>
        </w:rPr>
        <w:t>（回放视频id）。</w:t>
      </w:r>
    </w:p>
    <w:p>
      <w:pPr>
        <w:pStyle w:val="Heading2"/>
      </w:pPr>
      <w:r>
        <w:t>2 环境要求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系统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12.0+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CocoaPods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1.7.0+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集成工具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Xcode 11.0+</w:t>
            </w:r>
          </w:p>
        </w:tc>
      </w:tr>
    </w:tbl>
    <w:p>
      <w:pPr>
        <w:spacing w:after="40"/>
      </w:pPr>
    </w:p>
    <w:p>
      <w:pPr>
        <w:pStyle w:val="Heading2"/>
      </w:pPr>
      <w:r>
        <w:t>3 目录结构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文件夹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Demo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演示如何初始化 SDK、如何登录进入不同场景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PolyvLiveCloudClassScene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云课堂场景模块，包含播放、聊天、连麦、互动等功能的演示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PolyvLiveEcommerceScene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直播带货场景模块，包含播放、聊天、商品、打赏等功能的演示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PolyvLiveStreamerScene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手机开播场景模块，包含推流、连麦、聊天、文档等功能的演示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PolyvLiveCommonModule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通用模块，提供给各个场景实现所需依赖的基础库、工具类等</w:t>
            </w:r>
          </w:p>
        </w:tc>
      </w:tr>
    </w:tbl>
    <w:p>
      <w:pPr>
        <w:spacing w:after="40"/>
      </w:pPr>
    </w:p>
    <w:p>
      <w:pPr>
        <w:pStyle w:val="Heading2"/>
      </w:pPr>
      <w:r>
        <w:t>4 场景模块集成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多场景 Demo 采用的是多个场景层（</w:t>
      </w:r>
      <w:r>
        <w:rPr>
          <w:rFonts w:ascii="Menlo" w:hAnsi="Menlo"/>
          <w:color w:val="444444"/>
          <w:sz w:val="20"/>
        </w:rPr>
        <w:t>PolyvLiveCloudClassScene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PolyvLiveEcommerceScene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、</w:t>
      </w:r>
      <w:r>
        <w:rPr>
          <w:rFonts w:ascii="Menlo" w:hAnsi="Menlo"/>
          <w:color w:val="444444"/>
          <w:sz w:val="20"/>
        </w:rPr>
        <w:t>PolyvLiveStreamerScene</w:t>
      </w:r>
      <w:r>
        <w:rPr>
          <w:rFonts w:ascii="Source Han Sans SC" w:hAnsi="Source Han Sans SC" w:eastAsia="Source Han Sans SC" w:cs="Source Han Sans SC" w:hint="eastAsia"/>
          <w:sz w:val="21"/>
        </w:rPr>
        <w:t>文件夹）加通用逻辑层（</w:t>
      </w:r>
      <w:r>
        <w:rPr>
          <w:rFonts w:ascii="Menlo" w:hAnsi="Menlo"/>
          <w:color w:val="444444"/>
          <w:sz w:val="20"/>
        </w:rPr>
        <w:t>PolyvLiveCommonModule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文件夹）的方式集成。如下图：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图片：http://repo.polyv.net/ios/documents/resource/快速集成_1.png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通用逻辑层，也叫 Common 层，本质是对保利威多场景 SDK 的封装的开源代码。旨在为客户提供更友好统一的API、实现更完整的业务功能。代码均跟多场景 SDK 一样，使用 </w:t>
      </w:r>
      <w:r>
        <w:rPr>
          <w:rFonts w:ascii="Menlo" w:hAnsi="Menlo"/>
          <w:color w:val="444444"/>
          <w:sz w:val="20"/>
        </w:rPr>
        <w:t>PLV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前缀。关于 Common 层更多的介绍，详见文档 5-1至 5-7。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场景层，也叫 Scene 层，客户可以根据需要，集成具体的场景。Scene 层的代码，根据场景不同，会有不同的前缀进行区分。譬如，云课堂场景的代码前缀为 </w:t>
      </w:r>
      <w:r>
        <w:rPr>
          <w:rFonts w:ascii="Menlo" w:hAnsi="Menlo"/>
          <w:color w:val="444444"/>
          <w:sz w:val="20"/>
        </w:rPr>
        <w:t>PLVLC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，直播带货场景的代码前缀为 </w:t>
      </w:r>
      <w:r>
        <w:rPr>
          <w:rFonts w:ascii="Menlo" w:hAnsi="Menlo"/>
          <w:color w:val="444444"/>
          <w:sz w:val="20"/>
        </w:rPr>
        <w:t>PLVEC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，手机开播场景的代码前缀为 </w:t>
      </w:r>
      <w:r>
        <w:rPr>
          <w:rFonts w:ascii="Menlo" w:hAnsi="Menlo"/>
          <w:color w:val="444444"/>
          <w:sz w:val="20"/>
        </w:rPr>
        <w:t>PLVLS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4.1 导入通用模块(必须)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拷贝项目中的 </w:t>
      </w:r>
      <w:r>
        <w:rPr>
          <w:rFonts w:ascii="Menlo" w:hAnsi="Menlo"/>
          <w:color w:val="444444"/>
          <w:sz w:val="20"/>
        </w:rPr>
        <w:t>PolyvLiveCommonModule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文件夹到你项目的根目录下。</w:t>
      </w:r>
    </w:p>
    <w:p>
      <w:pPr>
        <w:pStyle w:val="Heading3"/>
      </w:pPr>
      <w:r>
        <w:t>4.2 云课堂场景模块集成(可选)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拷贝项目中的 </w:t>
      </w:r>
      <w:r>
        <w:rPr>
          <w:rFonts w:ascii="Menlo" w:hAnsi="Menlo"/>
          <w:color w:val="444444"/>
          <w:sz w:val="20"/>
        </w:rPr>
        <w:t>PolyvLiveCloudClassScene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文件夹到你项目的根目录下。</w:t>
      </w:r>
    </w:p>
    <w:p>
      <w:pPr>
        <w:pStyle w:val="Heading3"/>
      </w:pPr>
      <w:r>
        <w:t>4.3 直播带货场景模块集成(可选)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拷贝项目中的 </w:t>
      </w:r>
      <w:r>
        <w:rPr>
          <w:rFonts w:ascii="Menlo" w:hAnsi="Menlo"/>
          <w:color w:val="444444"/>
          <w:sz w:val="20"/>
        </w:rPr>
        <w:t>PolyvLiveEcommerceScene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文件夹到你项目的根目录下。</w:t>
      </w:r>
    </w:p>
    <w:p>
      <w:pPr>
        <w:pStyle w:val="Heading3"/>
      </w:pPr>
      <w:r>
        <w:t>4.4 手机开播场景模块集成(可选)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拷贝项目中的 </w:t>
      </w:r>
      <w:r>
        <w:rPr>
          <w:rFonts w:ascii="Menlo" w:hAnsi="Menlo"/>
          <w:color w:val="444444"/>
          <w:sz w:val="20"/>
        </w:rPr>
        <w:t>PolyvLiveStreamerScene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文件夹到你项目的根目录下。</w:t>
      </w:r>
    </w:p>
    <w:p>
      <w:pPr>
        <w:pStyle w:val="Heading2"/>
      </w:pPr>
      <w:r>
        <w:t>5 工程配置</w:t>
      </w:r>
    </w:p>
    <w:p>
      <w:pPr>
        <w:pStyle w:val="Heading3"/>
      </w:pPr>
      <w:r>
        <w:t>5.1 配置支持系统版本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打开项目的 TARGETS - General - Deployment Info，把 iOS 系统改为 9.0 或更高。</w:t>
      </w:r>
    </w:p>
    <w:p>
      <w:pPr>
        <w:pStyle w:val="Heading3"/>
      </w:pPr>
      <w:r>
        <w:t>5.2 配置 App Transport Security (ATS)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打开项目的 </w:t>
      </w:r>
      <w:r>
        <w:rPr>
          <w:rFonts w:ascii="Menlo" w:hAnsi="Menlo"/>
          <w:color w:val="444444"/>
          <w:sz w:val="20"/>
        </w:rPr>
        <w:t xml:space="preserve">info.plist </w:t>
      </w:r>
      <w:r>
        <w:rPr>
          <w:rFonts w:ascii="Source Han Sans SC" w:hAnsi="Source Han Sans SC" w:eastAsia="Source Han Sans SC" w:cs="Source Han Sans SC" w:hint="eastAsia"/>
          <w:sz w:val="21"/>
        </w:rPr>
        <w:t>文件，添加如下内容：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&lt;key&gt;NSAppTransportSecurity&lt;/key&gt;</w:t>
        <w:br/>
        <w:t>&lt;dict&gt;</w:t>
        <w:br/>
        <w:tab/>
        <w:t>&lt;key&gt;NSAllowsArbitraryLoads&lt;/key&gt;</w:t>
        <w:br/>
        <w:tab/>
        <w:t>&lt;true/&gt;</w:t>
        <w:br/>
        <w:t>&lt;/dict&gt;</w:t>
      </w:r>
    </w:p>
    <w:p>
      <w:pPr>
        <w:pStyle w:val="Heading3"/>
      </w:pPr>
      <w:r>
        <w:t>5.3 配置 Bitcode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打开项目的 TARGETS - Build Settings，搜索 </w:t>
      </w:r>
      <w:r>
        <w:rPr>
          <w:rFonts w:ascii="Menlo" w:hAnsi="Menlo"/>
          <w:color w:val="444444"/>
          <w:sz w:val="20"/>
        </w:rPr>
        <w:t>Enable Bitcode</w:t>
      </w:r>
      <w:r>
        <w:rPr>
          <w:rFonts w:ascii="Source Han Sans SC" w:hAnsi="Source Han Sans SC" w:eastAsia="Source Han Sans SC" w:cs="Source Han Sans SC" w:hint="eastAsia"/>
          <w:sz w:val="21"/>
        </w:rPr>
        <w:t>，并设置为 NO。</w:t>
      </w:r>
    </w:p>
    <w:p>
      <w:pPr>
        <w:pStyle w:val="Heading3"/>
      </w:pPr>
      <w:r>
        <w:t>5.4 配置隐私权限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连麦及聊天室的使用，需要获取用户设备的麦克风、摄像头、相册的访问、使用权限。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打开项目的 </w:t>
      </w:r>
      <w:r>
        <w:rPr>
          <w:rFonts w:ascii="Menlo" w:hAnsi="Menlo"/>
          <w:color w:val="444444"/>
          <w:sz w:val="20"/>
        </w:rPr>
        <w:t xml:space="preserve">info.plist 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文件，添加如下内容：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&lt;key&gt;NSCameraUsageDescription&lt;/key&gt;</w:t>
        <w:br/>
        <w:t>&lt;string&gt;请允许我们访问您的摄像头，以便您使用连麦、拍照功能&lt;/string&gt;</w:t>
        <w:br/>
        <w:t>&lt;key&gt;NSMicrophoneUsageDescription&lt;/key&gt;</w:t>
        <w:br/>
        <w:t>&lt;string&gt;请允许我们访问您的麦克风，以便您使用连麦功能&lt;/string&gt;</w:t>
        <w:br/>
        <w:t>&lt;key&gt;NSPhotoLibraryAddUsageDescription&lt;/key&gt;</w:t>
        <w:br/>
        <w:t>&lt;string&gt;请允许我们访问您的相册，以便您保存图片到相册中&lt;/string&gt;</w:t>
        <w:br/>
        <w:t>&lt;key&gt;NSPhotoLibraryUsageDescription&lt;/key&gt;</w:t>
        <w:br/>
        <w:t>&lt;string&gt;请允许我们访问您的相册，以便您使用发送图片消息、保存图片到相册的功能&lt;/string&gt;</w:t>
      </w:r>
    </w:p>
    <w:p>
      <w:pPr>
        <w:pStyle w:val="Heading3"/>
      </w:pPr>
      <w:r>
        <w:t>5.5 配置设备旋转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播放器支持全屏播放，需要在 TARGETS - General - Deployment Info 中，勾选支持的横屏旋转方向。</w:t>
      </w:r>
    </w:p>
    <w:p>
      <w:pPr>
        <w:pStyle w:val="Heading3"/>
      </w:pPr>
      <w:r>
        <w:t>5.6 配置 Podfile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 Podfile 文件中，添加以下内容：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use_frameworks!</w:t>
        <w:br/>
        <w:t>pod 'PLVLiveScenesSDK', '~&gt; 1.0.0' # polyv 多场景 SDK</w:t>
        <w:br/>
        <w:t>pod 'PLVImagePickerController', '~&gt; 0.1.2' # 若不使用Demo源码，不需要添加</w:t>
        <w:br/>
        <w:br/>
        <w:t># 以下是第三方依赖库，若需使用Demo源码且您项目中未引入，需添加</w:t>
        <w:br/>
        <w:t>pod 'SDWebImage', '4.4.0'</w:t>
        <w:br/>
        <w:t>pod 'MJRefresh', '~&gt; 3.5.0'</w:t>
        <w:br/>
        <w:t>pod 'SVGAPlayer', '~&gt; 2.3'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我们强烈建议您带上版本号，避免自动升级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我们建议使用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最新版本SDK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不能遗漏 use_frameworks!</w:t>
      </w:r>
    </w:p>
    <w:p>
      <w:pPr>
        <w:pStyle w:val="Heading2"/>
      </w:pPr>
      <w:r>
        <w:t>6 初始化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打开项目的 </w:t>
      </w:r>
      <w:r>
        <w:rPr>
          <w:rFonts w:ascii="Menlo" w:hAnsi="Menlo"/>
          <w:color w:val="444444"/>
          <w:sz w:val="20"/>
        </w:rPr>
        <w:t>AppDelegate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文件，在 </w:t>
      </w:r>
      <w:r>
        <w:rPr>
          <w:rFonts w:ascii="Menlo" w:hAnsi="Menlo"/>
          <w:color w:val="444444"/>
          <w:sz w:val="20"/>
        </w:rPr>
        <w:t>-application:didFinishLaunchingWithOptions: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方法中进行 SDK 功能配置：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(BOOL)application:(UIApplication *)application didFinishLaunchingWithOptions:(NSDictionary *)launchOptions {</w:t>
        <w:br/>
        <w:t xml:space="preserve">      // HttpDNS默认开启，如需关闭，解开注释</w:t>
        <w:br/>
        <w:t>//    [PLVLiveVideoConfig sharedInstance].enableHttpDNS = NO;</w:t>
        <w:br/>
        <w:t xml:space="preserve">      // 如需启用IPV6，解开注释，启用IPV6之后，将自动选择IP，取消HttpDNS</w:t>
        <w:br/>
        <w:t>//    [PLVLiveVideoConfig sharedInstance].enableIPV6 = YES;</w:t>
        <w:br/>
        <w:t xml:space="preserve">    return YES;</w:t>
        <w:br/>
        <w:t>}</w:t>
      </w:r>
    </w:p>
    <w:p>
      <w:pPr>
        <w:pStyle w:val="Heading2"/>
      </w:pPr>
      <w:r>
        <w:t>7 登录直播/回放及进入不同场景</w:t>
      </w:r>
    </w:p>
    <w:p>
      <w:pPr>
        <w:pStyle w:val="Heading3"/>
      </w:pPr>
      <w:r>
        <w:t>7.1 观看端（云课堂场景/直播带货场景）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进入不同场景的观看页前，需要先调用登录直播/回放的方法进行校验。登录校验的目的是检验参数是否正确，以及 SDK 内部会保存从登录接口获取到的一些信息。项目的通用模块提供了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进行直播/回放的登录和退登，接口定义如下：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登录直播间</w:t>
        <w:br/>
        <w:t>/// @param channelType 频道类型，若支持多种类型，可对多个频道类型枚举值使用 | 进行位或</w:t>
        <w:br/>
        <w:t>/// @param channelId 频道号</w:t>
        <w:br/>
        <w:t>/// @param userId 用户id</w:t>
        <w:br/>
        <w:t>/// @param appId 应用id</w:t>
        <w:br/>
        <w:t>/// @param appSecret 应用secret</w:t>
        <w:br/>
        <w:t>/// @param roomUserHandler 返回带有默认值的观看用户实例对象，可在block中配置viewerId、viewerName、viewerAvatar属性</w:t>
        <w:br/>
        <w:t>/// @param completion 登录成功，带上自定义参数对象，用户可在回调里面设置后台统计所需的自定义参数</w:t>
        <w:br/>
        <w:t>/// @param failure 登录失败</w:t>
        <w:br/>
        <w:t>+ (void)loginLiveRoomWithChannelType:(PLVChannelType)channelType</w:t>
        <w:br/>
        <w:t xml:space="preserve">                           channelId:(NSString *)channelId</w:t>
        <w:br/>
        <w:t xml:space="preserve">                              userId:(NSString *)userId</w:t>
        <w:br/>
        <w:t xml:space="preserve">                               appId:(NSString *)appId</w:t>
        <w:br/>
        <w:t xml:space="preserve">                           appSecret:(NSString *)appSecret</w:t>
        <w:br/>
        <w:t xml:space="preserve">                            roomUser:(void(^ _Nullable)(PLVRoomUser *roomUser))roomUserHandler</w:t>
        <w:br/>
        <w:t xml:space="preserve">                          completion:(void (^)(PLVViewLogCustomParam *customParam))completion</w:t>
        <w:br/>
        <w:t xml:space="preserve">                             failure:(void (^)(NSString *errorMessage))failure;</w:t>
        <w:br/>
        <w:br/>
        <w:t>/// 登录回放直播间</w:t>
        <w:br/>
        <w:t>/// @param channelType 频道类型，若支持多种类型，可对多个频道类型枚举值使用 | 进行位或</w:t>
        <w:br/>
        <w:t>/// @param channelId 频道号</w:t>
        <w:br/>
        <w:t>/// @param vodList 是否请求点播列表视频，默认NO</w:t>
        <w:br/>
        <w:t>/// @param vid 视频id（可不填，不填时加载回放/点播列表）</w:t>
        <w:br/>
        <w:t>/// @param userId 用户id</w:t>
        <w:br/>
        <w:t>/// @param appId 应用id</w:t>
        <w:br/>
        <w:t>/// @param appSecret 应用secret</w:t>
        <w:br/>
        <w:t>/// @param roomUserHandler 返回带有默认值的观看用户实例对象，可在block中配置viewerId、viewerName、viewerAvatar属性</w:t>
        <w:br/>
        <w:t>/// @param completion 登录成功，带上自定义参数对象，用户可在回调里面设置后台统计所需的自定义参数</w:t>
        <w:br/>
        <w:t>/// @param failure 登录失败</w:t>
        <w:br/>
        <w:t>+ (void)loginPlaybackRoomWithChannelType:(PLVChannelType)channelType</w:t>
        <w:br/>
        <w:t xml:space="preserve">                               channelId:(NSString *)channelId</w:t>
        <w:br/>
        <w:t xml:space="preserve">                                 vodList:(BOOL)vodList</w:t>
        <w:br/>
        <w:t xml:space="preserve">                                     vid:(NSString * _Nullable)vid</w:t>
        <w:br/>
        <w:t xml:space="preserve">                                  userId:(NSString *)userId</w:t>
        <w:br/>
        <w:t xml:space="preserve">                                   appId:(NSString *)appId</w:t>
        <w:br/>
        <w:t xml:space="preserve">                               appSecret:(NSString *)appSecret</w:t>
        <w:br/>
        <w:t xml:space="preserve">                                roomUser:(void(^ _Nullable)(PLVRoomUser *roomUser))roomUserHandler</w:t>
        <w:br/>
        <w:t xml:space="preserve">                              completion:(void (^)(PLVViewLogCustomParam *customParam))completion</w:t>
        <w:br/>
        <w:t xml:space="preserve">                                 failure:(void (^)(NSString *errorMessage))failure;</w:t>
        <w:br/>
        <w:br/>
        <w:t>/// 离开直播间时调用</w:t>
        <w:br/>
        <w:t>+ (void)logout;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登录过程中，观看者的相关信息可以通过回调 roomUserHandler 进行配置，登录的结果（成功跟失败）会通过 block 回调，可以在登录成功的回调中，选择进入所需的场景页。下面的例子展示了如何登录并进入云课堂场景的直播间页面，代码如下：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//登录直播</w:t>
        <w:br/>
        <w:t>__weak typeof(self)weakSelf = self;</w:t>
        <w:br/>
        <w:t>[PLVRoomLoginClient loginLiveRoomWithChannelType:PLVChannelTypePPT | PLVChannelTypeAlone</w:t>
        <w:br/>
        <w:t xml:space="preserve">                                       channelId:channelId</w:t>
        <w:br/>
        <w:t xml:space="preserve">                                          userId:userId</w:t>
        <w:br/>
        <w:t xml:space="preserve">                                           appId:appId</w:t>
        <w:br/>
        <w:t xml:space="preserve">                                       appSecret:appSecret</w:t>
        <w:br/>
        <w:t xml:space="preserve">                                        roomUser:^(PLVRoomUser * _Nonnull roomUser) {</w:t>
        <w:br/>
        <w:t xml:space="preserve">        // 可在此处配置自定义的登录用户ID、昵称、头像，不配则均使用默认值</w:t>
        <w:br/>
        <w:t>//        roomUser.viewerId = @"用户ID";</w:t>
        <w:br/>
        <w:t>//        roomUser.viewerName = @"用户昵称";</w:t>
        <w:br/>
        <w:t>//        roomUser.viewerAvatar = @"用户头像";</w:t>
        <w:br/>
        <w:t>} completion:^(PLVViewLogCustomParam * _Nonnull customParam) {</w:t>
        <w:br/>
        <w:t xml:space="preserve">    // 登录成功，进入云课堂直播间</w:t>
        <w:br/>
        <w:t xml:space="preserve">    PLVLCCloudClassViewController *cloudClassVC = [[PLVLCCloudClassViewController alloc] init];</w:t>
        <w:br/>
        <w:t xml:space="preserve">    [weakSelf.navigationController pushViewController:cloudClassVC animated:YES];</w:t>
        <w:br/>
        <w:t>} failure:^(NSString * _Nonnull errorMessage) {</w:t>
        <w:br/>
        <w:t xml:space="preserve">    // 登录失败</w:t>
        <w:br/>
        <w:t>}];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上述方法的具体用例可以在项目 Demo 文件夹中的 </w:t>
      </w:r>
      <w:r>
        <w:rPr>
          <w:rFonts w:ascii="Menlo" w:hAnsi="Menlo"/>
          <w:color w:val="444444"/>
          <w:sz w:val="20"/>
        </w:rPr>
        <w:t>PLVLoginViewController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类中找到。</w:t>
      </w:r>
    </w:p>
    <w:p>
      <w:pPr>
        <w:pStyle w:val="Heading3"/>
      </w:pPr>
      <w:r>
        <w:t>7.2 开播端（手机开播场景）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在进入手机开播页面前，需要先调用登录频道的方法进行校验。登录校验的目的是检验参数是否正确，以及保存从登录接口获取到的一些信息。项目的通用模块提供了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进行频道开播的登录，接口定义如下：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登录三分屏开播直播间</w:t>
        <w:br/>
        <w:t>/// @param channelType 频道类型，目前只支持 PLVChannelTypeAlone 或者 PLVChannelTypePPT</w:t>
        <w:br/>
        <w:t>/// @param channelId 频道号</w:t>
        <w:br/>
        <w:t>/// @param password 频道密码</w:t>
        <w:br/>
        <w:t>/// @param completion 登录成功</w:t>
        <w:br/>
        <w:t>/// @param failure 登录失败</w:t>
        <w:br/>
        <w:t>+ (void)loginStreamerRoomWithChannelType:(PLVChannelType)channelType</w:t>
        <w:br/>
        <w:t xml:space="preserve">                               channelId:(NSString *)channelId</w:t>
        <w:br/>
        <w:t xml:space="preserve">                                password:(NSString *)password</w:t>
        <w:br/>
        <w:t xml:space="preserve">                              completion:(void (^)(void))completion</w:t>
        <w:br/>
        <w:t xml:space="preserve">                                 failure:(void (^)(NSString *errorMessage))failure;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登录验证的结果会通过 </w:t>
      </w:r>
      <w:r>
        <w:rPr>
          <w:rFonts w:ascii="Menlo" w:hAnsi="Menlo"/>
          <w:color w:val="444444"/>
          <w:sz w:val="20"/>
        </w:rPr>
        <w:t>completion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</w:t>
      </w:r>
      <w:r>
        <w:rPr>
          <w:rFonts w:ascii="Menlo" w:hAnsi="Menlo"/>
          <w:color w:val="444444"/>
          <w:sz w:val="20"/>
        </w:rPr>
        <w:t>failure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block 回调，可以在登录成功的回调中，进入手机开播场景。下面示例如何登录频道并进入手机开播场景，代码如下：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//登录手机开播</w:t>
        <w:br/>
        <w:t>__weak typeof(self)weakSelf = self;</w:t>
        <w:br/>
        <w:t>[PLVRoomLoginClient loginStreamerRoomWithChannelType:PLVChannelTypePPT</w:t>
        <w:br/>
        <w:t xml:space="preserve"> </w:t>
        <w:tab/>
        <w:tab/>
        <w:tab/>
        <w:tab/>
        <w:tab/>
        <w:tab/>
        <w:tab/>
        <w:tab/>
        <w:tab/>
        <w:tab/>
        <w:t xml:space="preserve">   channelId:channelId</w:t>
        <w:br/>
        <w:t xml:space="preserve"> </w:t>
        <w:tab/>
        <w:tab/>
        <w:tab/>
        <w:tab/>
        <w:tab/>
        <w:tab/>
        <w:tab/>
        <w:tab/>
        <w:tab/>
        <w:tab/>
        <w:t xml:space="preserve">    password:passwordString</w:t>
        <w:br/>
        <w:t xml:space="preserve"> </w:t>
        <w:tab/>
        <w:tab/>
        <w:tab/>
        <w:tab/>
        <w:tab/>
        <w:tab/>
        <w:tab/>
        <w:tab/>
        <w:tab/>
        <w:tab/>
        <w:t xml:space="preserve">  completion:^{</w:t>
        <w:br/>
        <w:t xml:space="preserve">    // 登录成功，进入云课堂直播间</w:t>
        <w:br/>
        <w:t xml:space="preserve">    PLVLSStreamerViewController *vctrl = [[PLVLSStreamerViewController alloc] init];</w:t>
        <w:br/>
        <w:t xml:space="preserve">    vctrl.modalPresentationStyle = UIModalPresentationFullScreen;</w:t>
        <w:br/>
        <w:t xml:space="preserve">    [weakSelf presentViewController:vctrl animated:YES completion:nil];</w:t>
        <w:br/>
        <w:t>} failure:^(NSString * _Nonnull errorMessage) {</w:t>
        <w:br/>
        <w:t xml:space="preserve">    // 登录失败</w:t>
        <w:br/>
        <w:t>}];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上述方法的具体用例可以在项目 Demo 文件夹中的 </w:t>
      </w:r>
      <w:r>
        <w:rPr>
          <w:rFonts w:ascii="Menlo" w:hAnsi="Menlo"/>
          <w:color w:val="444444"/>
          <w:sz w:val="20"/>
        </w:rPr>
        <w:t>PLVLSLoginViewController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类中找到。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以下是第三方依赖库，若需使用Demo源码且您项目中未引入，需添加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