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直播快速对接方案</w:t>
      </w:r>
    </w:p>
    <w:p>
      <w:pPr>
        <w:pStyle w:val="Heading2"/>
      </w:pPr>
      <w:r>
        <w:t>优点：开发周期短，快速上线。</w:t>
      </w:r>
    </w:p>
    <w:p>
      <w:pPr>
        <w:pStyle w:val="Heading2"/>
      </w:pPr>
      <w:r>
        <w:t>介绍：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1、交付速度快，预计1周左右；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2、客户只需少量代码便可完成所有交付工作；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3、业务场景支持全面，所有保利威业务场景均支持；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4、客户管理后台通过API、JAVA SDK、单点登录方式打通POLYV的业务系统；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5、使用POLYV的网页开播、客户端开播实现开播端集成；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6、使用SaaS H5观看页实现观看端集成 ，不支持业务逻辑、UI 定制化开发；</w:t>
      </w:r>
    </w:p>
    <w:p>
      <w:pPr>
        <w:pStyle w:val="Heading2"/>
      </w:pPr>
      <w:r>
        <w:t>适应场景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1、客户技术实力不强；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2、客户需要快速实现业务闭环；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3、客户没有定制化开发要求；</w:t>
      </w:r>
    </w:p>
    <w:p>
      <w:pPr>
        <w:pStyle w:val="Heading1"/>
      </w:pPr>
      <w:r>
        <w:t>业务图：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7041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036c5809079a0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70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后台管理端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示例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单点登录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单点登录账号后台、频道后台、角色后台、讲师开播页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通过单点登录，可以打通客户业务系统和POLYV业务系统，客户业务系统可以不用输入用户名、密码，直接进入POLYV后台进行频道级和账号级相关的操作；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单点登录DEMO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客户业务系统可以直接通过API调用打通和POLYV业务系统的关联；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API在线测试工具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使用Java语言进行后台开发时，可以集成Java SDK进行API调用，减少对接时间。（SDK封装了请求参数、签名、异常等，具体可参见文档）。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使用说明</w:t>
            </w:r>
          </w:p>
        </w:tc>
      </w:tr>
    </w:tbl>
    <w:p>
      <w:pPr>
        <w:spacing w:after="40"/>
      </w:pPr>
    </w:p>
    <w:p>
      <w:pPr>
        <w:pStyle w:val="Heading1"/>
      </w:pPr>
      <w:r>
        <w:t>开播端（推流）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PC客户端开播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频道后台进入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支持window/mac系统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下载后可直接进行开播，包含直播助手、云课堂、大班课 三合一客户端。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网页开播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频道后台进入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支持所有平台，使用chrome网页开播；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提供web端快速接入开播服务能力。</w:t>
            </w:r>
          </w:p>
        </w:tc>
      </w:tr>
    </w:tbl>
    <w:p>
      <w:pPr>
        <w:spacing w:after="40"/>
      </w:pPr>
    </w:p>
    <w:p>
      <w:pPr>
        <w:pStyle w:val="Heading1"/>
      </w:pPr>
      <w:r>
        <w:t>观看端（拉流）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文档参考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cname + SaaS 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客户使用cname方式跳转到POLYV的 SaaS 观看页，从域名上面看就是客户自己的业务系统，实际进入的是POLYV 的观看页；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参考文档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 view+ SAAS 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该方案针对手机app端提供的轻量级集成方案， app通过web view 加载SaaS观看页实现观看页集成；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iframe + SaaS H5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客户使用iframe方式嵌入POLYV的 SaaS 观看页，从域名上面看就是客户自己的业务系统，实际嵌入的页面是POLYV 的观看页；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参考文档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