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README</w:t>
      </w:r>
    </w:p>
    <w:p>
      <w:pPr>
        <w:pStyle w:val="Heading1"/>
      </w:pPr>
      <w:r>
        <w:t>直播定制化对接方案</w:t>
      </w:r>
    </w:p>
    <w:p>
      <w:pPr>
        <w:pStyle w:val="Heading2"/>
      </w:pPr>
      <w:r>
        <w:t>优点：业务逻辑和UI的定制化开发实现</w:t>
      </w:r>
    </w:p>
    <w:p>
      <w:pPr>
        <w:pStyle w:val="Heading2"/>
      </w:pPr>
      <w:r>
        <w:t>介绍：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1、交付速度较慢，预计1月左右；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2、客户技术实力比较强，能够实现各端SDK技术对接和UI层业务逻辑代码编写；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3、客户管理后台通过API、JAVA SDK、单点登录方式打通POLYV的业务系统；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4、使用POLYV的网页开播、客户端开播实现开播端集成；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5、使用各端SDK实现观看端集成 ，支持业务逻辑、UI 定制化开发；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6、各端SDK功能可能会和SaaS H5观看页出现不对齐情况，具体问题待具体分析；</w:t>
      </w:r>
    </w:p>
    <w:p>
      <w:pPr>
        <w:pStyle w:val="Heading2"/>
      </w:pPr>
      <w:r>
        <w:t>适应场景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1、客户技术实力比较强；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2、客户能够接受1个月实现业务集成的时间周期；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3、客户有较为强烈的业务、UI定制化开发需求</w:t>
      </w:r>
    </w:p>
    <w:p>
      <w:pPr>
        <w:pStyle w:val="Heading1"/>
      </w:pPr>
      <w:r>
        <w:t>业务图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20436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e5e5be08288179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2043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后台管理端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平台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示例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单点登录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单点登录账号后台、频道后台、角色后台、讲师开播页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通过单点登录，可以打通客户业务系统和POLYV业务系统，客户业务系统可以不用输入用户名、密码，直接进入POLYV后台进行频道级和账号级相关的操作；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单点登录DEMO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服务端API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客户业务系统可以直接通过API调用打通和POLYV业务系统的关联；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API在线测试工具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直播Java 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使用Java语言进行后台开发时，可以集成Java SDK进行API调用，减少对接时间。（SDK封装了请求参数、签名、异常等，具体可参见文档）。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使用说明</w:t>
            </w:r>
          </w:p>
        </w:tc>
      </w:tr>
    </w:tbl>
    <w:p>
      <w:pPr>
        <w:spacing w:after="40"/>
      </w:pPr>
    </w:p>
    <w:p>
      <w:pPr>
        <w:pStyle w:val="Heading1"/>
      </w:pPr>
      <w:r>
        <w:t>开播端（推流）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平台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入口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支持范围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适用场景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PC客户端开播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频道后台进入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支持window/mac系统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下载后可直接进行开播，包含直播助手、云课堂、大班课 三合一客户端。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网页开播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频道后台进入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支持所有平台，使用chrome网页开播；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提供web端快速接入开播服务能力。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Polyv手机开播SDK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集成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使用多场景Android SDK实现讲师开播推流功能。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为客户提供安卓手机直播推流的快速集成方案，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文档入口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Polyv手机开播SDK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集成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使用多场景iOS SDK实现讲师开播推流功能。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为客户提供iphone手机直播推流的快速集成方案 ，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文档入口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</w:tr>
    </w:tbl>
    <w:p>
      <w:pPr>
        <w:spacing w:after="40"/>
      </w:pPr>
    </w:p>
    <w:p>
      <w:pPr>
        <w:pStyle w:val="Heading1"/>
      </w:pPr>
      <w:r>
        <w:t>观看端（拉流）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所属平台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文档入口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APP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Android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使用多场景Android SDK实现app观看直播功能。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为客户提供安卓手机直播拉流的快速集成方案 ，同时也集成了聊天室和部分互动功能。可以高度定制化以及二次开发，您可以在POLYV提供的默认DEMO基础上修改UI样式，实现自定义功能；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iOS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使用多场景iOS SDK实现app观看直播功能。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为客户提供iphone手机直播拉流的快速集成方案 ，同时也集成了聊天室和部分互动功能。可以高度定制化以及二次开发，您可以在POLYV提供的默认DEMO基础上修改UI样式，实现自定义功能；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Uni-app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云课堂场景/直播带货。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IOS和android离线打包工程，用于打包 uni-app 项目（包含多场景插件）的自定义基座，也可用于打正式包。 DCloud插件下载地址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WEB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观看页 SDK（推荐）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和保利威SaaS观看页一致，包含了播放器，聊天室，PPT，互动等各种功能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观看页 SDK 是一个 逻辑层 SDK。对集成方来说，想要快速基于该 SDK 搭建一个功能丰富的直播观看页页面，是有一定难度的。为此，保利威开发团队提供了一个基于观看页 SDK 开发的 直播观看页开源项目 。集成方可以参考该项目的代码，或者在该项目的基础上进行二次开发。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播放器（仅视频）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仅实现视频直播功能，不含聊天室接口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保利威直播提供快速集成的代码，帮助你实现直播播放器的快速调用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React Native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云课堂场景/直播带货。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RN 版本基于多场景原生 demo + sdk 开发。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--&gt;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小程序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小程序播放插件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小程序播放插件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保利威云直播小程序播放插件提供了开箱即用的直播播放器，为客户在小程序端快速接入直播能力提供了有力支持。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小程序SDK（播放+聊天+连麦+互动)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小程序SDK（播放+聊天+连麦+互动)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功能完整，UI层源码提供，可灵活组合业务逻辑。</w:t>
      </w:r>
    </w:p>
    <w:p/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README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