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支持的功能特性</w:t>
      </w:r>
    </w:p>
    <w:p>
      <w:pPr>
        <w:pStyle w:val="Heading1"/>
      </w:pPr>
      <w:r>
        <w:t>功能特性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目前多场景项目支持的功能包括：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直播播放器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切换线路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切换码率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切换音视频模式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回放播放器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自动续播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倍速播放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循环播放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公聊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点赞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回复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欢迎语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聊天回放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商品卡片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商品详情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互动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公告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签到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抽奖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答题卡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口令红包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卡片推送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打赏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免费打赏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积分打赏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在线人数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多语言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简体中文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英文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连麦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视频连麦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音频连麦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纯视频开播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混流布局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支持的功能特性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