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1.聊天室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4.发言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5.提问</w:t>
      </w:r>
    </w:p>
    <w:p>
      <w:pPr>
        <w:pStyle w:val="Heading2"/>
      </w:pPr>
      <w:r>
        <w:t>1.聊天室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聊天室管理器的对外核心类为</w:t>
      </w:r>
      <w:r>
        <w:rPr>
          <w:rFonts w:ascii="Menlo" w:hAnsi="Menlo"/>
          <w:color w:val="444444"/>
          <w:sz w:val="20"/>
        </w:rPr>
        <w:t>PLVChatroomManager</w:t>
      </w:r>
      <w:r>
        <w:rPr>
          <w:rFonts w:ascii="Source Han Sans SC" w:hAnsi="Source Han Sans SC" w:eastAsia="Source Han Sans SC" w:cs="Source Han Sans SC" w:hint="eastAsia"/>
          <w:sz w:val="21"/>
        </w:rPr>
        <w:t>，可以通过 SDK 对象的</w:t>
      </w:r>
      <w:r>
        <w:rPr>
          <w:rFonts w:ascii="Menlo" w:hAnsi="Menlo"/>
          <w:color w:val="444444"/>
          <w:sz w:val="20"/>
        </w:rPr>
        <w:t>chatroomManager</w:t>
      </w:r>
      <w:r>
        <w:rPr>
          <w:rFonts w:ascii="Source Han Sans SC" w:hAnsi="Source Han Sans SC" w:eastAsia="Source Han Sans SC" w:cs="Source Han Sans SC" w:hint="eastAsia"/>
          <w:sz w:val="21"/>
        </w:rPr>
        <w:t>属性对其进行访问。</w:t>
      </w:r>
    </w:p>
    <w:p>
      <w:pPr>
        <w:pStyle w:val="Heading2"/>
      </w:pPr>
      <w:r>
        <w:t>2.登录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聊天室的消息收发依赖于 socket，因此需要先进行 socket 的登录，后续才能正常使用聊天室。socket 管理器的对外核心类为</w:t>
      </w:r>
      <w:r>
        <w:rPr>
          <w:rFonts w:ascii="Menlo" w:hAnsi="Menlo"/>
          <w:color w:val="444444"/>
          <w:sz w:val="20"/>
        </w:rPr>
        <w:t>PLVSocketManager</w:t>
      </w:r>
      <w:r>
        <w:rPr>
          <w:rFonts w:ascii="Source Han Sans SC" w:hAnsi="Source Han Sans SC" w:eastAsia="Source Han Sans SC" w:cs="Source Han Sans SC" w:hint="eastAsia"/>
          <w:sz w:val="21"/>
        </w:rPr>
        <w:t>，可以通过 SDK 对象的</w:t>
      </w:r>
      <w:r>
        <w:rPr>
          <w:rFonts w:ascii="Menlo" w:hAnsi="Menlo"/>
          <w:color w:val="444444"/>
          <w:sz w:val="20"/>
        </w:rPr>
        <w:t>socketManager</w:t>
      </w:r>
      <w:r>
        <w:rPr>
          <w:rFonts w:ascii="Source Han Sans SC" w:hAnsi="Source Han Sans SC" w:eastAsia="Source Han Sans SC" w:cs="Source Han Sans SC" w:hint="eastAsia"/>
          <w:sz w:val="21"/>
        </w:rPr>
        <w:t>属性对其进行访问：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监听socket连接状态</w:t>
        <w:br/>
        <w:t>sdk.socketManager.onStatus()</w:t>
        <w:br/>
        <w:t>// socket登录</w:t>
        <w:br/>
        <w:t>sdk.socketManager.login()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PLVLWWatchLayout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2"/>
      </w:pPr>
      <w:r>
        <w:t>3.回调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聊天室的 socket通道消息、业务事件消息通过回调注册进行监听，包括：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onData：socket通道消息回调注册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eventNotify.on：业务事件消息回调注册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以监听 socket通道的公告/移除公告消息为例，可以通过以下方式进行监听：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sdk.chatroomManager.onData(PLVSocketOnEvent.MESSAGE, (data: string, event: string) =&gt; {</w:t>
        <w:br/>
        <w:t xml:space="preserve">  switch (event) {</w:t>
        <w:br/>
        <w:t xml:space="preserve">  // 公告</w:t>
        <w:br/>
        <w:t xml:space="preserve">    case PLVBulletinEvent.EVENT:</w:t>
        <w:br/>
        <w:t xml:space="preserve">      break;</w:t>
        <w:br/>
        <w:t xml:space="preserve">  // 移除公告</w:t>
        <w:br/>
        <w:t xml:space="preserve">    case PLVRemoveBulletinEvent.EVENT:</w:t>
        <w:br/>
        <w:t xml:space="preserve">      break;</w:t>
        <w:br/>
        <w:t xml:space="preserve">    default:</w:t>
        <w:br/>
        <w:t xml:space="preserve">      break;</w:t>
        <w:br/>
        <w:t xml:space="preserve">  }</w:t>
        <w:br/>
        <w:t>}, this)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PLVLWWatchLayout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PLVLIChatListLayout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2"/>
      </w:pPr>
      <w:r>
        <w:t>4.发言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可以使用聊天室的</w:t>
      </w:r>
      <w:r>
        <w:rPr>
          <w:rFonts w:ascii="Menlo" w:hAnsi="Menlo"/>
          <w:color w:val="444444"/>
          <w:sz w:val="20"/>
        </w:rPr>
        <w:t>speak</w:t>
      </w:r>
      <w:r>
        <w:rPr>
          <w:rFonts w:ascii="Source Han Sans SC" w:hAnsi="Source Han Sans SC" w:eastAsia="Source Han Sans SC" w:cs="Source Han Sans SC" w:hint="eastAsia"/>
          <w:sz w:val="21"/>
        </w:rPr>
        <w:t>方法进行发言：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messsage：要发言的消息，replay：携带的回复消息，非回复时为undefined</w:t>
        <w:br/>
        <w:t>sdk.chatroomManager.speak(message, replay)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PLVLIChatInputView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2"/>
      </w:pPr>
      <w:r>
        <w:t>5.提问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可以使用聊天室的</w:t>
      </w:r>
      <w:r>
        <w:rPr>
          <w:rFonts w:ascii="Menlo" w:hAnsi="Menlo"/>
          <w:color w:val="444444"/>
          <w:sz w:val="20"/>
        </w:rPr>
        <w:t>quiz</w:t>
      </w:r>
      <w:r>
        <w:rPr>
          <w:rFonts w:ascii="Source Han Sans SC" w:hAnsi="Source Han Sans SC" w:eastAsia="Source Han Sans SC" w:cs="Source Han Sans SC" w:hint="eastAsia"/>
          <w:sz w:val="21"/>
        </w:rPr>
        <w:t>方法进行提问：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sdk.chatroomManager.quiz(message)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PLVLIChatInputView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