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1-项目介绍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此项目是保利威鸿蒙多场景 Demo。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此项目支持视频播放、直播推流、在线聊天、打赏、商品、互动等功能（具体见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多场景支持的功能特性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|-- entry</w:t>
        <w:br/>
        <w:t>|   |-- ability</w:t>
        <w:br/>
        <w:t>|   |   `-- PLVEntryAbility (SDK初始化)</w:t>
        <w:br/>
        <w:t>|   |-- pages</w:t>
        <w:br/>
        <w:t>|   |   `-- PLVLoginPage (登录页)</w:t>
        <w:br/>
        <w:t>|   `-- startup (播放器初始化)</w:t>
        <w:br/>
        <w:t>|-- scenes_live (直播带货场景模块)</w:t>
        <w:br/>
        <w:t>|   |-- pages (观看页)</w:t>
        <w:br/>
        <w:t>|   `-- components (功能组件)</w:t>
        <w:br/>
        <w:t>|-- scenes_liveWatch (观看端场景模块)</w:t>
        <w:br/>
        <w:t>|   |-- common (场景内通用组件)</w:t>
        <w:br/>
        <w:t>|   |-- components (功能组件)</w:t>
        <w:br/>
        <w:t>|   `-- pages (观看页)</w:t>
        <w:br/>
        <w:t>`-- scenes_streamerAlone (开播端场景模块)</w:t>
        <w:br/>
        <w:t xml:space="preserve">    |-- common (场景内通用组件)</w:t>
        <w:br/>
        <w:t xml:space="preserve">    |-- components (功能组件)</w:t>
        <w:br/>
        <w:t xml:space="preserve">    `-- layouts (开播页)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1-项目介绍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