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Flutter 多场景插件</w:t>
      </w:r>
    </w:p>
    <w:p>
      <w:r>
        <w:rPr>
          <w:rFonts w:ascii="Menlo" w:hAnsi="Menlo"/>
          <w:color w:val="444444"/>
          <w:sz w:val="20"/>
        </w:rPr>
        <w:t>polyv_live_scenes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是保利威官方 Flutter 多场景直播插件，用于在 Flutter 应用中打开保利威原生直播观看页面，支持 Android 和 iOS。</w:t>
      </w:r>
    </w:p>
    <w:p>
      <w:pPr>
        <w:pStyle w:val="Heading1"/>
      </w:pPr>
      <w:r>
        <w:t>插件介绍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插件封装了保利威原生直播 SDK 的直播间接入能力。应用可传入频道及账号参数打开直播间，并设置观看者昵称、头像；实际频道类型由原生 SDK 识别。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该插件适用于需要在 Flutter 移动应用中接入保利威直播观看功能的开发者，并非独立的视频播放器组件。</w:t>
      </w:r>
    </w:p>
    <w:p>
      <w:pPr>
        <w:pStyle w:val="Heading1"/>
      </w:pPr>
      <w:r>
        <w:t>接入准备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准备保利威直播账号及频道信息。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向保利威获取原生 SDK 私有仓库访问凭据及接入所需参数。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按插件文档配置 Flutter、Android 或 iOS 开发环境，完成依赖安装与权限配置。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账号密钥及私有仓库凭据属于敏感信息，请勿提交到公开代码仓库或写入日志。</w:t>
      </w:r>
    </w:p>
    <w:p>
      <w:pPr>
        <w:pStyle w:val="Heading1"/>
      </w:pPr>
      <w:r>
        <w:t>下载与集成文档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前往 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pub.dev：polyv_live_scenes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查看插件版本、环境要求、安装方法、调用示例及参数说明。具体支持范围和接入要求以插件文档为准。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Flutter 多场景插件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