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批量导入频道白名单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1、设置频道或全局观看条件中的白名单列表</w:t>
        <w:br/>
        <w:t>2、（channelId, rank, timestamp, appId）参与sign签名，并和sign一起通过post表单传递，文件通过二进制流提交到服务器端。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http://api.polyv.net/live/v3/channel/auth/upload-white-list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2、如导入数据与现有列表数据会员码一致，则会以导入昵称覆盖现有昵称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频道号，不传为全局设置-仅旧版后台通用设置生效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1为首要条件，2为次要条件。影响导出的表格表头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白名单文件（点击下载白名单模板）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http://api.polyv.net/live/v3/channel/auth/upload-white-list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channed=1965681&amp;appId=frlr1zazn3&amp;sign=BC6B72C26EC0919FDA7F3F79DAFA9C00&amp;rank=1&amp;timestamp=1621843911295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成功时为true，错误时为空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LoggerFactory.getLogger(WatchConditionTest.class);</w:t>
        <w:br/>
        <w:t>/**</w:t>
        <w:br/>
        <w:t xml:space="preserve"> * 批量导入频道白名单</w:t>
        <w:br/>
        <w:t xml:space="preserve"> * @throws IOException</w:t>
        <w:br/>
        <w:t xml:space="preserve"> */</w:t>
        <w:br/>
        <w:t>@Test</w:t>
        <w:br/>
        <w:t>public void testUploadWhiteList()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channelId = "1965681";</w:t>
        <w:br/>
        <w:t xml:space="preserve">    String url = "http://api.polyv.net/live/v3/channel/auth/upload-white-list";</w:t>
        <w:br/>
        <w:t xml:space="preserve">    String rank = "1";</w:t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br/>
        <w:t xml:space="preserve">    requestMap.put("channelId",channelId);</w:t>
        <w:br/>
        <w:t xml:space="preserve">    requestMap.put("rank",rank);</w:t>
        <w:br/>
        <w:t xml:space="preserve">    File file = new File(getClass().getResource("/file/").getPath() + "WhiteListTemplate.xls");</w:t>
        <w:br/>
        <w:t xml:space="preserve">    Map&lt;String, File&gt; fileMap = new HashMap&lt;&gt;();</w:t>
        <w:br/>
        <w:t xml:space="preserve">    fileMap.put("file", file);</w:t>
        <w:br/>
        <w:t xml:space="preserve">    requestMap.put("sign",LiveSignUtil.getSign(requestMap, appSecret));</w:t>
        <w:br/>
        <w:t xml:space="preserve">    String response = HttpUtil.postFile(url, requestMap, fileMap, null);</w:t>
        <w:br/>
        <w:t xml:space="preserve">    log.info("测试批量导入频道白名单接口返回值：{}",response);</w:t>
        <w:br/>
        <w:t xml:space="preserve">    //do somethings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批量导入频道白名单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